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D916E" w14:textId="52E68D47" w:rsidR="00647401" w:rsidRDefault="002A2E88">
      <w:pPr>
        <w:pStyle w:val="Title"/>
        <w:jc w:val="center"/>
      </w:pPr>
      <w:r>
        <w:t xml:space="preserve">GSYHA Board </w:t>
      </w:r>
      <w:r w:rsidR="00E300F7">
        <w:t>Meeting</w:t>
      </w:r>
      <w:r w:rsidR="00E300F7">
        <w:br/>
        <w:t>MINUTES</w:t>
      </w:r>
    </w:p>
    <w:p w14:paraId="6EE82D0B" w14:textId="158BF1E7" w:rsidR="005762AE" w:rsidRDefault="00413F77">
      <w:pPr>
        <w:jc w:val="center"/>
        <w:rPr>
          <w:b/>
        </w:rPr>
      </w:pPr>
      <w:r>
        <w:rPr>
          <w:b/>
        </w:rPr>
        <w:t>August 1</w:t>
      </w:r>
      <w:r w:rsidR="002A2E88">
        <w:rPr>
          <w:b/>
        </w:rPr>
        <w:t>1</w:t>
      </w:r>
      <w:r w:rsidR="005762AE">
        <w:rPr>
          <w:b/>
        </w:rPr>
        <w:t>, 2026</w:t>
      </w:r>
    </w:p>
    <w:p w14:paraId="03C35AB9" w14:textId="40716085" w:rsidR="005762AE" w:rsidRDefault="005762AE">
      <w:pPr>
        <w:jc w:val="center"/>
        <w:rPr>
          <w:b/>
        </w:rPr>
      </w:pPr>
      <w:r>
        <w:rPr>
          <w:b/>
        </w:rPr>
        <w:t>Glenwood Springs Rec Center &amp; Zoom</w:t>
      </w:r>
    </w:p>
    <w:p w14:paraId="3EDDCBBB" w14:textId="77777777" w:rsidR="005762AE" w:rsidRDefault="005762AE">
      <w:pPr>
        <w:jc w:val="center"/>
      </w:pPr>
    </w:p>
    <w:p w14:paraId="215B2524" w14:textId="77777777" w:rsidR="00647401" w:rsidRDefault="00E300F7">
      <w:pPr>
        <w:pStyle w:val="Heading1"/>
        <w:spacing w:before="100" w:after="20"/>
      </w:pPr>
      <w:r>
        <w:t>Approval of Previous Meeting Minutes</w:t>
      </w:r>
    </w:p>
    <w:p w14:paraId="40AC93F9" w14:textId="77777777" w:rsidR="00647401" w:rsidRDefault="00E300F7">
      <w:pPr>
        <w:spacing w:after="80"/>
      </w:pPr>
      <w:r>
        <w:t>The July meeting minutes were approved.</w:t>
      </w:r>
    </w:p>
    <w:p w14:paraId="37B58349" w14:textId="77777777" w:rsidR="00647401" w:rsidRDefault="00E300F7">
      <w:pPr>
        <w:pStyle w:val="Heading1"/>
        <w:spacing w:before="100" w:after="20"/>
      </w:pPr>
      <w:r>
        <w:t>Community Outreach and Events</w:t>
      </w:r>
    </w:p>
    <w:p w14:paraId="497A5A77" w14:textId="78CA66AB" w:rsidR="00647401" w:rsidRDefault="000C00B1">
      <w:pPr>
        <w:spacing w:after="80"/>
      </w:pPr>
      <w:r>
        <w:t>R</w:t>
      </w:r>
      <w:r w:rsidR="00E300F7">
        <w:t xml:space="preserve">eviewed plans for the barbecue and ball hockey day. Volunteers are needed for sides, tableware, drinks, and event support. </w:t>
      </w:r>
      <w:r w:rsidR="00F20A86">
        <w:t>Evie</w:t>
      </w:r>
      <w:r w:rsidR="00E300F7">
        <w:t xml:space="preserve"> will distribute the volunteer sign-up sheet by email. School outreach efforts will include flyer distribution, back-to-school nights, and vendor fairs. Sarah will lead outreach efforts with support from </w:t>
      </w:r>
      <w:proofErr w:type="spellStart"/>
      <w:r w:rsidR="00E300F7">
        <w:t>Jas</w:t>
      </w:r>
      <w:r w:rsidR="0048135A">
        <w:t>il</w:t>
      </w:r>
      <w:r w:rsidR="00E300F7">
        <w:t>ee</w:t>
      </w:r>
      <w:proofErr w:type="spellEnd"/>
      <w:r w:rsidR="00E300F7">
        <w:t xml:space="preserve"> and will compile a list of school events. The Board also discussed the October 10 Oktoberfest event at the Caverns, including kid passes and the Crossbar sign-up.</w:t>
      </w:r>
    </w:p>
    <w:p w14:paraId="75ED63FD" w14:textId="77777777" w:rsidR="00647401" w:rsidRDefault="00E300F7">
      <w:pPr>
        <w:pStyle w:val="Heading1"/>
        <w:spacing w:before="100" w:after="20"/>
      </w:pPr>
      <w:r>
        <w:t>WCHL / Mountain Select Update</w:t>
      </w:r>
    </w:p>
    <w:p w14:paraId="2F21DC2B" w14:textId="5D2B3824" w:rsidR="00647401" w:rsidRDefault="000C00B1">
      <w:pPr>
        <w:spacing w:after="80"/>
      </w:pPr>
      <w:r>
        <w:t>D</w:t>
      </w:r>
      <w:r w:rsidR="00E300F7">
        <w:t>iscussed concerns raised regarding Select tryouts, including the $175 cost for four hours of ice, lower attendance at the 14U and 16U levels, and inconsistencies in second-chance opportunities during the tryout process. The Board reaffirmed the value of Mountain Select as a higher-level development opportunity that helps retain strong players and prepare them for AAA opportunities. The Board discussed emphasizing successful advancement of Mountain Select players when communicating with league directors.</w:t>
      </w:r>
    </w:p>
    <w:p w14:paraId="41082FD1" w14:textId="77777777" w:rsidR="00647401" w:rsidRDefault="00E300F7">
      <w:pPr>
        <w:pStyle w:val="Heading1"/>
        <w:spacing w:before="100" w:after="20"/>
      </w:pPr>
      <w:r>
        <w:t>Registration and Player Recruitment</w:t>
      </w:r>
    </w:p>
    <w:p w14:paraId="721F48BA" w14:textId="13CF64A8" w:rsidR="00647401" w:rsidRDefault="000C00B1">
      <w:pPr>
        <w:spacing w:after="80"/>
      </w:pPr>
      <w:r>
        <w:t>D</w:t>
      </w:r>
      <w:r w:rsidR="00E300F7">
        <w:t xml:space="preserve">iscussed strategies to increase registration before </w:t>
      </w:r>
      <w:proofErr w:type="gramStart"/>
      <w:r w:rsidR="00E300F7">
        <w:t>the September</w:t>
      </w:r>
      <w:proofErr w:type="gramEnd"/>
      <w:r w:rsidR="00E300F7">
        <w:t xml:space="preserve"> 1 fee increase and before WCHL team-change fees apply after September 15. Planned efforts include preseason skates and practices, direct outreach to prospective players, and use of the 2026 Prospective Player List to track follow-up. Jimmy will provide weekly registration updates to the Board. The Board also discussed the possible effect of Xtreme's new sports academy on registrations.</w:t>
      </w:r>
    </w:p>
    <w:p w14:paraId="353605AD" w14:textId="77777777" w:rsidR="00647401" w:rsidRDefault="00E300F7">
      <w:pPr>
        <w:pStyle w:val="Heading1"/>
        <w:spacing w:before="100" w:after="20"/>
      </w:pPr>
      <w:r>
        <w:t>Scholarships</w:t>
      </w:r>
    </w:p>
    <w:p w14:paraId="74848C4B" w14:textId="77777777" w:rsidR="00647401" w:rsidRDefault="00E300F7">
      <w:pPr>
        <w:spacing w:after="80"/>
      </w:pPr>
      <w:r>
        <w:t>The Board discussed families with pending scholarship applications who had not yet registered. Jimmy will create a Crossbar promo code allowing scholarship applicants to register without immediate payment, and Adam will send the code to the applicants and copy Jimmy.</w:t>
      </w:r>
    </w:p>
    <w:p w14:paraId="1C072045" w14:textId="77777777" w:rsidR="00647401" w:rsidRDefault="00E300F7">
      <w:pPr>
        <w:pStyle w:val="Heading1"/>
        <w:spacing w:before="100" w:after="20"/>
      </w:pPr>
      <w:r>
        <w:t>Volunteer and Board Needs</w:t>
      </w:r>
    </w:p>
    <w:p w14:paraId="586DB6D4" w14:textId="77777777" w:rsidR="00647401" w:rsidRDefault="00E300F7">
      <w:pPr>
        <w:spacing w:after="80"/>
      </w:pPr>
      <w:r>
        <w:t>Open volunteer roles include Safe Sport Coordinator, currently being covered by Evie on an interim basis, and Fall Sponsorship Assistant Coordinator. The Board discussed the importance of increasing Board membership from the current small group while keeping the time commitment manageable.</w:t>
      </w:r>
    </w:p>
    <w:p w14:paraId="040BD2F6" w14:textId="77777777" w:rsidR="00647401" w:rsidRDefault="00E300F7">
      <w:pPr>
        <w:pStyle w:val="Heading1"/>
        <w:spacing w:before="100" w:after="20"/>
      </w:pPr>
      <w:r>
        <w:t>Ice Rink / Parks and Recreation</w:t>
      </w:r>
    </w:p>
    <w:p w14:paraId="54A8E914" w14:textId="2EDF4CFB" w:rsidR="00647401" w:rsidRDefault="00691B28">
      <w:pPr>
        <w:spacing w:after="80"/>
      </w:pPr>
      <w:r>
        <w:t>Jimm</w:t>
      </w:r>
      <w:r w:rsidR="00E300F7">
        <w:t xml:space="preserve">y reported that </w:t>
      </w:r>
      <w:r w:rsidR="00E300F7">
        <w:t xml:space="preserve">he submitted a public records request seeking documentation of the ice-rink scheduling priority list and information regarding the indoor ice-rink feasibility study recommended in the 2006 master plan. The estimated cost of the request is $200 for six hours of work. The Board indicated that obtaining written documentation of scheduling priorities is the more immediate priority. </w:t>
      </w:r>
    </w:p>
    <w:p w14:paraId="6F028991" w14:textId="77777777" w:rsidR="00647401" w:rsidRDefault="00E300F7">
      <w:pPr>
        <w:pStyle w:val="Heading1"/>
        <w:spacing w:before="100" w:after="20"/>
      </w:pPr>
      <w:r>
        <w:t>Board Elections</w:t>
      </w:r>
    </w:p>
    <w:p w14:paraId="4F646FB1" w14:textId="77777777" w:rsidR="00647401" w:rsidRDefault="00E300F7">
      <w:pPr>
        <w:spacing w:after="80"/>
      </w:pPr>
      <w:r>
        <w:t>Sarah was nominated and seconded for election to the Board. The Board approved Sarah as a new Board member. Evie was elected Vice President, with Adam seconding the nomination.</w:t>
      </w:r>
    </w:p>
    <w:p w14:paraId="5B1DC86B" w14:textId="77777777" w:rsidR="00647401" w:rsidRDefault="00E300F7">
      <w:pPr>
        <w:pStyle w:val="Heading1"/>
        <w:spacing w:before="100" w:after="20"/>
      </w:pPr>
      <w:r>
        <w:lastRenderedPageBreak/>
        <w:t>2026-27 Budget / Treasurer's Report</w:t>
      </w:r>
    </w:p>
    <w:p w14:paraId="209E9906" w14:textId="77777777" w:rsidR="00647401" w:rsidRDefault="00E300F7">
      <w:pPr>
        <w:spacing w:after="80"/>
      </w:pPr>
      <w:r>
        <w:t>The Board reviewed and approved the 2026-27 budget totaling $227,000. The budget anticipates $168,000 from family/season fees and $59,000 from fundraising activities. Approximately $40,000 of fundraising is planned from Dasher board sales and team sponsorships. The Board noted approximately $69,000 in reserves.</w:t>
      </w:r>
    </w:p>
    <w:p w14:paraId="7F614116" w14:textId="77777777" w:rsidR="00647401" w:rsidRDefault="00E300F7">
      <w:pPr>
        <w:pStyle w:val="Heading1"/>
        <w:spacing w:before="100" w:after="20"/>
      </w:pPr>
      <w:r>
        <w:t>Fundraising and Grants</w:t>
      </w:r>
    </w:p>
    <w:p w14:paraId="510AD4E3" w14:textId="77777777" w:rsidR="00647401" w:rsidRDefault="00E300F7">
      <w:pPr>
        <w:spacing w:after="80"/>
      </w:pPr>
      <w:r>
        <w:t>The Board discussed Colorado Gives Day, Colorado Youth Sports Giving Day, and grant opportunities, including Garfield County, the City of Glenwood, and Two Rivers Community Foundation. November grant deadlines were noted. Mary will share the fundraising page with Mandy to clarify goals for Dasher board sales and team sponsorships. The Board also discussed a possible online team store for optional purchases such as hockey bags and dryland shirts.</w:t>
      </w:r>
    </w:p>
    <w:p w14:paraId="2795F7E3" w14:textId="77777777" w:rsidR="00647401" w:rsidRDefault="00E300F7">
      <w:pPr>
        <w:pStyle w:val="Heading1"/>
        <w:spacing w:before="100" w:after="20"/>
      </w:pPr>
      <w:r>
        <w:t>Other Business</w:t>
      </w:r>
    </w:p>
    <w:p w14:paraId="3F5376C3" w14:textId="1BD85647" w:rsidR="00647401" w:rsidRDefault="00E300F7">
      <w:pPr>
        <w:spacing w:after="80"/>
      </w:pPr>
      <w:r>
        <w:t>The Board will finalize the jersey and sock plan for the upcoming season</w:t>
      </w:r>
      <w:r w:rsidR="002A2E88">
        <w:t>.</w:t>
      </w:r>
    </w:p>
    <w:p w14:paraId="67D61428" w14:textId="4A9E8628" w:rsidR="00647401" w:rsidRDefault="00647401">
      <w:pPr>
        <w:jc w:val="center"/>
      </w:pPr>
    </w:p>
    <w:sectPr w:rsidR="00647401"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23784667">
    <w:abstractNumId w:val="8"/>
  </w:num>
  <w:num w:numId="2" w16cid:durableId="440537354">
    <w:abstractNumId w:val="6"/>
  </w:num>
  <w:num w:numId="3" w16cid:durableId="614562767">
    <w:abstractNumId w:val="5"/>
  </w:num>
  <w:num w:numId="4" w16cid:durableId="1944335642">
    <w:abstractNumId w:val="4"/>
  </w:num>
  <w:num w:numId="5" w16cid:durableId="346448807">
    <w:abstractNumId w:val="7"/>
  </w:num>
  <w:num w:numId="6" w16cid:durableId="470291154">
    <w:abstractNumId w:val="3"/>
  </w:num>
  <w:num w:numId="7" w16cid:durableId="275986430">
    <w:abstractNumId w:val="2"/>
  </w:num>
  <w:num w:numId="8" w16cid:durableId="1217085462">
    <w:abstractNumId w:val="1"/>
  </w:num>
  <w:num w:numId="9" w16cid:durableId="643507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4421"/>
    <w:rsid w:val="000C00B1"/>
    <w:rsid w:val="000C1CA1"/>
    <w:rsid w:val="0015074B"/>
    <w:rsid w:val="0029639D"/>
    <w:rsid w:val="002A2E88"/>
    <w:rsid w:val="00326F90"/>
    <w:rsid w:val="00413F77"/>
    <w:rsid w:val="0048135A"/>
    <w:rsid w:val="005762AE"/>
    <w:rsid w:val="00647401"/>
    <w:rsid w:val="00691B28"/>
    <w:rsid w:val="00AA1D8D"/>
    <w:rsid w:val="00B47730"/>
    <w:rsid w:val="00B67E03"/>
    <w:rsid w:val="00CB0664"/>
    <w:rsid w:val="00CF3EF9"/>
    <w:rsid w:val="00F20A8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541A528-61AB-459E-9AF8-F84D76A25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562</Words>
  <Characters>3297</Characters>
  <Application>Microsoft Office Word</Application>
  <DocSecurity>0</DocSecurity>
  <Lines>70</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Boyd, Mary</cp:lastModifiedBy>
  <cp:revision>11</cp:revision>
  <dcterms:created xsi:type="dcterms:W3CDTF">2013-12-23T23:15:00Z</dcterms:created>
  <dcterms:modified xsi:type="dcterms:W3CDTF">2026-09-10T03:59:00Z</dcterms:modified>
  <cp:category/>
</cp:coreProperties>
</file>