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B0FA5" w14:textId="6DAD11CA" w:rsidR="00384D8E" w:rsidRDefault="009D7EC4">
      <w:pPr>
        <w:pStyle w:val="Title"/>
        <w:jc w:val="center"/>
      </w:pPr>
      <w:r>
        <w:t>GSYHA</w:t>
      </w:r>
      <w:r w:rsidR="00615396">
        <w:t xml:space="preserve"> Annual Meeting</w:t>
      </w:r>
      <w:r>
        <w:br/>
        <w:t>MINUTES</w:t>
      </w:r>
    </w:p>
    <w:p w14:paraId="4703DBEC" w14:textId="5CF9BD50" w:rsidR="00384D8E" w:rsidRDefault="00615396">
      <w:pPr>
        <w:jc w:val="center"/>
        <w:rPr>
          <w:b/>
        </w:rPr>
      </w:pPr>
      <w:r>
        <w:rPr>
          <w:b/>
        </w:rPr>
        <w:t>June 10, 2026</w:t>
      </w:r>
    </w:p>
    <w:p w14:paraId="0B155EDD" w14:textId="76194BC1" w:rsidR="00615396" w:rsidRDefault="00615396">
      <w:pPr>
        <w:jc w:val="center"/>
      </w:pPr>
      <w:r>
        <w:rPr>
          <w:b/>
        </w:rPr>
        <w:t>Glenwood Springs Rec Center &amp; Zoom</w:t>
      </w:r>
    </w:p>
    <w:p w14:paraId="7CD5C6DA" w14:textId="77777777" w:rsidR="00384D8E" w:rsidRDefault="009D7EC4">
      <w:pPr>
        <w:pStyle w:val="Heading1"/>
        <w:spacing w:before="100" w:after="20"/>
      </w:pPr>
      <w:r>
        <w:t>Welcome / Call to Order</w:t>
      </w:r>
    </w:p>
    <w:p w14:paraId="303A9D72" w14:textId="77777777" w:rsidR="00384D8E" w:rsidRDefault="009D7EC4">
      <w:pPr>
        <w:spacing w:after="80"/>
      </w:pPr>
      <w:r>
        <w:t>Mary welcomed participants, introduced the Board and staff, and confirmed a quorum.</w:t>
      </w:r>
    </w:p>
    <w:p w14:paraId="53B6E8D1" w14:textId="77777777" w:rsidR="00384D8E" w:rsidRDefault="009D7EC4">
      <w:pPr>
        <w:pStyle w:val="Heading1"/>
        <w:spacing w:before="100" w:after="20"/>
      </w:pPr>
      <w:r>
        <w:t>2025-26 Season Recap</w:t>
      </w:r>
    </w:p>
    <w:p w14:paraId="2B0E81EE" w14:textId="7E07EEDE" w:rsidR="00384D8E" w:rsidRDefault="009D7EC4">
      <w:pPr>
        <w:spacing w:after="80"/>
      </w:pPr>
      <w:r>
        <w:t>Jimmy reviewed the prior season</w:t>
      </w:r>
      <w:r w:rsidR="00BC0A8B">
        <w:t xml:space="preserve"> and celebrated successes</w:t>
      </w:r>
      <w:r w:rsidR="00780423">
        <w:t xml:space="preserve"> at each age group</w:t>
      </w:r>
      <w:r>
        <w:t xml:space="preserve">. </w:t>
      </w:r>
    </w:p>
    <w:p w14:paraId="669B3F6E" w14:textId="77777777" w:rsidR="00384D8E" w:rsidRDefault="009D7EC4">
      <w:pPr>
        <w:pStyle w:val="Heading1"/>
        <w:spacing w:before="100" w:after="20"/>
      </w:pPr>
      <w:r>
        <w:t>Member Survey Results</w:t>
      </w:r>
    </w:p>
    <w:p w14:paraId="6CDD5319" w14:textId="77777777" w:rsidR="00384D8E" w:rsidRDefault="009D7EC4">
      <w:pPr>
        <w:spacing w:after="80"/>
      </w:pPr>
      <w:r>
        <w:t>Adam presented results from 36 survey respondents representing 46 players. Overall satisfaction was approximately 4.5-4.6 out of 5, and most respondents indicated an intention to return for the 2026-27 season.</w:t>
      </w:r>
    </w:p>
    <w:p w14:paraId="01C9D4C1" w14:textId="77777777" w:rsidR="00384D8E" w:rsidRDefault="009D7EC4">
      <w:pPr>
        <w:pStyle w:val="Heading1"/>
        <w:spacing w:before="100" w:after="20"/>
      </w:pPr>
      <w:r>
        <w:t>2026-27 Program and Team Planning</w:t>
      </w:r>
    </w:p>
    <w:p w14:paraId="36F3AE88" w14:textId="3DBD24E3" w:rsidR="00384D8E" w:rsidRDefault="009D7EC4">
      <w:pPr>
        <w:spacing w:after="80"/>
      </w:pPr>
      <w:r>
        <w:t>Jimmy outlined plans for an 18U summer-fall prep team, an expanded Ice Cubs learn-to-play program, Mile High Mites/8U, and teams at 10U, 12U and 14U</w:t>
      </w:r>
      <w:r w:rsidR="00C945CA">
        <w:t xml:space="preserve"> (in </w:t>
      </w:r>
      <w:r>
        <w:t>coordinat</w:t>
      </w:r>
      <w:r w:rsidR="00C945CA">
        <w:t>ion</w:t>
      </w:r>
      <w:r>
        <w:t xml:space="preserve"> with Grand Junction Riverhawks</w:t>
      </w:r>
      <w:r w:rsidR="00C945CA">
        <w:t>)</w:t>
      </w:r>
      <w:r>
        <w:t>. A 10UC recreational team is planned for WCHL participation. Registration for the 18U prep team will open once sufficient commitments are secured.</w:t>
      </w:r>
    </w:p>
    <w:p w14:paraId="3D7B56A6" w14:textId="77777777" w:rsidR="00384D8E" w:rsidRDefault="009D7EC4">
      <w:pPr>
        <w:pStyle w:val="Heading1"/>
        <w:spacing w:before="100" w:after="20"/>
      </w:pPr>
      <w:r>
        <w:t>Practice Schedule and Ice Availability</w:t>
      </w:r>
    </w:p>
    <w:p w14:paraId="3FB7F479" w14:textId="063EB60F" w:rsidR="00384D8E" w:rsidRDefault="001F625A">
      <w:pPr>
        <w:spacing w:after="80"/>
      </w:pPr>
      <w:r>
        <w:t>Jimm</w:t>
      </w:r>
      <w:r w:rsidR="009D7EC4">
        <w:t>y reviewed the proposed weekly practice schedule and the continuing challenge of obtaining adequate City ice. The organization is seeking later start times, sufficient practice duration, and a higher scheduling priority. The Demons agreed to end Monday practices at 5:30 p.m. The proposed schedule also includes approximately 30 minutes of chalk-talk or video education on Mondays.</w:t>
      </w:r>
    </w:p>
    <w:p w14:paraId="0F2A9B74" w14:textId="77777777" w:rsidR="00384D8E" w:rsidRDefault="009D7EC4">
      <w:pPr>
        <w:pStyle w:val="Heading1"/>
        <w:spacing w:before="100" w:after="20"/>
      </w:pPr>
      <w:r>
        <w:t>Registration, Tryouts and Season Dates</w:t>
      </w:r>
    </w:p>
    <w:p w14:paraId="709A6E48" w14:textId="77777777" w:rsidR="00384D8E" w:rsidRDefault="009D7EC4">
      <w:pPr>
        <w:spacing w:after="80"/>
      </w:pPr>
      <w:r>
        <w:t>Registration is planned to launch July 5. Tryouts are planned for late September/early October, with preseason skates before tryouts. The Board discussed roster targets generally in the 11-13 player range and WCHL declaration deadlines and late fees after September 15.</w:t>
      </w:r>
    </w:p>
    <w:p w14:paraId="6F85A262" w14:textId="77777777" w:rsidR="00384D8E" w:rsidRDefault="009D7EC4">
      <w:pPr>
        <w:pStyle w:val="Heading1"/>
        <w:spacing w:before="100" w:after="20"/>
      </w:pPr>
      <w:r>
        <w:t>Volunteer and Event Planning</w:t>
      </w:r>
    </w:p>
    <w:p w14:paraId="74B38EE5" w14:textId="74922AA7" w:rsidR="00384D8E" w:rsidRDefault="009D7EC4">
      <w:pPr>
        <w:spacing w:after="80"/>
      </w:pPr>
      <w:r>
        <w:t>Upcoming volunteer opportunities include Strawberry Days, the Aspen Duck Derby, gear swaps, Try Hockey for Free and other season events. Team managers and additional volunteers will be needed. An in-person gear swap is planned for August 2</w:t>
      </w:r>
      <w:r w:rsidR="00D66FE0">
        <w:t>2</w:t>
      </w:r>
      <w:r>
        <w:t>, and the first Try Hockey for Free event is planned for November 1, potentially paired with a welcome event and Colorado Gives fundraising.</w:t>
      </w:r>
    </w:p>
    <w:p w14:paraId="277DECCA" w14:textId="77777777" w:rsidR="00384D8E" w:rsidRDefault="009D7EC4">
      <w:pPr>
        <w:pStyle w:val="Heading1"/>
        <w:spacing w:before="100" w:after="20"/>
      </w:pPr>
      <w:r>
        <w:t>Board Recruitment</w:t>
      </w:r>
    </w:p>
    <w:p w14:paraId="24F1D621" w14:textId="4E355274" w:rsidR="00384D8E" w:rsidRDefault="009D7EC4">
      <w:pPr>
        <w:spacing w:after="80"/>
      </w:pPr>
      <w:r>
        <w:t>The organization has a</w:t>
      </w:r>
      <w:r w:rsidR="00D66FE0">
        <w:t>t least one</w:t>
      </w:r>
      <w:r>
        <w:t xml:space="preserve"> open Board seat. Mary will send a follow-up communication regarding applications, </w:t>
      </w:r>
      <w:r>
        <w:t>and the Board will review candidates.</w:t>
      </w:r>
    </w:p>
    <w:p w14:paraId="6CB0742C" w14:textId="77777777" w:rsidR="00384D8E" w:rsidRDefault="009D7EC4">
      <w:pPr>
        <w:pStyle w:val="Heading1"/>
        <w:spacing w:before="100" w:after="20"/>
      </w:pPr>
      <w:r>
        <w:t>Coaching Recruitment and Development</w:t>
      </w:r>
    </w:p>
    <w:p w14:paraId="4865A110" w14:textId="77777777" w:rsidR="00384D8E" w:rsidRDefault="009D7EC4">
      <w:pPr>
        <w:spacing w:after="80"/>
      </w:pPr>
      <w:r>
        <w:t>The Board discussed continued difficulty recruiting coaches before the season. Coaching selections will be announced in the coming weeks. Jimmy will develop a coaching stipend concept for consideration in the upcoming budget. Mary and Jimmy will also explore reimbursement or payment of coaching certification costs for younger coaches and broaden coaching outreach through hockey-community contacts.</w:t>
      </w:r>
    </w:p>
    <w:p w14:paraId="7DE0BDFF" w14:textId="77777777" w:rsidR="00384D8E" w:rsidRDefault="009D7EC4">
      <w:pPr>
        <w:pStyle w:val="Heading1"/>
        <w:spacing w:before="100" w:after="20"/>
      </w:pPr>
      <w:r>
        <w:t>Scheduling Accommodation</w:t>
      </w:r>
    </w:p>
    <w:p w14:paraId="31E5E203" w14:textId="7B1129E8" w:rsidR="00384D8E" w:rsidRDefault="009D7EC4">
      <w:pPr>
        <w:spacing w:after="80"/>
      </w:pPr>
      <w:r>
        <w:t>The Board discussed early-morning practice conflicts for New</w:t>
      </w:r>
      <w:r w:rsidR="00D17FB1">
        <w:t xml:space="preserve"> C</w:t>
      </w:r>
      <w:r>
        <w:t>astle-area players, particularly school conflicts. Jimmy will continue exploring schedule adjustments, including possible Friday options.</w:t>
      </w:r>
    </w:p>
    <w:p w14:paraId="5B1C6907" w14:textId="77777777" w:rsidR="00384D8E" w:rsidRDefault="009D7EC4">
      <w:pPr>
        <w:pStyle w:val="Heading1"/>
        <w:spacing w:before="100" w:after="20"/>
      </w:pPr>
      <w:r>
        <w:lastRenderedPageBreak/>
        <w:t>Merchandise and Equipment</w:t>
      </w:r>
    </w:p>
    <w:p w14:paraId="6BF60682" w14:textId="77777777" w:rsidR="00384D8E" w:rsidRDefault="009D7EC4">
      <w:pPr>
        <w:spacing w:after="80"/>
      </w:pPr>
      <w:r>
        <w:t>GSYHA plans to move merchandise sales to an online-store format. Jimmy will communicate details when available. A Grizzly hockey glove order will remain open through June 30.</w:t>
      </w:r>
    </w:p>
    <w:p w14:paraId="5864A8AE" w14:textId="77777777" w:rsidR="00384D8E" w:rsidRDefault="009D7EC4">
      <w:pPr>
        <w:pStyle w:val="Heading1"/>
        <w:spacing w:before="100" w:after="20"/>
      </w:pPr>
      <w:r>
        <w:t>Scholarships</w:t>
      </w:r>
    </w:p>
    <w:p w14:paraId="28A7F401" w14:textId="77777777" w:rsidR="00384D8E" w:rsidRDefault="009D7EC4">
      <w:pPr>
        <w:spacing w:after="80"/>
      </w:pPr>
      <w:r>
        <w:t>Scholarship applications will be posted by June 13.</w:t>
      </w:r>
    </w:p>
    <w:p w14:paraId="4E488734" w14:textId="77777777" w:rsidR="00384D8E" w:rsidRDefault="009D7EC4">
      <w:pPr>
        <w:pStyle w:val="Heading1"/>
        <w:spacing w:before="100" w:after="20"/>
      </w:pPr>
      <w:r>
        <w:t>Referees</w:t>
      </w:r>
    </w:p>
    <w:p w14:paraId="4F77C29C" w14:textId="77777777" w:rsidR="00384D8E" w:rsidRDefault="009D7EC4">
      <w:pPr>
        <w:spacing w:after="80"/>
      </w:pPr>
      <w:r>
        <w:t>Referee training dates will be shared with members when available.</w:t>
      </w:r>
    </w:p>
    <w:p w14:paraId="4071CA04" w14:textId="77777777" w:rsidR="00384D8E" w:rsidRDefault="009D7EC4">
      <w:pPr>
        <w:pStyle w:val="Heading1"/>
        <w:spacing w:before="100" w:after="20"/>
      </w:pPr>
      <w:r>
        <w:t>Fundraising and Sponsorships</w:t>
      </w:r>
    </w:p>
    <w:p w14:paraId="685FD225" w14:textId="77777777" w:rsidR="00384D8E" w:rsidRDefault="009D7EC4">
      <w:pPr>
        <w:spacing w:after="80"/>
      </w:pPr>
      <w:r>
        <w:t>Mandy will seek an assistant coordinator to help with sponsorships and Dasher-board advertising. The organization also plans a November welcome/fundraising event connected with Colorado Gives.</w:t>
      </w:r>
    </w:p>
    <w:p w14:paraId="3F0DB55A" w14:textId="77777777" w:rsidR="00384D8E" w:rsidRDefault="009D7EC4">
      <w:pPr>
        <w:pStyle w:val="Heading1"/>
        <w:spacing w:before="100" w:after="20"/>
      </w:pPr>
      <w:r>
        <w:t>Adjournment</w:t>
      </w:r>
    </w:p>
    <w:p w14:paraId="0BF3045B" w14:textId="27D9A758" w:rsidR="00384D8E" w:rsidRDefault="009D7EC4">
      <w:pPr>
        <w:spacing w:after="80"/>
      </w:pPr>
      <w:r>
        <w:t xml:space="preserve">The </w:t>
      </w:r>
      <w:r w:rsidR="00FA2E7B">
        <w:t>board thanked the in-person participants as well as the 20+ zoom participants for taking part in the meeting</w:t>
      </w:r>
      <w:r>
        <w:t>.</w:t>
      </w:r>
    </w:p>
    <w:sectPr w:rsidR="00384D8E"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6777526">
    <w:abstractNumId w:val="8"/>
  </w:num>
  <w:num w:numId="2" w16cid:durableId="931357838">
    <w:abstractNumId w:val="6"/>
  </w:num>
  <w:num w:numId="3" w16cid:durableId="641930617">
    <w:abstractNumId w:val="5"/>
  </w:num>
  <w:num w:numId="4" w16cid:durableId="1821458710">
    <w:abstractNumId w:val="4"/>
  </w:num>
  <w:num w:numId="5" w16cid:durableId="1019893978">
    <w:abstractNumId w:val="7"/>
  </w:num>
  <w:num w:numId="6" w16cid:durableId="185797363">
    <w:abstractNumId w:val="3"/>
  </w:num>
  <w:num w:numId="7" w16cid:durableId="440027598">
    <w:abstractNumId w:val="2"/>
  </w:num>
  <w:num w:numId="8" w16cid:durableId="739518241">
    <w:abstractNumId w:val="1"/>
  </w:num>
  <w:num w:numId="9" w16cid:durableId="1570533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1D65"/>
    <w:rsid w:val="001F625A"/>
    <w:rsid w:val="0029639D"/>
    <w:rsid w:val="00326F90"/>
    <w:rsid w:val="00384D8E"/>
    <w:rsid w:val="004A5810"/>
    <w:rsid w:val="005017DA"/>
    <w:rsid w:val="00615396"/>
    <w:rsid w:val="00780423"/>
    <w:rsid w:val="009D7EC4"/>
    <w:rsid w:val="00AA1D8D"/>
    <w:rsid w:val="00B47730"/>
    <w:rsid w:val="00BC0A8B"/>
    <w:rsid w:val="00C945CA"/>
    <w:rsid w:val="00CB0664"/>
    <w:rsid w:val="00D17FB1"/>
    <w:rsid w:val="00D66FE0"/>
    <w:rsid w:val="00FA2E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0CCACDC-E70F-4BC0-BB70-98967AFD1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496</Words>
  <Characters>3068</Characters>
  <Application>Microsoft Office Word</Application>
  <DocSecurity>0</DocSecurity>
  <Lines>68</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Boyd, Mary</cp:lastModifiedBy>
  <cp:revision>11</cp:revision>
  <dcterms:created xsi:type="dcterms:W3CDTF">2013-12-23T23:15:00Z</dcterms:created>
  <dcterms:modified xsi:type="dcterms:W3CDTF">2026-09-10T04:22:00Z</dcterms:modified>
  <cp:category/>
</cp:coreProperties>
</file>