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A72B" w14:textId="666D7AFB" w:rsidR="008440B9" w:rsidRPr="00625AF7" w:rsidRDefault="00625AF7" w:rsidP="00625AF7">
      <w:pPr>
        <w:jc w:val="center"/>
        <w:rPr>
          <w:rFonts w:ascii="Arial" w:hAnsi="Arial" w:cs="Arial"/>
          <w:sz w:val="20"/>
          <w:szCs w:val="20"/>
        </w:rPr>
      </w:pPr>
      <w:r>
        <w:rPr>
          <w:noProof/>
        </w:rPr>
        <w:drawing>
          <wp:inline distT="0" distB="0" distL="0" distR="0" wp14:anchorId="1113EBDE" wp14:editId="6766A51B">
            <wp:extent cx="1074420" cy="472565"/>
            <wp:effectExtent l="0" t="0" r="0" b="3810"/>
            <wp:docPr id="166676248" name="Picture 2" descr="A logo for a sports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6248" name="Picture 2" descr="A logo for a sports event&#10;&#10;AI-generated content may be incorrect."/>
                    <pic:cNvPicPr/>
                  </pic:nvPicPr>
                  <pic:blipFill>
                    <a:blip r:embed="rId6"/>
                    <a:stretch>
                      <a:fillRect/>
                    </a:stretch>
                  </pic:blipFill>
                  <pic:spPr>
                    <a:xfrm>
                      <a:off x="0" y="0"/>
                      <a:ext cx="1128614" cy="496401"/>
                    </a:xfrm>
                    <a:prstGeom prst="rect">
                      <a:avLst/>
                    </a:prstGeom>
                  </pic:spPr>
                </pic:pic>
              </a:graphicData>
            </a:graphic>
          </wp:inline>
        </w:drawing>
      </w:r>
    </w:p>
    <w:p w14:paraId="3409C4FA" w14:textId="11B864E5" w:rsidR="00625AF7" w:rsidRPr="008D5838" w:rsidRDefault="008872AB" w:rsidP="00625AF7">
      <w:pPr>
        <w:jc w:val="center"/>
        <w:rPr>
          <w:rFonts w:ascii="Arial" w:hAnsi="Arial" w:cs="Arial"/>
          <w:b/>
          <w:bCs/>
          <w:sz w:val="24"/>
          <w:szCs w:val="24"/>
        </w:rPr>
      </w:pPr>
      <w:r w:rsidRPr="008D5838">
        <w:rPr>
          <w:rFonts w:ascii="Arial" w:hAnsi="Arial" w:cs="Arial"/>
          <w:b/>
          <w:bCs/>
          <w:sz w:val="24"/>
          <w:szCs w:val="24"/>
        </w:rPr>
        <w:t>TEAM CONDUCT POLICY</w:t>
      </w:r>
    </w:p>
    <w:tbl>
      <w:tblPr>
        <w:tblStyle w:val="TableGrid"/>
        <w:tblW w:w="0" w:type="auto"/>
        <w:tblInd w:w="720" w:type="dxa"/>
        <w:tblLook w:val="04A0" w:firstRow="1" w:lastRow="0" w:firstColumn="1" w:lastColumn="0" w:noHBand="0" w:noVBand="1"/>
      </w:tblPr>
      <w:tblGrid>
        <w:gridCol w:w="3235"/>
        <w:gridCol w:w="6053"/>
      </w:tblGrid>
      <w:tr w:rsidR="00211491" w14:paraId="7E196682" w14:textId="77777777" w:rsidTr="004316A9">
        <w:trPr>
          <w:trHeight w:val="288"/>
        </w:trPr>
        <w:tc>
          <w:tcPr>
            <w:tcW w:w="3235" w:type="dxa"/>
            <w:vAlign w:val="bottom"/>
          </w:tcPr>
          <w:p w14:paraId="098FBA0D" w14:textId="3D570E9C" w:rsidR="00211491" w:rsidRPr="004316A9" w:rsidRDefault="00211491" w:rsidP="008872AB">
            <w:pPr>
              <w:rPr>
                <w:rFonts w:ascii="Arial" w:hAnsi="Arial" w:cs="Arial"/>
                <w:b/>
                <w:bCs/>
                <w:sz w:val="20"/>
                <w:szCs w:val="20"/>
              </w:rPr>
            </w:pPr>
            <w:r w:rsidRPr="004316A9">
              <w:rPr>
                <w:rFonts w:ascii="Arial" w:hAnsi="Arial" w:cs="Arial"/>
                <w:b/>
                <w:bCs/>
                <w:sz w:val="20"/>
                <w:szCs w:val="20"/>
              </w:rPr>
              <w:t xml:space="preserve">Hotel Name: </w:t>
            </w:r>
          </w:p>
        </w:tc>
        <w:tc>
          <w:tcPr>
            <w:tcW w:w="6053" w:type="dxa"/>
            <w:vAlign w:val="bottom"/>
          </w:tcPr>
          <w:p w14:paraId="69E12A1C" w14:textId="77777777" w:rsidR="00211491" w:rsidRPr="00211491" w:rsidRDefault="00211491" w:rsidP="008872AB">
            <w:pPr>
              <w:rPr>
                <w:rFonts w:ascii="Arial" w:hAnsi="Arial" w:cs="Arial"/>
                <w:sz w:val="20"/>
                <w:szCs w:val="20"/>
              </w:rPr>
            </w:pPr>
          </w:p>
        </w:tc>
      </w:tr>
      <w:tr w:rsidR="00211491" w14:paraId="38946BD6" w14:textId="77777777" w:rsidTr="004316A9">
        <w:trPr>
          <w:trHeight w:val="288"/>
        </w:trPr>
        <w:tc>
          <w:tcPr>
            <w:tcW w:w="3235" w:type="dxa"/>
            <w:vAlign w:val="bottom"/>
          </w:tcPr>
          <w:p w14:paraId="2F7E9079" w14:textId="270B8F1C" w:rsidR="00211491" w:rsidRPr="004316A9" w:rsidRDefault="00211491" w:rsidP="008872AB">
            <w:pPr>
              <w:rPr>
                <w:rFonts w:ascii="Arial" w:hAnsi="Arial" w:cs="Arial"/>
                <w:b/>
                <w:bCs/>
                <w:sz w:val="20"/>
                <w:szCs w:val="20"/>
              </w:rPr>
            </w:pPr>
            <w:r w:rsidRPr="004316A9">
              <w:rPr>
                <w:rFonts w:ascii="Arial" w:hAnsi="Arial" w:cs="Arial"/>
                <w:b/>
                <w:bCs/>
                <w:sz w:val="20"/>
                <w:szCs w:val="20"/>
              </w:rPr>
              <w:t>Hotel Manager:</w:t>
            </w:r>
          </w:p>
        </w:tc>
        <w:tc>
          <w:tcPr>
            <w:tcW w:w="6053" w:type="dxa"/>
            <w:vAlign w:val="bottom"/>
          </w:tcPr>
          <w:p w14:paraId="2579468E" w14:textId="77777777" w:rsidR="00211491" w:rsidRPr="00211491" w:rsidRDefault="00211491" w:rsidP="008872AB">
            <w:pPr>
              <w:rPr>
                <w:rFonts w:ascii="Arial" w:hAnsi="Arial" w:cs="Arial"/>
                <w:sz w:val="20"/>
                <w:szCs w:val="20"/>
              </w:rPr>
            </w:pPr>
          </w:p>
        </w:tc>
      </w:tr>
      <w:tr w:rsidR="00211491" w14:paraId="6F5AE11B" w14:textId="77777777" w:rsidTr="004316A9">
        <w:trPr>
          <w:trHeight w:val="288"/>
        </w:trPr>
        <w:tc>
          <w:tcPr>
            <w:tcW w:w="3235" w:type="dxa"/>
            <w:vAlign w:val="bottom"/>
          </w:tcPr>
          <w:p w14:paraId="65CBFA71" w14:textId="537B65C9" w:rsidR="00211491" w:rsidRPr="004316A9" w:rsidRDefault="00211491" w:rsidP="008872AB">
            <w:pPr>
              <w:rPr>
                <w:rFonts w:ascii="Arial" w:hAnsi="Arial" w:cs="Arial"/>
                <w:b/>
                <w:bCs/>
                <w:sz w:val="20"/>
                <w:szCs w:val="20"/>
              </w:rPr>
            </w:pPr>
            <w:r w:rsidRPr="004316A9">
              <w:rPr>
                <w:rFonts w:ascii="Arial" w:hAnsi="Arial" w:cs="Arial"/>
                <w:b/>
                <w:bCs/>
                <w:sz w:val="20"/>
                <w:szCs w:val="20"/>
              </w:rPr>
              <w:t xml:space="preserve">Manager Phone Number: </w:t>
            </w:r>
          </w:p>
        </w:tc>
        <w:tc>
          <w:tcPr>
            <w:tcW w:w="6053" w:type="dxa"/>
            <w:vAlign w:val="bottom"/>
          </w:tcPr>
          <w:p w14:paraId="5D53B530" w14:textId="77777777" w:rsidR="00211491" w:rsidRPr="00211491" w:rsidRDefault="00211491" w:rsidP="008872AB">
            <w:pPr>
              <w:rPr>
                <w:rFonts w:ascii="Arial" w:hAnsi="Arial" w:cs="Arial"/>
                <w:sz w:val="20"/>
                <w:szCs w:val="20"/>
              </w:rPr>
            </w:pPr>
          </w:p>
        </w:tc>
      </w:tr>
      <w:tr w:rsidR="008872AB" w14:paraId="1133CDD0" w14:textId="77777777" w:rsidTr="004316A9">
        <w:trPr>
          <w:trHeight w:val="288"/>
        </w:trPr>
        <w:tc>
          <w:tcPr>
            <w:tcW w:w="3235" w:type="dxa"/>
            <w:vAlign w:val="bottom"/>
          </w:tcPr>
          <w:p w14:paraId="0CD1BDD7" w14:textId="55C02B97" w:rsidR="008872AB" w:rsidRPr="004316A9" w:rsidRDefault="008872AB" w:rsidP="008872AB">
            <w:pPr>
              <w:rPr>
                <w:rFonts w:ascii="Arial" w:hAnsi="Arial" w:cs="Arial"/>
                <w:b/>
                <w:bCs/>
                <w:sz w:val="20"/>
                <w:szCs w:val="20"/>
              </w:rPr>
            </w:pPr>
            <w:r w:rsidRPr="004316A9">
              <w:rPr>
                <w:rFonts w:ascii="Arial" w:hAnsi="Arial" w:cs="Arial"/>
                <w:b/>
                <w:bCs/>
                <w:sz w:val="20"/>
                <w:szCs w:val="20"/>
              </w:rPr>
              <w:t>Tournament Name:</w:t>
            </w:r>
          </w:p>
        </w:tc>
        <w:tc>
          <w:tcPr>
            <w:tcW w:w="6053" w:type="dxa"/>
            <w:vAlign w:val="bottom"/>
          </w:tcPr>
          <w:p w14:paraId="656C9242" w14:textId="77777777" w:rsidR="008872AB" w:rsidRPr="00211491" w:rsidRDefault="008872AB" w:rsidP="008872AB">
            <w:pPr>
              <w:rPr>
                <w:rFonts w:ascii="Arial" w:hAnsi="Arial" w:cs="Arial"/>
                <w:sz w:val="20"/>
                <w:szCs w:val="20"/>
              </w:rPr>
            </w:pPr>
          </w:p>
        </w:tc>
      </w:tr>
      <w:tr w:rsidR="00211491" w14:paraId="355F606A" w14:textId="77777777" w:rsidTr="004316A9">
        <w:trPr>
          <w:trHeight w:val="288"/>
        </w:trPr>
        <w:tc>
          <w:tcPr>
            <w:tcW w:w="3235" w:type="dxa"/>
            <w:vAlign w:val="bottom"/>
          </w:tcPr>
          <w:p w14:paraId="30F9B7B3" w14:textId="315687A6" w:rsidR="00211491" w:rsidRPr="004316A9" w:rsidRDefault="00211491" w:rsidP="008872AB">
            <w:pPr>
              <w:rPr>
                <w:rFonts w:ascii="Arial" w:hAnsi="Arial" w:cs="Arial"/>
                <w:b/>
                <w:bCs/>
                <w:sz w:val="20"/>
                <w:szCs w:val="20"/>
              </w:rPr>
            </w:pPr>
            <w:r w:rsidRPr="004316A9">
              <w:rPr>
                <w:rFonts w:ascii="Arial" w:hAnsi="Arial" w:cs="Arial"/>
                <w:b/>
                <w:bCs/>
                <w:sz w:val="20"/>
                <w:szCs w:val="20"/>
              </w:rPr>
              <w:t>Team Name:</w:t>
            </w:r>
          </w:p>
        </w:tc>
        <w:tc>
          <w:tcPr>
            <w:tcW w:w="6053" w:type="dxa"/>
            <w:vAlign w:val="bottom"/>
          </w:tcPr>
          <w:p w14:paraId="77092863" w14:textId="77777777" w:rsidR="00211491" w:rsidRPr="00211491" w:rsidRDefault="00211491" w:rsidP="008872AB">
            <w:pPr>
              <w:rPr>
                <w:rFonts w:ascii="Arial" w:hAnsi="Arial" w:cs="Arial"/>
                <w:sz w:val="20"/>
                <w:szCs w:val="20"/>
              </w:rPr>
            </w:pPr>
          </w:p>
        </w:tc>
      </w:tr>
      <w:tr w:rsidR="00211491" w14:paraId="6931AAD8" w14:textId="77777777" w:rsidTr="004316A9">
        <w:trPr>
          <w:trHeight w:val="288"/>
        </w:trPr>
        <w:tc>
          <w:tcPr>
            <w:tcW w:w="3235" w:type="dxa"/>
            <w:vAlign w:val="bottom"/>
          </w:tcPr>
          <w:p w14:paraId="3D198823" w14:textId="4A7E4C8F" w:rsidR="00211491" w:rsidRPr="004316A9" w:rsidRDefault="00211491" w:rsidP="008872AB">
            <w:pPr>
              <w:rPr>
                <w:rFonts w:ascii="Arial" w:hAnsi="Arial" w:cs="Arial"/>
                <w:b/>
                <w:bCs/>
                <w:sz w:val="20"/>
                <w:szCs w:val="20"/>
              </w:rPr>
            </w:pPr>
            <w:r w:rsidRPr="004316A9">
              <w:rPr>
                <w:rFonts w:ascii="Arial" w:hAnsi="Arial" w:cs="Arial"/>
                <w:b/>
                <w:bCs/>
                <w:sz w:val="20"/>
                <w:szCs w:val="20"/>
              </w:rPr>
              <w:t>Team Contact</w:t>
            </w:r>
            <w:r w:rsidR="00240FB1" w:rsidRPr="004316A9">
              <w:rPr>
                <w:rFonts w:ascii="Arial" w:hAnsi="Arial" w:cs="Arial"/>
                <w:b/>
                <w:bCs/>
                <w:sz w:val="20"/>
                <w:szCs w:val="20"/>
              </w:rPr>
              <w:t xml:space="preserve"> / Coach</w:t>
            </w:r>
            <w:r w:rsidRPr="004316A9">
              <w:rPr>
                <w:rFonts w:ascii="Arial" w:hAnsi="Arial" w:cs="Arial"/>
                <w:b/>
                <w:bCs/>
                <w:sz w:val="20"/>
                <w:szCs w:val="20"/>
              </w:rPr>
              <w:t>:</w:t>
            </w:r>
          </w:p>
        </w:tc>
        <w:tc>
          <w:tcPr>
            <w:tcW w:w="6053" w:type="dxa"/>
            <w:vAlign w:val="bottom"/>
          </w:tcPr>
          <w:p w14:paraId="1788765E" w14:textId="77777777" w:rsidR="00211491" w:rsidRPr="00211491" w:rsidRDefault="00211491" w:rsidP="008872AB">
            <w:pPr>
              <w:rPr>
                <w:rFonts w:ascii="Arial" w:hAnsi="Arial" w:cs="Arial"/>
                <w:sz w:val="20"/>
                <w:szCs w:val="20"/>
              </w:rPr>
            </w:pPr>
          </w:p>
        </w:tc>
      </w:tr>
      <w:tr w:rsidR="00211491" w:rsidRPr="00625AF7" w14:paraId="26E1C76E" w14:textId="77777777" w:rsidTr="004316A9">
        <w:trPr>
          <w:trHeight w:val="288"/>
        </w:trPr>
        <w:tc>
          <w:tcPr>
            <w:tcW w:w="3235" w:type="dxa"/>
            <w:vAlign w:val="bottom"/>
          </w:tcPr>
          <w:p w14:paraId="378B005D" w14:textId="51526411" w:rsidR="00211491" w:rsidRPr="004316A9" w:rsidRDefault="00211491" w:rsidP="008872AB">
            <w:pPr>
              <w:rPr>
                <w:rFonts w:ascii="Arial" w:hAnsi="Arial" w:cs="Arial"/>
                <w:b/>
                <w:bCs/>
                <w:sz w:val="24"/>
                <w:szCs w:val="24"/>
              </w:rPr>
            </w:pPr>
            <w:r w:rsidRPr="004316A9">
              <w:rPr>
                <w:rFonts w:ascii="Arial" w:hAnsi="Arial" w:cs="Arial"/>
                <w:b/>
                <w:bCs/>
                <w:sz w:val="20"/>
                <w:szCs w:val="20"/>
              </w:rPr>
              <w:t>Team Contact Phone Number:</w:t>
            </w:r>
          </w:p>
        </w:tc>
        <w:tc>
          <w:tcPr>
            <w:tcW w:w="6053" w:type="dxa"/>
            <w:vAlign w:val="bottom"/>
          </w:tcPr>
          <w:p w14:paraId="6A99BC82" w14:textId="77777777" w:rsidR="00211491" w:rsidRPr="00625AF7" w:rsidRDefault="00211491" w:rsidP="008872AB">
            <w:pPr>
              <w:rPr>
                <w:rFonts w:ascii="Arial" w:hAnsi="Arial" w:cs="Arial"/>
                <w:sz w:val="24"/>
                <w:szCs w:val="24"/>
              </w:rPr>
            </w:pPr>
          </w:p>
        </w:tc>
      </w:tr>
    </w:tbl>
    <w:p w14:paraId="47A058B6" w14:textId="77777777" w:rsidR="00625AF7" w:rsidRPr="00625AF7" w:rsidRDefault="00625AF7" w:rsidP="00EA0C6F">
      <w:pPr>
        <w:spacing w:after="0" w:line="240" w:lineRule="auto"/>
        <w:rPr>
          <w:rFonts w:ascii="Arial" w:hAnsi="Arial" w:cs="Arial"/>
          <w:sz w:val="24"/>
          <w:szCs w:val="24"/>
        </w:rPr>
      </w:pPr>
    </w:p>
    <w:p w14:paraId="2C0378EC" w14:textId="04689684" w:rsidR="008440B9" w:rsidRPr="00553620" w:rsidRDefault="00A91F11" w:rsidP="00EA0C6F">
      <w:pPr>
        <w:spacing w:after="0" w:line="240" w:lineRule="auto"/>
        <w:rPr>
          <w:rFonts w:ascii="Arial" w:hAnsi="Arial" w:cs="Arial"/>
          <w:sz w:val="20"/>
          <w:szCs w:val="20"/>
        </w:rPr>
      </w:pPr>
      <w:r w:rsidRPr="00553620">
        <w:rPr>
          <w:rFonts w:ascii="Arial" w:hAnsi="Arial" w:cs="Arial"/>
          <w:sz w:val="20"/>
          <w:szCs w:val="20"/>
        </w:rPr>
        <w:t xml:space="preserve">Our hotel is proud to </w:t>
      </w:r>
      <w:r w:rsidR="00211491" w:rsidRPr="00553620">
        <w:rPr>
          <w:rFonts w:ascii="Arial" w:hAnsi="Arial" w:cs="Arial"/>
          <w:sz w:val="20"/>
          <w:szCs w:val="20"/>
        </w:rPr>
        <w:t xml:space="preserve">partner with SportStays </w:t>
      </w:r>
      <w:r w:rsidR="00616F86" w:rsidRPr="00553620">
        <w:rPr>
          <w:rFonts w:ascii="Arial" w:hAnsi="Arial" w:cs="Arial"/>
          <w:sz w:val="20"/>
          <w:szCs w:val="20"/>
        </w:rPr>
        <w:t xml:space="preserve">to host </w:t>
      </w:r>
      <w:r w:rsidR="00211491" w:rsidRPr="00553620">
        <w:rPr>
          <w:rFonts w:ascii="Arial" w:hAnsi="Arial" w:cs="Arial"/>
          <w:sz w:val="20"/>
          <w:szCs w:val="20"/>
        </w:rPr>
        <w:t xml:space="preserve">your team for this event.  </w:t>
      </w:r>
      <w:r w:rsidRPr="00553620">
        <w:rPr>
          <w:rFonts w:ascii="Arial" w:hAnsi="Arial" w:cs="Arial"/>
          <w:sz w:val="20"/>
          <w:szCs w:val="20"/>
        </w:rPr>
        <w:t xml:space="preserve">To ensure a safe, enjoyable, and respectful environment for all </w:t>
      </w:r>
      <w:r w:rsidR="00B17625" w:rsidRPr="00553620">
        <w:rPr>
          <w:rFonts w:ascii="Arial" w:hAnsi="Arial" w:cs="Arial"/>
          <w:sz w:val="20"/>
          <w:szCs w:val="20"/>
        </w:rPr>
        <w:t xml:space="preserve">hotel </w:t>
      </w:r>
      <w:r w:rsidRPr="00553620">
        <w:rPr>
          <w:rFonts w:ascii="Arial" w:hAnsi="Arial" w:cs="Arial"/>
          <w:sz w:val="20"/>
          <w:szCs w:val="20"/>
        </w:rPr>
        <w:t xml:space="preserve">guests </w:t>
      </w:r>
      <w:r w:rsidR="00A86E5C" w:rsidRPr="00553620">
        <w:rPr>
          <w:rFonts w:ascii="Arial" w:hAnsi="Arial" w:cs="Arial"/>
          <w:sz w:val="20"/>
          <w:szCs w:val="20"/>
        </w:rPr>
        <w:t xml:space="preserve">the </w:t>
      </w:r>
      <w:r w:rsidR="008722F8" w:rsidRPr="00553620">
        <w:rPr>
          <w:rFonts w:ascii="Arial" w:hAnsi="Arial" w:cs="Arial"/>
          <w:sz w:val="20"/>
          <w:szCs w:val="20"/>
        </w:rPr>
        <w:t>party responsible</w:t>
      </w:r>
      <w:r w:rsidR="00A86E5C" w:rsidRPr="00553620">
        <w:rPr>
          <w:rFonts w:ascii="Arial" w:hAnsi="Arial" w:cs="Arial"/>
          <w:sz w:val="20"/>
          <w:szCs w:val="20"/>
        </w:rPr>
        <w:t xml:space="preserve"> for </w:t>
      </w:r>
      <w:r w:rsidR="00B17625" w:rsidRPr="00553620">
        <w:rPr>
          <w:rFonts w:ascii="Arial" w:hAnsi="Arial" w:cs="Arial"/>
          <w:sz w:val="20"/>
          <w:szCs w:val="20"/>
        </w:rPr>
        <w:t xml:space="preserve">each </w:t>
      </w:r>
      <w:r w:rsidR="00211491" w:rsidRPr="00553620">
        <w:rPr>
          <w:rFonts w:ascii="Arial" w:hAnsi="Arial" w:cs="Arial"/>
          <w:sz w:val="20"/>
          <w:szCs w:val="20"/>
        </w:rPr>
        <w:t xml:space="preserve">player must </w:t>
      </w:r>
      <w:r w:rsidRPr="00553620">
        <w:rPr>
          <w:rFonts w:ascii="Arial" w:hAnsi="Arial" w:cs="Arial"/>
          <w:sz w:val="20"/>
          <w:szCs w:val="20"/>
        </w:rPr>
        <w:t>review and agree to the following conduct expectations.</w:t>
      </w:r>
    </w:p>
    <w:p w14:paraId="280BCB99" w14:textId="77777777" w:rsidR="00EA0C6F" w:rsidRPr="007C53AC" w:rsidRDefault="00EA0C6F" w:rsidP="00EA0C6F">
      <w:pPr>
        <w:spacing w:after="0" w:line="240" w:lineRule="auto"/>
        <w:rPr>
          <w:rFonts w:ascii="Arial" w:hAnsi="Arial" w:cs="Arial"/>
          <w:sz w:val="24"/>
          <w:szCs w:val="24"/>
        </w:rPr>
      </w:pPr>
    </w:p>
    <w:p w14:paraId="456AC264" w14:textId="0D7595B7" w:rsidR="008440B9" w:rsidRPr="007E5388" w:rsidRDefault="00A91F11" w:rsidP="00EA0C6F">
      <w:pPr>
        <w:spacing w:after="0" w:line="240" w:lineRule="auto"/>
        <w:rPr>
          <w:rFonts w:ascii="Arial" w:hAnsi="Arial" w:cs="Arial"/>
          <w:b/>
          <w:bCs/>
          <w:sz w:val="24"/>
          <w:szCs w:val="24"/>
        </w:rPr>
      </w:pPr>
      <w:r w:rsidRPr="007E5388">
        <w:rPr>
          <w:rFonts w:ascii="Arial" w:hAnsi="Arial" w:cs="Arial"/>
          <w:b/>
          <w:bCs/>
          <w:sz w:val="24"/>
          <w:szCs w:val="24"/>
        </w:rPr>
        <w:t>1. General Behavior Expectations</w:t>
      </w:r>
      <w:r w:rsidR="00211491" w:rsidRPr="007E5388">
        <w:rPr>
          <w:rFonts w:ascii="Arial" w:hAnsi="Arial" w:cs="Arial"/>
          <w:b/>
          <w:bCs/>
          <w:sz w:val="24"/>
          <w:szCs w:val="24"/>
        </w:rPr>
        <w:t>:</w:t>
      </w:r>
    </w:p>
    <w:p w14:paraId="2BB05437" w14:textId="2BD99EDA" w:rsidR="008440B9" w:rsidRPr="00211491" w:rsidRDefault="00A91F11" w:rsidP="00EA0C6F">
      <w:pPr>
        <w:spacing w:after="0" w:line="240" w:lineRule="auto"/>
        <w:ind w:left="720"/>
        <w:rPr>
          <w:rFonts w:ascii="Arial" w:hAnsi="Arial" w:cs="Arial"/>
          <w:sz w:val="20"/>
          <w:szCs w:val="20"/>
        </w:rPr>
      </w:pPr>
      <w:r w:rsidRPr="00211491">
        <w:rPr>
          <w:rFonts w:ascii="Arial" w:hAnsi="Arial" w:cs="Arial"/>
          <w:sz w:val="20"/>
          <w:szCs w:val="20"/>
        </w:rPr>
        <w:t xml:space="preserve">• All guests </w:t>
      </w:r>
      <w:r w:rsidR="00211491" w:rsidRPr="00211491">
        <w:rPr>
          <w:rFonts w:ascii="Arial" w:hAnsi="Arial" w:cs="Arial"/>
          <w:sz w:val="20"/>
          <w:szCs w:val="20"/>
        </w:rPr>
        <w:t xml:space="preserve">must </w:t>
      </w:r>
      <w:r w:rsidRPr="00211491">
        <w:rPr>
          <w:rFonts w:ascii="Arial" w:hAnsi="Arial" w:cs="Arial"/>
          <w:sz w:val="20"/>
          <w:szCs w:val="20"/>
        </w:rPr>
        <w:t xml:space="preserve">behave respectfully toward hotel staff, other guests, property </w:t>
      </w:r>
      <w:r w:rsidR="00211491" w:rsidRPr="00211491">
        <w:rPr>
          <w:rFonts w:ascii="Arial" w:hAnsi="Arial" w:cs="Arial"/>
          <w:sz w:val="20"/>
          <w:szCs w:val="20"/>
        </w:rPr>
        <w:t xml:space="preserve">facilities and </w:t>
      </w:r>
      <w:r w:rsidRPr="00211491">
        <w:rPr>
          <w:rFonts w:ascii="Arial" w:hAnsi="Arial" w:cs="Arial"/>
          <w:sz w:val="20"/>
          <w:szCs w:val="20"/>
        </w:rPr>
        <w:t>amenities.</w:t>
      </w:r>
    </w:p>
    <w:p w14:paraId="269B8C50" w14:textId="77777777" w:rsidR="008440B9" w:rsidRDefault="00A91F11" w:rsidP="00EA0C6F">
      <w:pPr>
        <w:spacing w:after="0" w:line="240" w:lineRule="auto"/>
        <w:ind w:left="720"/>
        <w:rPr>
          <w:rFonts w:ascii="Arial" w:hAnsi="Arial" w:cs="Arial"/>
          <w:sz w:val="20"/>
          <w:szCs w:val="20"/>
        </w:rPr>
      </w:pPr>
      <w:r w:rsidRPr="00211491">
        <w:rPr>
          <w:rFonts w:ascii="Arial" w:hAnsi="Arial" w:cs="Arial"/>
          <w:sz w:val="20"/>
          <w:szCs w:val="20"/>
        </w:rPr>
        <w:t>• Loud, disruptive, or unsafe behavior is not permitted in guest rooms, hallways, common areas, or outdoor spaces.</w:t>
      </w:r>
    </w:p>
    <w:p w14:paraId="224CF13D" w14:textId="00F4629D" w:rsidR="00BB4901" w:rsidRPr="00211491" w:rsidRDefault="00BB4901" w:rsidP="00EA0C6F">
      <w:pPr>
        <w:spacing w:after="0" w:line="240" w:lineRule="auto"/>
        <w:ind w:left="720"/>
        <w:rPr>
          <w:rFonts w:ascii="Arial" w:hAnsi="Arial" w:cs="Arial"/>
          <w:sz w:val="20"/>
          <w:szCs w:val="20"/>
        </w:rPr>
      </w:pPr>
      <w:r w:rsidRPr="00211491">
        <w:rPr>
          <w:rFonts w:ascii="Arial" w:hAnsi="Arial" w:cs="Arial"/>
          <w:sz w:val="20"/>
          <w:szCs w:val="20"/>
        </w:rPr>
        <w:t xml:space="preserve">• </w:t>
      </w:r>
      <w:r>
        <w:rPr>
          <w:rFonts w:ascii="Arial" w:hAnsi="Arial" w:cs="Arial"/>
          <w:sz w:val="20"/>
          <w:szCs w:val="20"/>
        </w:rPr>
        <w:t>Use of our facilities and amenities are for paying hotel guests only</w:t>
      </w:r>
      <w:r w:rsidRPr="00211491">
        <w:rPr>
          <w:rFonts w:ascii="Arial" w:hAnsi="Arial" w:cs="Arial"/>
          <w:sz w:val="20"/>
          <w:szCs w:val="20"/>
        </w:rPr>
        <w:t>.</w:t>
      </w:r>
      <w:r>
        <w:rPr>
          <w:rFonts w:ascii="Arial" w:hAnsi="Arial" w:cs="Arial"/>
          <w:sz w:val="20"/>
          <w:szCs w:val="20"/>
        </w:rPr>
        <w:t xml:space="preserve">  Players who are staying at other hotels are not allowed to use our facilities and will be asked to leave.</w:t>
      </w:r>
    </w:p>
    <w:p w14:paraId="386293BB" w14:textId="08FA171C" w:rsidR="008440B9" w:rsidRDefault="00A91F11" w:rsidP="00EA0C6F">
      <w:pPr>
        <w:spacing w:after="0" w:line="240" w:lineRule="auto"/>
        <w:ind w:left="720"/>
        <w:rPr>
          <w:rFonts w:ascii="Arial" w:hAnsi="Arial" w:cs="Arial"/>
          <w:sz w:val="20"/>
          <w:szCs w:val="20"/>
        </w:rPr>
      </w:pPr>
      <w:r w:rsidRPr="00211491">
        <w:rPr>
          <w:rFonts w:ascii="Arial" w:hAnsi="Arial" w:cs="Arial"/>
          <w:sz w:val="20"/>
          <w:szCs w:val="20"/>
        </w:rPr>
        <w:t xml:space="preserve">• </w:t>
      </w:r>
      <w:r w:rsidR="00EA0C6F">
        <w:rPr>
          <w:rFonts w:ascii="Arial" w:hAnsi="Arial" w:cs="Arial"/>
          <w:sz w:val="20"/>
          <w:szCs w:val="20"/>
        </w:rPr>
        <w:t>Guests</w:t>
      </w:r>
      <w:r w:rsidR="00211491" w:rsidRPr="00211491">
        <w:rPr>
          <w:rFonts w:ascii="Arial" w:hAnsi="Arial" w:cs="Arial"/>
          <w:sz w:val="20"/>
          <w:szCs w:val="20"/>
        </w:rPr>
        <w:t xml:space="preserve"> 16 and under</w:t>
      </w:r>
      <w:r w:rsidRPr="00211491">
        <w:rPr>
          <w:rFonts w:ascii="Arial" w:hAnsi="Arial" w:cs="Arial"/>
          <w:sz w:val="20"/>
          <w:szCs w:val="20"/>
        </w:rPr>
        <w:t xml:space="preserve"> must </w:t>
      </w:r>
      <w:r w:rsidR="00EA0C6F" w:rsidRPr="00211491">
        <w:rPr>
          <w:rFonts w:ascii="Arial" w:hAnsi="Arial" w:cs="Arial"/>
          <w:sz w:val="20"/>
          <w:szCs w:val="20"/>
        </w:rPr>
        <w:t>always remain under adult supervision</w:t>
      </w:r>
      <w:r w:rsidRPr="00211491">
        <w:rPr>
          <w:rFonts w:ascii="Arial" w:hAnsi="Arial" w:cs="Arial"/>
          <w:sz w:val="20"/>
          <w:szCs w:val="20"/>
        </w:rPr>
        <w:t xml:space="preserve"> while on hotel property.</w:t>
      </w:r>
    </w:p>
    <w:p w14:paraId="760E5319" w14:textId="77777777" w:rsidR="00EA0C6F" w:rsidRDefault="00EA0C6F" w:rsidP="00EA0C6F">
      <w:pPr>
        <w:spacing w:after="0" w:line="240" w:lineRule="auto"/>
        <w:ind w:left="720"/>
        <w:rPr>
          <w:rFonts w:ascii="Arial" w:hAnsi="Arial" w:cs="Arial"/>
          <w:sz w:val="20"/>
          <w:szCs w:val="20"/>
        </w:rPr>
      </w:pPr>
    </w:p>
    <w:p w14:paraId="44CC956F" w14:textId="129C56D8" w:rsidR="00EA0C6F" w:rsidRPr="007E5388" w:rsidRDefault="00EA0C6F" w:rsidP="00EA0C6F">
      <w:pPr>
        <w:spacing w:after="0" w:line="240" w:lineRule="auto"/>
        <w:rPr>
          <w:rFonts w:ascii="Arial" w:hAnsi="Arial" w:cs="Arial"/>
          <w:b/>
          <w:bCs/>
          <w:sz w:val="24"/>
          <w:szCs w:val="24"/>
        </w:rPr>
      </w:pPr>
      <w:r w:rsidRPr="007E5388">
        <w:rPr>
          <w:rFonts w:ascii="Arial" w:hAnsi="Arial" w:cs="Arial"/>
          <w:b/>
          <w:bCs/>
          <w:sz w:val="24"/>
          <w:szCs w:val="24"/>
        </w:rPr>
        <w:t>2. Alcohol, Tobacco, and Substance Policy</w:t>
      </w:r>
      <w:r w:rsidR="00BB4901" w:rsidRPr="007E5388">
        <w:rPr>
          <w:rFonts w:ascii="Arial" w:hAnsi="Arial" w:cs="Arial"/>
          <w:b/>
          <w:bCs/>
          <w:sz w:val="24"/>
          <w:szCs w:val="24"/>
        </w:rPr>
        <w:t>:</w:t>
      </w:r>
    </w:p>
    <w:p w14:paraId="778DA4CE" w14:textId="4160F1D2" w:rsidR="00EA0C6F" w:rsidRPr="00EA0C6F" w:rsidRDefault="00EA0C6F" w:rsidP="00EA0C6F">
      <w:pPr>
        <w:spacing w:after="0" w:line="240" w:lineRule="auto"/>
        <w:ind w:left="720"/>
        <w:rPr>
          <w:rFonts w:ascii="Arial" w:hAnsi="Arial" w:cs="Arial"/>
          <w:sz w:val="20"/>
          <w:szCs w:val="20"/>
        </w:rPr>
      </w:pPr>
      <w:r w:rsidRPr="00EA0C6F">
        <w:rPr>
          <w:rFonts w:ascii="Arial" w:hAnsi="Arial" w:cs="Arial"/>
          <w:sz w:val="20"/>
          <w:szCs w:val="20"/>
        </w:rPr>
        <w:t xml:space="preserve">• Alcohol </w:t>
      </w:r>
      <w:r w:rsidR="00625AF7">
        <w:rPr>
          <w:rFonts w:ascii="Arial" w:hAnsi="Arial" w:cs="Arial"/>
          <w:sz w:val="20"/>
          <w:szCs w:val="20"/>
        </w:rPr>
        <w:t xml:space="preserve">consumed in </w:t>
      </w:r>
      <w:r w:rsidRPr="00EA0C6F">
        <w:rPr>
          <w:rFonts w:ascii="Arial" w:hAnsi="Arial" w:cs="Arial"/>
          <w:sz w:val="20"/>
          <w:szCs w:val="20"/>
        </w:rPr>
        <w:t>in public spaces must be purchased through the hotel.  Any alcohol brought in by guests can only be consumed in guest rooms.  Outside alcohol is strictly prohibited in all public spaces including the lobby and meeting spaces.</w:t>
      </w:r>
    </w:p>
    <w:p w14:paraId="0FF858BE" w14:textId="77777777" w:rsidR="00EA0C6F" w:rsidRDefault="00EA0C6F" w:rsidP="00EA0C6F">
      <w:pPr>
        <w:spacing w:after="0" w:line="240" w:lineRule="auto"/>
        <w:ind w:left="720"/>
        <w:rPr>
          <w:rFonts w:ascii="Arial" w:hAnsi="Arial" w:cs="Arial"/>
          <w:sz w:val="20"/>
          <w:szCs w:val="20"/>
        </w:rPr>
      </w:pPr>
      <w:r w:rsidRPr="00EA0C6F">
        <w:rPr>
          <w:rFonts w:ascii="Arial" w:hAnsi="Arial" w:cs="Arial"/>
          <w:sz w:val="20"/>
          <w:szCs w:val="20"/>
        </w:rPr>
        <w:t>• Alcohol consumption by minors under the age of 21 is strictly prohibited.</w:t>
      </w:r>
    </w:p>
    <w:p w14:paraId="6D3B3FB3" w14:textId="233D4D48" w:rsidR="00EA0C6F" w:rsidRPr="00EA0C6F" w:rsidRDefault="00EA0C6F" w:rsidP="00EA0C6F">
      <w:pPr>
        <w:spacing w:after="0" w:line="240" w:lineRule="auto"/>
        <w:ind w:left="720"/>
        <w:rPr>
          <w:rFonts w:ascii="Arial" w:hAnsi="Arial" w:cs="Arial"/>
          <w:sz w:val="20"/>
          <w:szCs w:val="20"/>
        </w:rPr>
      </w:pPr>
      <w:r w:rsidRPr="00EA0C6F">
        <w:rPr>
          <w:rFonts w:ascii="Arial" w:hAnsi="Arial" w:cs="Arial"/>
          <w:sz w:val="20"/>
          <w:szCs w:val="20"/>
        </w:rPr>
        <w:t>• Smoking, vaping, and tobacco</w:t>
      </w:r>
      <w:r w:rsidR="00625AF7">
        <w:rPr>
          <w:rFonts w:ascii="Arial" w:hAnsi="Arial" w:cs="Arial"/>
          <w:sz w:val="20"/>
          <w:szCs w:val="20"/>
        </w:rPr>
        <w:t xml:space="preserve"> and cannabis</w:t>
      </w:r>
      <w:r w:rsidRPr="00EA0C6F">
        <w:rPr>
          <w:rFonts w:ascii="Arial" w:hAnsi="Arial" w:cs="Arial"/>
          <w:sz w:val="20"/>
          <w:szCs w:val="20"/>
        </w:rPr>
        <w:t xml:space="preserve"> use are not allowed in </w:t>
      </w:r>
      <w:r w:rsidR="00625AF7">
        <w:rPr>
          <w:rFonts w:ascii="Arial" w:hAnsi="Arial" w:cs="Arial"/>
          <w:sz w:val="20"/>
          <w:szCs w:val="20"/>
        </w:rPr>
        <w:t>the hotel</w:t>
      </w:r>
      <w:r w:rsidRPr="00EA0C6F">
        <w:rPr>
          <w:rFonts w:ascii="Arial" w:hAnsi="Arial" w:cs="Arial"/>
          <w:sz w:val="20"/>
          <w:szCs w:val="20"/>
        </w:rPr>
        <w:t xml:space="preserve">.  </w:t>
      </w:r>
    </w:p>
    <w:p w14:paraId="1507A5E6" w14:textId="202E7D14" w:rsidR="00EA0C6F" w:rsidRPr="00EA0C6F" w:rsidRDefault="00EA0C6F" w:rsidP="00EA0C6F">
      <w:pPr>
        <w:spacing w:after="0" w:line="240" w:lineRule="auto"/>
        <w:ind w:left="720"/>
        <w:rPr>
          <w:rFonts w:ascii="Arial" w:hAnsi="Arial" w:cs="Arial"/>
          <w:sz w:val="20"/>
          <w:szCs w:val="20"/>
        </w:rPr>
      </w:pPr>
      <w:r w:rsidRPr="00EA0C6F">
        <w:rPr>
          <w:rFonts w:ascii="Arial" w:hAnsi="Arial" w:cs="Arial"/>
          <w:sz w:val="20"/>
          <w:szCs w:val="20"/>
        </w:rPr>
        <w:t>• Illegal substances are prohibited and will result in immediate removal</w:t>
      </w:r>
      <w:r>
        <w:rPr>
          <w:rFonts w:ascii="Arial" w:hAnsi="Arial" w:cs="Arial"/>
          <w:sz w:val="20"/>
          <w:szCs w:val="20"/>
        </w:rPr>
        <w:t xml:space="preserve"> with the police being notified</w:t>
      </w:r>
      <w:r w:rsidRPr="00EA0C6F">
        <w:rPr>
          <w:rFonts w:ascii="Arial" w:hAnsi="Arial" w:cs="Arial"/>
          <w:sz w:val="20"/>
          <w:szCs w:val="20"/>
        </w:rPr>
        <w:t>.</w:t>
      </w:r>
    </w:p>
    <w:p w14:paraId="7D73790C" w14:textId="77777777" w:rsidR="00EA0C6F" w:rsidRPr="00211491" w:rsidRDefault="00EA0C6F" w:rsidP="00EA0C6F">
      <w:pPr>
        <w:spacing w:after="0" w:line="240" w:lineRule="auto"/>
        <w:ind w:left="720"/>
        <w:rPr>
          <w:rFonts w:ascii="Arial" w:hAnsi="Arial" w:cs="Arial"/>
          <w:sz w:val="20"/>
          <w:szCs w:val="20"/>
        </w:rPr>
      </w:pPr>
    </w:p>
    <w:p w14:paraId="44547CBB" w14:textId="3A77C47A" w:rsidR="008440B9" w:rsidRPr="007E5388" w:rsidRDefault="00EA0C6F" w:rsidP="00EA0C6F">
      <w:pPr>
        <w:spacing w:after="0" w:line="240" w:lineRule="auto"/>
        <w:rPr>
          <w:rFonts w:ascii="Arial" w:hAnsi="Arial" w:cs="Arial"/>
          <w:b/>
          <w:bCs/>
          <w:sz w:val="24"/>
          <w:szCs w:val="24"/>
        </w:rPr>
      </w:pPr>
      <w:r w:rsidRPr="007E5388">
        <w:rPr>
          <w:rFonts w:ascii="Arial" w:hAnsi="Arial" w:cs="Arial"/>
          <w:b/>
          <w:bCs/>
          <w:sz w:val="24"/>
          <w:szCs w:val="24"/>
        </w:rPr>
        <w:t>3</w:t>
      </w:r>
      <w:r w:rsidR="00A91F11" w:rsidRPr="007E5388">
        <w:rPr>
          <w:rFonts w:ascii="Arial" w:hAnsi="Arial" w:cs="Arial"/>
          <w:b/>
          <w:bCs/>
          <w:sz w:val="24"/>
          <w:szCs w:val="24"/>
        </w:rPr>
        <w:t>. Curfew &amp; Quiet Hours</w:t>
      </w:r>
      <w:r w:rsidR="00BB4901" w:rsidRPr="007E5388">
        <w:rPr>
          <w:rFonts w:ascii="Arial" w:hAnsi="Arial" w:cs="Arial"/>
          <w:b/>
          <w:bCs/>
          <w:sz w:val="24"/>
          <w:szCs w:val="24"/>
        </w:rPr>
        <w:t>:</w:t>
      </w:r>
    </w:p>
    <w:p w14:paraId="626CBE00" w14:textId="77777777" w:rsidR="00EA0C6F" w:rsidRDefault="00A91F11" w:rsidP="00EA0C6F">
      <w:pPr>
        <w:spacing w:after="0" w:line="240" w:lineRule="auto"/>
        <w:ind w:left="720"/>
        <w:rPr>
          <w:rFonts w:ascii="Arial" w:hAnsi="Arial" w:cs="Arial"/>
          <w:sz w:val="20"/>
          <w:szCs w:val="20"/>
        </w:rPr>
      </w:pPr>
      <w:r w:rsidRPr="00211491">
        <w:rPr>
          <w:rFonts w:ascii="Arial" w:hAnsi="Arial" w:cs="Arial"/>
          <w:sz w:val="20"/>
          <w:szCs w:val="20"/>
        </w:rPr>
        <w:t xml:space="preserve">• Hotel Quiet Hours are </w:t>
      </w:r>
      <w:r w:rsidR="007C53AC" w:rsidRPr="00211491">
        <w:rPr>
          <w:rFonts w:ascii="Arial" w:hAnsi="Arial" w:cs="Arial"/>
          <w:sz w:val="20"/>
          <w:szCs w:val="20"/>
        </w:rPr>
        <w:t>10</w:t>
      </w:r>
      <w:r w:rsidRPr="00211491">
        <w:rPr>
          <w:rFonts w:ascii="Arial" w:hAnsi="Arial" w:cs="Arial"/>
          <w:sz w:val="20"/>
          <w:szCs w:val="20"/>
        </w:rPr>
        <w:t xml:space="preserve">PM to </w:t>
      </w:r>
      <w:r w:rsidR="007C53AC" w:rsidRPr="00211491">
        <w:rPr>
          <w:rFonts w:ascii="Arial" w:hAnsi="Arial" w:cs="Arial"/>
          <w:sz w:val="20"/>
          <w:szCs w:val="20"/>
        </w:rPr>
        <w:t>6</w:t>
      </w:r>
      <w:r w:rsidRPr="00211491">
        <w:rPr>
          <w:rFonts w:ascii="Arial" w:hAnsi="Arial" w:cs="Arial"/>
          <w:sz w:val="20"/>
          <w:szCs w:val="20"/>
        </w:rPr>
        <w:t>AM.</w:t>
      </w:r>
      <w:r w:rsidR="00EA0C6F">
        <w:rPr>
          <w:rFonts w:ascii="Arial" w:hAnsi="Arial" w:cs="Arial"/>
          <w:sz w:val="20"/>
          <w:szCs w:val="20"/>
        </w:rPr>
        <w:t xml:space="preserve"> </w:t>
      </w:r>
    </w:p>
    <w:p w14:paraId="11E554CA" w14:textId="5B4E35A4" w:rsidR="008440B9" w:rsidRPr="00211491" w:rsidRDefault="00A91F11" w:rsidP="00EA0C6F">
      <w:pPr>
        <w:spacing w:after="0" w:line="240" w:lineRule="auto"/>
        <w:ind w:left="720"/>
        <w:rPr>
          <w:rFonts w:ascii="Arial" w:hAnsi="Arial" w:cs="Arial"/>
          <w:sz w:val="20"/>
          <w:szCs w:val="20"/>
        </w:rPr>
      </w:pPr>
      <w:r w:rsidRPr="00211491">
        <w:rPr>
          <w:rFonts w:ascii="Arial" w:hAnsi="Arial" w:cs="Arial"/>
          <w:sz w:val="20"/>
          <w:szCs w:val="20"/>
        </w:rPr>
        <w:t>• During Quiet Hours:</w:t>
      </w:r>
    </w:p>
    <w:p w14:paraId="25F27FDC" w14:textId="2BFD8B90" w:rsidR="008440B9" w:rsidRPr="00211491" w:rsidRDefault="00A91F11" w:rsidP="00EA0C6F">
      <w:pPr>
        <w:spacing w:after="0" w:line="240" w:lineRule="auto"/>
        <w:ind w:left="720"/>
        <w:rPr>
          <w:rFonts w:ascii="Arial" w:hAnsi="Arial" w:cs="Arial"/>
          <w:sz w:val="20"/>
          <w:szCs w:val="20"/>
        </w:rPr>
      </w:pPr>
      <w:r w:rsidRPr="00211491">
        <w:rPr>
          <w:rFonts w:ascii="Arial" w:hAnsi="Arial" w:cs="Arial"/>
          <w:sz w:val="20"/>
          <w:szCs w:val="20"/>
        </w:rPr>
        <w:t xml:space="preserve">  </w:t>
      </w:r>
      <w:r w:rsidR="008D5838">
        <w:rPr>
          <w:rFonts w:ascii="Arial" w:hAnsi="Arial" w:cs="Arial"/>
          <w:sz w:val="20"/>
          <w:szCs w:val="20"/>
        </w:rPr>
        <w:tab/>
      </w:r>
      <w:r w:rsidRPr="00211491">
        <w:rPr>
          <w:rFonts w:ascii="Arial" w:hAnsi="Arial" w:cs="Arial"/>
          <w:sz w:val="20"/>
          <w:szCs w:val="20"/>
        </w:rPr>
        <w:t>- No running, shouting, or congregating in hallways.</w:t>
      </w:r>
    </w:p>
    <w:p w14:paraId="631FD06B" w14:textId="38DFCD4F" w:rsidR="008440B9" w:rsidRPr="00211491" w:rsidRDefault="00A91F11" w:rsidP="00EA0C6F">
      <w:pPr>
        <w:spacing w:after="0" w:line="240" w:lineRule="auto"/>
        <w:ind w:left="720"/>
        <w:rPr>
          <w:rFonts w:ascii="Arial" w:hAnsi="Arial" w:cs="Arial"/>
          <w:sz w:val="20"/>
          <w:szCs w:val="20"/>
        </w:rPr>
      </w:pPr>
      <w:r w:rsidRPr="00211491">
        <w:rPr>
          <w:rFonts w:ascii="Arial" w:hAnsi="Arial" w:cs="Arial"/>
          <w:sz w:val="20"/>
          <w:szCs w:val="20"/>
        </w:rPr>
        <w:t xml:space="preserve">  </w:t>
      </w:r>
      <w:r w:rsidR="008D5838">
        <w:rPr>
          <w:rFonts w:ascii="Arial" w:hAnsi="Arial" w:cs="Arial"/>
          <w:sz w:val="20"/>
          <w:szCs w:val="20"/>
        </w:rPr>
        <w:tab/>
      </w:r>
      <w:r w:rsidRPr="00211491">
        <w:rPr>
          <w:rFonts w:ascii="Arial" w:hAnsi="Arial" w:cs="Arial"/>
          <w:sz w:val="20"/>
          <w:szCs w:val="20"/>
        </w:rPr>
        <w:t>- Guest room doors should be closed quietly.</w:t>
      </w:r>
    </w:p>
    <w:p w14:paraId="568B8D3C" w14:textId="7CD419CD" w:rsidR="008440B9" w:rsidRPr="00211491" w:rsidRDefault="00A91F11" w:rsidP="00EA0C6F">
      <w:pPr>
        <w:spacing w:after="0" w:line="240" w:lineRule="auto"/>
        <w:ind w:left="720"/>
        <w:rPr>
          <w:rFonts w:ascii="Arial" w:hAnsi="Arial" w:cs="Arial"/>
          <w:sz w:val="20"/>
          <w:szCs w:val="20"/>
        </w:rPr>
      </w:pPr>
      <w:r w:rsidRPr="00211491">
        <w:rPr>
          <w:rFonts w:ascii="Arial" w:hAnsi="Arial" w:cs="Arial"/>
          <w:sz w:val="20"/>
          <w:szCs w:val="20"/>
        </w:rPr>
        <w:t xml:space="preserve">  </w:t>
      </w:r>
      <w:r w:rsidR="008D5838">
        <w:rPr>
          <w:rFonts w:ascii="Arial" w:hAnsi="Arial" w:cs="Arial"/>
          <w:sz w:val="20"/>
          <w:szCs w:val="20"/>
        </w:rPr>
        <w:tab/>
      </w:r>
      <w:r w:rsidRPr="00211491">
        <w:rPr>
          <w:rFonts w:ascii="Arial" w:hAnsi="Arial" w:cs="Arial"/>
          <w:sz w:val="20"/>
          <w:szCs w:val="20"/>
        </w:rPr>
        <w:t>- Music or electronics must be kept at a low volume.</w:t>
      </w:r>
    </w:p>
    <w:p w14:paraId="42B61402" w14:textId="77777777" w:rsidR="008440B9" w:rsidRPr="007C53AC" w:rsidRDefault="008440B9" w:rsidP="00EA0C6F">
      <w:pPr>
        <w:spacing w:after="0" w:line="240" w:lineRule="auto"/>
        <w:rPr>
          <w:rFonts w:ascii="Arial" w:hAnsi="Arial" w:cs="Arial"/>
          <w:sz w:val="24"/>
          <w:szCs w:val="24"/>
        </w:rPr>
      </w:pPr>
    </w:p>
    <w:p w14:paraId="5E2A6911" w14:textId="23AFA598" w:rsidR="008440B9" w:rsidRPr="007E5388" w:rsidRDefault="00EA0C6F" w:rsidP="00EA0C6F">
      <w:pPr>
        <w:spacing w:after="0" w:line="240" w:lineRule="auto"/>
        <w:rPr>
          <w:rFonts w:ascii="Arial" w:hAnsi="Arial" w:cs="Arial"/>
          <w:b/>
          <w:bCs/>
          <w:sz w:val="24"/>
          <w:szCs w:val="24"/>
        </w:rPr>
      </w:pPr>
      <w:r w:rsidRPr="007E5388">
        <w:rPr>
          <w:rFonts w:ascii="Arial" w:hAnsi="Arial" w:cs="Arial"/>
          <w:b/>
          <w:bCs/>
          <w:sz w:val="24"/>
          <w:szCs w:val="24"/>
        </w:rPr>
        <w:t>4</w:t>
      </w:r>
      <w:r w:rsidR="00A91F11" w:rsidRPr="007E5388">
        <w:rPr>
          <w:rFonts w:ascii="Arial" w:hAnsi="Arial" w:cs="Arial"/>
          <w:b/>
          <w:bCs/>
          <w:sz w:val="24"/>
          <w:szCs w:val="24"/>
        </w:rPr>
        <w:t>. Hallways &amp; Common Areas</w:t>
      </w:r>
      <w:r w:rsidR="00BB4901" w:rsidRPr="007E5388">
        <w:rPr>
          <w:rFonts w:ascii="Arial" w:hAnsi="Arial" w:cs="Arial"/>
          <w:b/>
          <w:bCs/>
          <w:sz w:val="24"/>
          <w:szCs w:val="24"/>
        </w:rPr>
        <w:t>:</w:t>
      </w:r>
    </w:p>
    <w:p w14:paraId="1C0D90F0" w14:textId="453AF642"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Teams may not practice, warm up, or play sports inside the hotel.</w:t>
      </w:r>
      <w:r w:rsidR="007C53AC" w:rsidRPr="00EA0C6F">
        <w:rPr>
          <w:rFonts w:ascii="Arial" w:hAnsi="Arial" w:cs="Arial"/>
          <w:sz w:val="20"/>
          <w:szCs w:val="20"/>
        </w:rPr>
        <w:t xml:space="preserve">  This includes but is not limited to hallways, the lobby, the exercise room or any meeting </w:t>
      </w:r>
      <w:r w:rsidR="00EA0C6F">
        <w:rPr>
          <w:rFonts w:ascii="Arial" w:hAnsi="Arial" w:cs="Arial"/>
          <w:sz w:val="20"/>
          <w:szCs w:val="20"/>
        </w:rPr>
        <w:t>spaces</w:t>
      </w:r>
      <w:r w:rsidR="007C53AC" w:rsidRPr="00EA0C6F">
        <w:rPr>
          <w:rFonts w:ascii="Arial" w:hAnsi="Arial" w:cs="Arial"/>
          <w:sz w:val="20"/>
          <w:szCs w:val="20"/>
        </w:rPr>
        <w:t>.</w:t>
      </w:r>
    </w:p>
    <w:p w14:paraId="2FCF5461" w14:textId="1F422C44"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xml:space="preserve">• Equipment bags </w:t>
      </w:r>
      <w:r w:rsidR="007C53AC" w:rsidRPr="00EA0C6F">
        <w:rPr>
          <w:rFonts w:ascii="Arial" w:hAnsi="Arial" w:cs="Arial"/>
          <w:sz w:val="20"/>
          <w:szCs w:val="20"/>
        </w:rPr>
        <w:t xml:space="preserve">must be kept in guest rooms and </w:t>
      </w:r>
      <w:r w:rsidR="00EA0C6F" w:rsidRPr="00EA0C6F">
        <w:rPr>
          <w:rFonts w:ascii="Arial" w:hAnsi="Arial" w:cs="Arial"/>
          <w:sz w:val="20"/>
          <w:szCs w:val="20"/>
        </w:rPr>
        <w:t>cannot</w:t>
      </w:r>
      <w:r w:rsidRPr="00EA0C6F">
        <w:rPr>
          <w:rFonts w:ascii="Arial" w:hAnsi="Arial" w:cs="Arial"/>
          <w:sz w:val="20"/>
          <w:szCs w:val="20"/>
        </w:rPr>
        <w:t xml:space="preserve"> block hallways or exits.</w:t>
      </w:r>
    </w:p>
    <w:p w14:paraId="3FE4D2B2" w14:textId="77777777" w:rsidR="008440B9" w:rsidRPr="007C53AC" w:rsidRDefault="008440B9" w:rsidP="00EA0C6F">
      <w:pPr>
        <w:spacing w:after="0" w:line="240" w:lineRule="auto"/>
        <w:rPr>
          <w:rFonts w:ascii="Arial" w:hAnsi="Arial" w:cs="Arial"/>
          <w:sz w:val="24"/>
          <w:szCs w:val="24"/>
        </w:rPr>
      </w:pPr>
    </w:p>
    <w:p w14:paraId="4873DF1D" w14:textId="1FB952F1" w:rsidR="008440B9" w:rsidRPr="007E5388" w:rsidRDefault="00EA0C6F" w:rsidP="00EA0C6F">
      <w:pPr>
        <w:spacing w:after="0" w:line="240" w:lineRule="auto"/>
        <w:rPr>
          <w:rFonts w:ascii="Arial" w:hAnsi="Arial" w:cs="Arial"/>
          <w:b/>
          <w:bCs/>
          <w:sz w:val="24"/>
          <w:szCs w:val="24"/>
        </w:rPr>
      </w:pPr>
      <w:r w:rsidRPr="007E5388">
        <w:rPr>
          <w:rFonts w:ascii="Arial" w:hAnsi="Arial" w:cs="Arial"/>
          <w:b/>
          <w:bCs/>
          <w:sz w:val="24"/>
          <w:szCs w:val="24"/>
        </w:rPr>
        <w:t>5</w:t>
      </w:r>
      <w:r w:rsidR="00A91F11" w:rsidRPr="007E5388">
        <w:rPr>
          <w:rFonts w:ascii="Arial" w:hAnsi="Arial" w:cs="Arial"/>
          <w:b/>
          <w:bCs/>
          <w:sz w:val="24"/>
          <w:szCs w:val="24"/>
        </w:rPr>
        <w:t>. Guest Rooms</w:t>
      </w:r>
      <w:r w:rsidR="00BB4901" w:rsidRPr="007E5388">
        <w:rPr>
          <w:rFonts w:ascii="Arial" w:hAnsi="Arial" w:cs="Arial"/>
          <w:b/>
          <w:bCs/>
          <w:sz w:val="24"/>
          <w:szCs w:val="24"/>
        </w:rPr>
        <w:t>:</w:t>
      </w:r>
    </w:p>
    <w:p w14:paraId="20433D52" w14:textId="77777777"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Maximum occupancy rules must be followed.</w:t>
      </w:r>
    </w:p>
    <w:p w14:paraId="4E9427D6" w14:textId="77777777"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No roughhousing or activities that cause damage or disturb guests.</w:t>
      </w:r>
    </w:p>
    <w:p w14:paraId="24C92DA9" w14:textId="77777777"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Tampering with smoke detectors, sprinklers, or hotel fixtures is strictly prohibited.</w:t>
      </w:r>
    </w:p>
    <w:p w14:paraId="54E97BF8" w14:textId="5B373EC8"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xml:space="preserve">• Damages will be billed to the </w:t>
      </w:r>
      <w:r w:rsidR="007C53AC" w:rsidRPr="00EA0C6F">
        <w:rPr>
          <w:rFonts w:ascii="Arial" w:hAnsi="Arial" w:cs="Arial"/>
          <w:sz w:val="20"/>
          <w:szCs w:val="20"/>
        </w:rPr>
        <w:t>guest directly</w:t>
      </w:r>
      <w:r w:rsidR="00EA0C6F">
        <w:rPr>
          <w:rFonts w:ascii="Arial" w:hAnsi="Arial" w:cs="Arial"/>
          <w:sz w:val="20"/>
          <w:szCs w:val="20"/>
        </w:rPr>
        <w:t>.</w:t>
      </w:r>
    </w:p>
    <w:p w14:paraId="01A98997" w14:textId="77777777" w:rsidR="00625AF7" w:rsidRPr="007C53AC" w:rsidRDefault="00625AF7" w:rsidP="00EA0C6F">
      <w:pPr>
        <w:spacing w:after="0" w:line="240" w:lineRule="auto"/>
        <w:rPr>
          <w:rFonts w:ascii="Arial" w:hAnsi="Arial" w:cs="Arial"/>
          <w:sz w:val="24"/>
          <w:szCs w:val="24"/>
        </w:rPr>
      </w:pPr>
    </w:p>
    <w:p w14:paraId="385E92F7" w14:textId="24707AFB" w:rsidR="008440B9" w:rsidRPr="00B35EAE" w:rsidRDefault="00EA0C6F" w:rsidP="00BB4901">
      <w:pPr>
        <w:spacing w:after="0" w:line="240" w:lineRule="auto"/>
        <w:rPr>
          <w:rFonts w:ascii="Arial" w:hAnsi="Arial" w:cs="Arial"/>
          <w:b/>
          <w:bCs/>
          <w:sz w:val="20"/>
          <w:szCs w:val="20"/>
        </w:rPr>
      </w:pPr>
      <w:r w:rsidRPr="00B35EAE">
        <w:rPr>
          <w:rFonts w:ascii="Arial" w:hAnsi="Arial" w:cs="Arial"/>
          <w:b/>
          <w:bCs/>
          <w:sz w:val="24"/>
          <w:szCs w:val="24"/>
        </w:rPr>
        <w:t>6</w:t>
      </w:r>
      <w:r w:rsidR="00A91F11" w:rsidRPr="00B35EAE">
        <w:rPr>
          <w:rFonts w:ascii="Arial" w:hAnsi="Arial" w:cs="Arial"/>
          <w:b/>
          <w:bCs/>
          <w:sz w:val="24"/>
          <w:szCs w:val="24"/>
        </w:rPr>
        <w:t>. Pool Use</w:t>
      </w:r>
      <w:r w:rsidR="00BB4901" w:rsidRPr="00B35EAE">
        <w:rPr>
          <w:rFonts w:ascii="Arial" w:hAnsi="Arial" w:cs="Arial"/>
          <w:b/>
          <w:bCs/>
          <w:sz w:val="24"/>
          <w:szCs w:val="24"/>
        </w:rPr>
        <w:t>:</w:t>
      </w:r>
    </w:p>
    <w:p w14:paraId="1F38CEFF" w14:textId="6E998CE0" w:rsidR="008440B9" w:rsidRPr="00BB4901" w:rsidRDefault="00A91F11" w:rsidP="00BB4901">
      <w:pPr>
        <w:spacing w:after="0" w:line="240" w:lineRule="auto"/>
        <w:ind w:left="720"/>
        <w:rPr>
          <w:rFonts w:ascii="Arial" w:hAnsi="Arial" w:cs="Arial"/>
          <w:sz w:val="20"/>
          <w:szCs w:val="20"/>
        </w:rPr>
      </w:pPr>
      <w:r w:rsidRPr="00BB4901">
        <w:rPr>
          <w:rFonts w:ascii="Arial" w:hAnsi="Arial" w:cs="Arial"/>
          <w:sz w:val="20"/>
          <w:szCs w:val="20"/>
        </w:rPr>
        <w:t xml:space="preserve">• </w:t>
      </w:r>
      <w:r w:rsidR="007C53AC" w:rsidRPr="00BB4901">
        <w:rPr>
          <w:rFonts w:ascii="Arial" w:hAnsi="Arial" w:cs="Arial"/>
          <w:sz w:val="20"/>
          <w:szCs w:val="20"/>
        </w:rPr>
        <w:t>Children under the age of 16</w:t>
      </w:r>
      <w:r w:rsidRPr="00BB4901">
        <w:rPr>
          <w:rFonts w:ascii="Arial" w:hAnsi="Arial" w:cs="Arial"/>
          <w:sz w:val="20"/>
          <w:szCs w:val="20"/>
        </w:rPr>
        <w:t xml:space="preserve"> must be supervised by a designated adult chaperone</w:t>
      </w:r>
      <w:r w:rsidR="007C53AC" w:rsidRPr="00BB4901">
        <w:rPr>
          <w:rFonts w:ascii="Arial" w:hAnsi="Arial" w:cs="Arial"/>
          <w:sz w:val="20"/>
          <w:szCs w:val="20"/>
        </w:rPr>
        <w:t xml:space="preserve"> while in the pool area</w:t>
      </w:r>
      <w:r w:rsidRPr="00BB4901">
        <w:rPr>
          <w:rFonts w:ascii="Arial" w:hAnsi="Arial" w:cs="Arial"/>
          <w:sz w:val="20"/>
          <w:szCs w:val="20"/>
        </w:rPr>
        <w:t>.</w:t>
      </w:r>
    </w:p>
    <w:p w14:paraId="7FE2C4F8" w14:textId="77777777" w:rsidR="008D5838" w:rsidRDefault="00A91F11" w:rsidP="008D5838">
      <w:pPr>
        <w:spacing w:after="0" w:line="240" w:lineRule="auto"/>
        <w:ind w:left="720"/>
        <w:rPr>
          <w:rFonts w:ascii="Arial" w:hAnsi="Arial" w:cs="Arial"/>
          <w:sz w:val="20"/>
          <w:szCs w:val="20"/>
        </w:rPr>
      </w:pPr>
      <w:r w:rsidRPr="00BB4901">
        <w:rPr>
          <w:rFonts w:ascii="Arial" w:hAnsi="Arial" w:cs="Arial"/>
          <w:sz w:val="20"/>
          <w:szCs w:val="20"/>
        </w:rPr>
        <w:t>• No horseplay, diving in shallow water, or running</w:t>
      </w:r>
      <w:r w:rsidR="00731662" w:rsidRPr="00BB4901">
        <w:rPr>
          <w:rFonts w:ascii="Arial" w:hAnsi="Arial" w:cs="Arial"/>
          <w:sz w:val="20"/>
          <w:szCs w:val="20"/>
        </w:rPr>
        <w:t xml:space="preserve"> is allowed</w:t>
      </w:r>
      <w:r w:rsidRPr="00BB4901">
        <w:rPr>
          <w:rFonts w:ascii="Arial" w:hAnsi="Arial" w:cs="Arial"/>
          <w:sz w:val="20"/>
          <w:szCs w:val="20"/>
        </w:rPr>
        <w:t>.</w:t>
      </w:r>
    </w:p>
    <w:p w14:paraId="3E06EBB8" w14:textId="2F903C12" w:rsidR="008D5838" w:rsidRDefault="008D5838" w:rsidP="008D5838">
      <w:pPr>
        <w:spacing w:after="0" w:line="240" w:lineRule="auto"/>
        <w:ind w:left="720"/>
        <w:rPr>
          <w:rFonts w:ascii="Arial" w:hAnsi="Arial" w:cs="Arial"/>
          <w:sz w:val="20"/>
          <w:szCs w:val="20"/>
        </w:rPr>
      </w:pPr>
      <w:r w:rsidRPr="00BB4901">
        <w:rPr>
          <w:rFonts w:ascii="Arial" w:hAnsi="Arial" w:cs="Arial"/>
          <w:sz w:val="20"/>
          <w:szCs w:val="20"/>
        </w:rPr>
        <w:t xml:space="preserve">• </w:t>
      </w:r>
      <w:r w:rsidRPr="008D5838">
        <w:rPr>
          <w:rFonts w:ascii="Arial" w:hAnsi="Arial" w:cs="Arial"/>
          <w:sz w:val="20"/>
          <w:szCs w:val="20"/>
        </w:rPr>
        <w:t>The pool is available to all hotel guests, do not disturb others who are using it at the same time</w:t>
      </w:r>
    </w:p>
    <w:p w14:paraId="322F7C5F" w14:textId="21804A32" w:rsidR="008440B9" w:rsidRDefault="00A91F11" w:rsidP="00EA0C6F">
      <w:pPr>
        <w:spacing w:after="0" w:line="240" w:lineRule="auto"/>
        <w:ind w:left="720"/>
        <w:rPr>
          <w:rFonts w:ascii="Arial" w:hAnsi="Arial" w:cs="Arial"/>
          <w:sz w:val="20"/>
          <w:szCs w:val="20"/>
        </w:rPr>
      </w:pPr>
      <w:r w:rsidRPr="00BB4901">
        <w:rPr>
          <w:rFonts w:ascii="Arial" w:hAnsi="Arial" w:cs="Arial"/>
          <w:sz w:val="20"/>
          <w:szCs w:val="20"/>
        </w:rPr>
        <w:t>• Pool hours must be respected</w:t>
      </w:r>
      <w:r w:rsidR="007C53AC" w:rsidRPr="00BB4901">
        <w:rPr>
          <w:rFonts w:ascii="Arial" w:hAnsi="Arial" w:cs="Arial"/>
          <w:sz w:val="20"/>
          <w:szCs w:val="20"/>
        </w:rPr>
        <w:t>, and guests must depart the pool area at closing time</w:t>
      </w:r>
      <w:r w:rsidRPr="00BB4901">
        <w:rPr>
          <w:rFonts w:ascii="Arial" w:hAnsi="Arial" w:cs="Arial"/>
          <w:sz w:val="20"/>
          <w:szCs w:val="20"/>
        </w:rPr>
        <w:t>.</w:t>
      </w:r>
    </w:p>
    <w:p w14:paraId="702129DC" w14:textId="7319C0D8" w:rsidR="008440B9" w:rsidRPr="00B35EAE" w:rsidRDefault="00EA0C6F" w:rsidP="00EA0C6F">
      <w:pPr>
        <w:spacing w:after="0" w:line="240" w:lineRule="auto"/>
        <w:rPr>
          <w:rFonts w:ascii="Arial" w:hAnsi="Arial" w:cs="Arial"/>
          <w:b/>
          <w:bCs/>
          <w:sz w:val="24"/>
          <w:szCs w:val="24"/>
        </w:rPr>
      </w:pPr>
      <w:r w:rsidRPr="00F23C67">
        <w:rPr>
          <w:rFonts w:ascii="Arial" w:hAnsi="Arial" w:cs="Arial"/>
          <w:b/>
          <w:bCs/>
          <w:sz w:val="24"/>
          <w:szCs w:val="24"/>
        </w:rPr>
        <w:lastRenderedPageBreak/>
        <w:t>7</w:t>
      </w:r>
      <w:r w:rsidR="00A91F11" w:rsidRPr="00F23C67">
        <w:rPr>
          <w:rFonts w:ascii="Arial" w:hAnsi="Arial" w:cs="Arial"/>
          <w:b/>
          <w:bCs/>
          <w:sz w:val="24"/>
          <w:szCs w:val="24"/>
        </w:rPr>
        <w:t>. Safety</w:t>
      </w:r>
      <w:r w:rsidR="00A91F11" w:rsidRPr="00B35EAE">
        <w:rPr>
          <w:rFonts w:ascii="Arial" w:hAnsi="Arial" w:cs="Arial"/>
          <w:b/>
          <w:bCs/>
          <w:sz w:val="24"/>
          <w:szCs w:val="24"/>
        </w:rPr>
        <w:t xml:space="preserve"> &amp; Security</w:t>
      </w:r>
      <w:r w:rsidR="00BB4901" w:rsidRPr="00B35EAE">
        <w:rPr>
          <w:rFonts w:ascii="Arial" w:hAnsi="Arial" w:cs="Arial"/>
          <w:b/>
          <w:bCs/>
          <w:sz w:val="24"/>
          <w:szCs w:val="24"/>
        </w:rPr>
        <w:t>:</w:t>
      </w:r>
    </w:p>
    <w:p w14:paraId="434FD5DB" w14:textId="77777777"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Exterior hotel doors must not be propped open.</w:t>
      </w:r>
    </w:p>
    <w:p w14:paraId="68CC12FD" w14:textId="77777777" w:rsidR="008440B9" w:rsidRPr="00EA0C6F" w:rsidRDefault="00A91F11" w:rsidP="00EA0C6F">
      <w:pPr>
        <w:spacing w:after="0" w:line="240" w:lineRule="auto"/>
        <w:ind w:left="720"/>
        <w:rPr>
          <w:rFonts w:ascii="Arial" w:hAnsi="Arial" w:cs="Arial"/>
          <w:sz w:val="20"/>
          <w:szCs w:val="20"/>
        </w:rPr>
      </w:pPr>
      <w:r w:rsidRPr="00EA0C6F">
        <w:rPr>
          <w:rFonts w:ascii="Arial" w:hAnsi="Arial" w:cs="Arial"/>
          <w:sz w:val="20"/>
          <w:szCs w:val="20"/>
        </w:rPr>
        <w:t>• Guests may not enter employee-only areas.</w:t>
      </w:r>
    </w:p>
    <w:p w14:paraId="30251250" w14:textId="211EE39A" w:rsidR="007C53AC" w:rsidRDefault="007C53AC" w:rsidP="00EA0C6F">
      <w:pPr>
        <w:spacing w:after="0" w:line="240" w:lineRule="auto"/>
        <w:ind w:left="720"/>
        <w:rPr>
          <w:rFonts w:ascii="Arial" w:hAnsi="Arial" w:cs="Arial"/>
          <w:sz w:val="20"/>
          <w:szCs w:val="20"/>
        </w:rPr>
      </w:pPr>
      <w:r w:rsidRPr="00EA0C6F">
        <w:rPr>
          <w:rFonts w:ascii="Arial" w:hAnsi="Arial" w:cs="Arial"/>
          <w:sz w:val="20"/>
          <w:szCs w:val="20"/>
        </w:rPr>
        <w:t>• Guests may not</w:t>
      </w:r>
      <w:r w:rsidR="00731662">
        <w:rPr>
          <w:rFonts w:ascii="Arial" w:hAnsi="Arial" w:cs="Arial"/>
          <w:sz w:val="20"/>
          <w:szCs w:val="20"/>
        </w:rPr>
        <w:t xml:space="preserve"> enter</w:t>
      </w:r>
      <w:r w:rsidRPr="00EA0C6F">
        <w:rPr>
          <w:rFonts w:ascii="Arial" w:hAnsi="Arial" w:cs="Arial"/>
          <w:sz w:val="20"/>
          <w:szCs w:val="20"/>
        </w:rPr>
        <w:t xml:space="preserve"> private lounges or meeting spaces unless permitted.</w:t>
      </w:r>
    </w:p>
    <w:p w14:paraId="7D1C88E5" w14:textId="77777777" w:rsidR="00731662" w:rsidRPr="00EA0C6F" w:rsidRDefault="00731662" w:rsidP="00731662">
      <w:pPr>
        <w:spacing w:after="0" w:line="240" w:lineRule="auto"/>
        <w:ind w:left="720"/>
        <w:rPr>
          <w:rFonts w:ascii="Arial" w:hAnsi="Arial" w:cs="Arial"/>
          <w:sz w:val="20"/>
          <w:szCs w:val="20"/>
        </w:rPr>
      </w:pPr>
      <w:r w:rsidRPr="00EA0C6F">
        <w:rPr>
          <w:rFonts w:ascii="Arial" w:hAnsi="Arial" w:cs="Arial"/>
          <w:sz w:val="20"/>
          <w:szCs w:val="20"/>
        </w:rPr>
        <w:t xml:space="preserve">• </w:t>
      </w:r>
      <w:r>
        <w:rPr>
          <w:rFonts w:ascii="Arial" w:hAnsi="Arial" w:cs="Arial"/>
          <w:sz w:val="20"/>
          <w:szCs w:val="20"/>
        </w:rPr>
        <w:t>Unauthorized guests who take food or drinks from private areas such as lounges or meeting spaces will be charged a minimum of $100.</w:t>
      </w:r>
    </w:p>
    <w:p w14:paraId="697FFD56" w14:textId="4469EF1F" w:rsidR="008440B9" w:rsidRPr="007C53AC" w:rsidRDefault="00A91F11" w:rsidP="00731662">
      <w:pPr>
        <w:spacing w:after="0" w:line="240" w:lineRule="auto"/>
        <w:ind w:left="720"/>
        <w:rPr>
          <w:rFonts w:ascii="Arial" w:hAnsi="Arial" w:cs="Arial"/>
          <w:sz w:val="24"/>
          <w:szCs w:val="24"/>
        </w:rPr>
      </w:pPr>
      <w:r w:rsidRPr="00EA0C6F">
        <w:rPr>
          <w:rFonts w:ascii="Arial" w:hAnsi="Arial" w:cs="Arial"/>
          <w:sz w:val="20"/>
          <w:szCs w:val="20"/>
        </w:rPr>
        <w:t xml:space="preserve">• </w:t>
      </w:r>
      <w:r w:rsidR="00731662">
        <w:rPr>
          <w:rFonts w:ascii="Arial" w:hAnsi="Arial" w:cs="Arial"/>
          <w:sz w:val="20"/>
          <w:szCs w:val="20"/>
        </w:rPr>
        <w:t xml:space="preserve">Pulling the fire alarm </w:t>
      </w:r>
      <w:r w:rsidR="00BB4901">
        <w:rPr>
          <w:rFonts w:ascii="Arial" w:hAnsi="Arial" w:cs="Arial"/>
          <w:sz w:val="20"/>
          <w:szCs w:val="20"/>
        </w:rPr>
        <w:t>if not</w:t>
      </w:r>
      <w:r w:rsidR="00731662">
        <w:rPr>
          <w:rFonts w:ascii="Arial" w:hAnsi="Arial" w:cs="Arial"/>
          <w:sz w:val="20"/>
          <w:szCs w:val="20"/>
        </w:rPr>
        <w:t xml:space="preserve"> an emergency is </w:t>
      </w:r>
      <w:r w:rsidR="00625AF7">
        <w:rPr>
          <w:rFonts w:ascii="Arial" w:hAnsi="Arial" w:cs="Arial"/>
          <w:sz w:val="20"/>
          <w:szCs w:val="20"/>
        </w:rPr>
        <w:t>illegal and</w:t>
      </w:r>
      <w:r w:rsidR="00731662">
        <w:rPr>
          <w:rFonts w:ascii="Arial" w:hAnsi="Arial" w:cs="Arial"/>
          <w:sz w:val="20"/>
          <w:szCs w:val="20"/>
        </w:rPr>
        <w:t xml:space="preserve"> </w:t>
      </w:r>
      <w:r w:rsidR="00BB4901">
        <w:rPr>
          <w:rFonts w:ascii="Arial" w:hAnsi="Arial" w:cs="Arial"/>
          <w:sz w:val="20"/>
          <w:szCs w:val="20"/>
        </w:rPr>
        <w:t xml:space="preserve">may result in arrests and files </w:t>
      </w:r>
      <w:r w:rsidR="00731662">
        <w:rPr>
          <w:rFonts w:ascii="Arial" w:hAnsi="Arial" w:cs="Arial"/>
          <w:sz w:val="20"/>
          <w:szCs w:val="20"/>
        </w:rPr>
        <w:t>by the local police and fire department</w:t>
      </w:r>
      <w:r w:rsidR="00BB4901">
        <w:rPr>
          <w:rFonts w:ascii="Arial" w:hAnsi="Arial" w:cs="Arial"/>
          <w:sz w:val="20"/>
          <w:szCs w:val="20"/>
        </w:rPr>
        <w:t>s.</w:t>
      </w:r>
      <w:r w:rsidR="00731662">
        <w:rPr>
          <w:rFonts w:ascii="Arial" w:hAnsi="Arial" w:cs="Arial"/>
          <w:sz w:val="20"/>
          <w:szCs w:val="20"/>
        </w:rPr>
        <w:t xml:space="preserve">  </w:t>
      </w:r>
    </w:p>
    <w:p w14:paraId="5150A85C" w14:textId="77777777" w:rsidR="007C53AC" w:rsidRPr="007C53AC" w:rsidRDefault="007C53AC" w:rsidP="00EA0C6F">
      <w:pPr>
        <w:spacing w:after="0" w:line="240" w:lineRule="auto"/>
        <w:rPr>
          <w:rFonts w:ascii="Arial" w:hAnsi="Arial" w:cs="Arial"/>
          <w:sz w:val="24"/>
          <w:szCs w:val="24"/>
        </w:rPr>
      </w:pPr>
    </w:p>
    <w:p w14:paraId="24F8C835" w14:textId="750C3DED" w:rsidR="008440B9" w:rsidRPr="00B35EAE" w:rsidRDefault="00731662" w:rsidP="00EA0C6F">
      <w:pPr>
        <w:spacing w:after="0" w:line="240" w:lineRule="auto"/>
        <w:rPr>
          <w:rFonts w:ascii="Arial" w:hAnsi="Arial" w:cs="Arial"/>
          <w:b/>
          <w:bCs/>
          <w:sz w:val="24"/>
          <w:szCs w:val="24"/>
        </w:rPr>
      </w:pPr>
      <w:r w:rsidRPr="00B35EAE">
        <w:rPr>
          <w:rFonts w:ascii="Arial" w:hAnsi="Arial" w:cs="Arial"/>
          <w:b/>
          <w:bCs/>
          <w:sz w:val="24"/>
          <w:szCs w:val="24"/>
        </w:rPr>
        <w:t>8</w:t>
      </w:r>
      <w:r w:rsidR="00A91F11" w:rsidRPr="00B35EAE">
        <w:rPr>
          <w:rFonts w:ascii="Arial" w:hAnsi="Arial" w:cs="Arial"/>
          <w:b/>
          <w:bCs/>
          <w:sz w:val="24"/>
          <w:szCs w:val="24"/>
        </w:rPr>
        <w:t>. Property Damage &amp; Financial Responsibility</w:t>
      </w:r>
      <w:r w:rsidR="00BB4901" w:rsidRPr="00B35EAE">
        <w:rPr>
          <w:rFonts w:ascii="Arial" w:hAnsi="Arial" w:cs="Arial"/>
          <w:b/>
          <w:bCs/>
          <w:sz w:val="24"/>
          <w:szCs w:val="24"/>
        </w:rPr>
        <w:t>:</w:t>
      </w:r>
    </w:p>
    <w:p w14:paraId="77256C1F" w14:textId="4AC00F40" w:rsidR="008440B9" w:rsidRPr="00731662" w:rsidRDefault="00A91F11" w:rsidP="00731662">
      <w:pPr>
        <w:spacing w:after="0" w:line="240" w:lineRule="auto"/>
        <w:ind w:left="720"/>
        <w:rPr>
          <w:rFonts w:ascii="Arial" w:hAnsi="Arial" w:cs="Arial"/>
          <w:sz w:val="20"/>
          <w:szCs w:val="20"/>
        </w:rPr>
      </w:pPr>
      <w:r w:rsidRPr="00731662">
        <w:rPr>
          <w:rFonts w:ascii="Arial" w:hAnsi="Arial" w:cs="Arial"/>
          <w:sz w:val="20"/>
          <w:szCs w:val="20"/>
        </w:rPr>
        <w:t xml:space="preserve">• </w:t>
      </w:r>
      <w:r w:rsidR="00BB4901">
        <w:rPr>
          <w:rFonts w:ascii="Arial" w:hAnsi="Arial" w:cs="Arial"/>
          <w:sz w:val="20"/>
          <w:szCs w:val="20"/>
        </w:rPr>
        <w:t>Guests</w:t>
      </w:r>
      <w:r w:rsidRPr="00731662">
        <w:rPr>
          <w:rFonts w:ascii="Arial" w:hAnsi="Arial" w:cs="Arial"/>
          <w:sz w:val="20"/>
          <w:szCs w:val="20"/>
        </w:rPr>
        <w:t xml:space="preserve"> are financially responsible for any damage </w:t>
      </w:r>
      <w:r w:rsidR="00BB4901">
        <w:rPr>
          <w:rFonts w:ascii="Arial" w:hAnsi="Arial" w:cs="Arial"/>
          <w:sz w:val="20"/>
          <w:szCs w:val="20"/>
        </w:rPr>
        <w:t>&amp; will be charged the full cost of replacing damaged items and labor repair costs</w:t>
      </w:r>
      <w:r w:rsidRPr="00731662">
        <w:rPr>
          <w:rFonts w:ascii="Arial" w:hAnsi="Arial" w:cs="Arial"/>
          <w:sz w:val="20"/>
          <w:szCs w:val="20"/>
        </w:rPr>
        <w:t>.</w:t>
      </w:r>
    </w:p>
    <w:p w14:paraId="71B1DD6A" w14:textId="22B2EC30" w:rsidR="008440B9" w:rsidRDefault="00A91F11" w:rsidP="00731662">
      <w:pPr>
        <w:spacing w:after="0" w:line="240" w:lineRule="auto"/>
        <w:ind w:left="720"/>
        <w:rPr>
          <w:rFonts w:ascii="Arial" w:hAnsi="Arial" w:cs="Arial"/>
          <w:sz w:val="20"/>
          <w:szCs w:val="20"/>
        </w:rPr>
      </w:pPr>
      <w:r w:rsidRPr="00731662">
        <w:rPr>
          <w:rFonts w:ascii="Arial" w:hAnsi="Arial" w:cs="Arial"/>
          <w:sz w:val="20"/>
          <w:szCs w:val="20"/>
        </w:rPr>
        <w:t xml:space="preserve">• Excessive cleaning fees </w:t>
      </w:r>
      <w:r w:rsidR="007C53AC" w:rsidRPr="00731662">
        <w:rPr>
          <w:rFonts w:ascii="Arial" w:hAnsi="Arial" w:cs="Arial"/>
          <w:sz w:val="20"/>
          <w:szCs w:val="20"/>
        </w:rPr>
        <w:t xml:space="preserve">will </w:t>
      </w:r>
      <w:r w:rsidRPr="00731662">
        <w:rPr>
          <w:rFonts w:ascii="Arial" w:hAnsi="Arial" w:cs="Arial"/>
          <w:sz w:val="20"/>
          <w:szCs w:val="20"/>
        </w:rPr>
        <w:t xml:space="preserve">be </w:t>
      </w:r>
      <w:r w:rsidR="00BB4901">
        <w:rPr>
          <w:rFonts w:ascii="Arial" w:hAnsi="Arial" w:cs="Arial"/>
          <w:sz w:val="20"/>
          <w:szCs w:val="20"/>
        </w:rPr>
        <w:t>charged if necessary</w:t>
      </w:r>
      <w:r w:rsidRPr="00731662">
        <w:rPr>
          <w:rFonts w:ascii="Arial" w:hAnsi="Arial" w:cs="Arial"/>
          <w:sz w:val="20"/>
          <w:szCs w:val="20"/>
        </w:rPr>
        <w:t>.</w:t>
      </w:r>
    </w:p>
    <w:p w14:paraId="6D5FB7BE" w14:textId="77777777" w:rsidR="00BB4901" w:rsidRDefault="00BB4901" w:rsidP="00731662">
      <w:pPr>
        <w:spacing w:after="0" w:line="240" w:lineRule="auto"/>
        <w:ind w:left="720"/>
        <w:rPr>
          <w:rFonts w:ascii="Arial" w:hAnsi="Arial" w:cs="Arial"/>
          <w:sz w:val="20"/>
          <w:szCs w:val="20"/>
        </w:rPr>
      </w:pPr>
    </w:p>
    <w:p w14:paraId="45088450" w14:textId="26ED7498" w:rsidR="00BB4901" w:rsidRPr="00B35EAE" w:rsidRDefault="00BB4901" w:rsidP="00BB4901">
      <w:pPr>
        <w:spacing w:after="0" w:line="240" w:lineRule="auto"/>
        <w:rPr>
          <w:rFonts w:ascii="Arial" w:hAnsi="Arial" w:cs="Arial"/>
          <w:b/>
          <w:bCs/>
          <w:sz w:val="24"/>
          <w:szCs w:val="24"/>
        </w:rPr>
      </w:pPr>
      <w:r w:rsidRPr="00B35EAE">
        <w:rPr>
          <w:rFonts w:ascii="Arial" w:hAnsi="Arial" w:cs="Arial"/>
          <w:b/>
          <w:bCs/>
          <w:sz w:val="24"/>
          <w:szCs w:val="24"/>
        </w:rPr>
        <w:t>9. Photos and Videos in Public Spaces:</w:t>
      </w:r>
    </w:p>
    <w:p w14:paraId="72C8CDBF" w14:textId="35A55365" w:rsidR="00BB4901" w:rsidRPr="00731662" w:rsidRDefault="00BB4901" w:rsidP="00BB4901">
      <w:pPr>
        <w:spacing w:after="0" w:line="240" w:lineRule="auto"/>
        <w:ind w:left="720"/>
        <w:rPr>
          <w:rFonts w:ascii="Arial" w:hAnsi="Arial" w:cs="Arial"/>
          <w:sz w:val="20"/>
          <w:szCs w:val="20"/>
        </w:rPr>
      </w:pPr>
      <w:r w:rsidRPr="00731662">
        <w:rPr>
          <w:rFonts w:ascii="Arial" w:hAnsi="Arial" w:cs="Arial"/>
          <w:sz w:val="20"/>
          <w:szCs w:val="20"/>
        </w:rPr>
        <w:t xml:space="preserve">• </w:t>
      </w:r>
      <w:r w:rsidR="00625AF7">
        <w:rPr>
          <w:rFonts w:ascii="Arial" w:hAnsi="Arial" w:cs="Arial"/>
          <w:sz w:val="20"/>
          <w:szCs w:val="20"/>
        </w:rPr>
        <w:t xml:space="preserve">The hotel reserves the right to turn over any photos or videos taken in </w:t>
      </w:r>
      <w:r w:rsidR="00796A3A">
        <w:rPr>
          <w:rFonts w:ascii="Arial" w:hAnsi="Arial" w:cs="Arial"/>
          <w:sz w:val="20"/>
          <w:szCs w:val="20"/>
        </w:rPr>
        <w:t xml:space="preserve">all </w:t>
      </w:r>
      <w:proofErr w:type="gramStart"/>
      <w:r w:rsidR="00796A3A">
        <w:rPr>
          <w:rFonts w:ascii="Arial" w:hAnsi="Arial" w:cs="Arial"/>
          <w:sz w:val="20"/>
          <w:szCs w:val="20"/>
        </w:rPr>
        <w:t>hotel</w:t>
      </w:r>
      <w:proofErr w:type="gramEnd"/>
      <w:r w:rsidR="00796A3A">
        <w:rPr>
          <w:rFonts w:ascii="Arial" w:hAnsi="Arial" w:cs="Arial"/>
          <w:sz w:val="20"/>
          <w:szCs w:val="20"/>
        </w:rPr>
        <w:t xml:space="preserve"> </w:t>
      </w:r>
      <w:r w:rsidR="00625AF7">
        <w:rPr>
          <w:rFonts w:ascii="Arial" w:hAnsi="Arial" w:cs="Arial"/>
          <w:sz w:val="20"/>
          <w:szCs w:val="20"/>
        </w:rPr>
        <w:t>public spaces to SportStays</w:t>
      </w:r>
      <w:r w:rsidR="00851B5E">
        <w:rPr>
          <w:rFonts w:ascii="Arial" w:hAnsi="Arial" w:cs="Arial"/>
          <w:sz w:val="20"/>
          <w:szCs w:val="20"/>
        </w:rPr>
        <w:t xml:space="preserve"> staff</w:t>
      </w:r>
      <w:r w:rsidR="00625AF7">
        <w:rPr>
          <w:rFonts w:ascii="Arial" w:hAnsi="Arial" w:cs="Arial"/>
          <w:sz w:val="20"/>
          <w:szCs w:val="20"/>
        </w:rPr>
        <w:t>, Tournament Directors and local authorities</w:t>
      </w:r>
      <w:r w:rsidR="00A91F11">
        <w:rPr>
          <w:rFonts w:ascii="Arial" w:hAnsi="Arial" w:cs="Arial"/>
          <w:sz w:val="20"/>
          <w:szCs w:val="20"/>
        </w:rPr>
        <w:t>.</w:t>
      </w:r>
      <w:r w:rsidR="00625AF7">
        <w:rPr>
          <w:rFonts w:ascii="Arial" w:hAnsi="Arial" w:cs="Arial"/>
          <w:sz w:val="20"/>
          <w:szCs w:val="20"/>
        </w:rPr>
        <w:t xml:space="preserve"> </w:t>
      </w:r>
    </w:p>
    <w:p w14:paraId="031CDBC9" w14:textId="77777777" w:rsidR="00625AF7" w:rsidRDefault="00625AF7" w:rsidP="00EA0C6F">
      <w:pPr>
        <w:spacing w:after="0" w:line="240" w:lineRule="auto"/>
        <w:rPr>
          <w:rFonts w:ascii="Arial" w:hAnsi="Arial" w:cs="Arial"/>
          <w:sz w:val="24"/>
          <w:szCs w:val="24"/>
        </w:rPr>
      </w:pPr>
    </w:p>
    <w:p w14:paraId="35E4F828" w14:textId="0E20E10E" w:rsidR="008440B9" w:rsidRPr="007C53AC" w:rsidRDefault="00B35EAE" w:rsidP="00EA0C6F">
      <w:pPr>
        <w:spacing w:after="0" w:line="240" w:lineRule="auto"/>
        <w:rPr>
          <w:rFonts w:ascii="Arial" w:hAnsi="Arial" w:cs="Arial"/>
          <w:sz w:val="24"/>
          <w:szCs w:val="24"/>
        </w:rPr>
      </w:pPr>
      <w:r w:rsidRPr="00B35EAE">
        <w:rPr>
          <w:rFonts w:ascii="Arial" w:hAnsi="Arial" w:cs="Arial"/>
          <w:b/>
          <w:bCs/>
          <w:sz w:val="24"/>
          <w:szCs w:val="24"/>
        </w:rPr>
        <w:t>10</w:t>
      </w:r>
      <w:r w:rsidR="00A91F11" w:rsidRPr="00B35EAE">
        <w:rPr>
          <w:rFonts w:ascii="Arial" w:hAnsi="Arial" w:cs="Arial"/>
          <w:b/>
          <w:bCs/>
          <w:sz w:val="24"/>
          <w:szCs w:val="24"/>
        </w:rPr>
        <w:t>. Violation of Polic</w:t>
      </w:r>
      <w:r w:rsidR="00BB4901" w:rsidRPr="00B35EAE">
        <w:rPr>
          <w:rFonts w:ascii="Arial" w:hAnsi="Arial" w:cs="Arial"/>
          <w:b/>
          <w:bCs/>
          <w:sz w:val="24"/>
          <w:szCs w:val="24"/>
        </w:rPr>
        <w:t>ies</w:t>
      </w:r>
      <w:r w:rsidR="00BB4901">
        <w:rPr>
          <w:rFonts w:ascii="Arial" w:hAnsi="Arial" w:cs="Arial"/>
          <w:sz w:val="24"/>
          <w:szCs w:val="24"/>
        </w:rPr>
        <w:t>:</w:t>
      </w:r>
    </w:p>
    <w:p w14:paraId="15DEC7D2" w14:textId="05286073" w:rsidR="00EA0C6F" w:rsidRDefault="00211491" w:rsidP="00625AF7">
      <w:pPr>
        <w:spacing w:after="0" w:line="240" w:lineRule="auto"/>
        <w:ind w:left="720"/>
        <w:rPr>
          <w:rFonts w:ascii="Arial" w:hAnsi="Arial" w:cs="Arial"/>
          <w:sz w:val="20"/>
          <w:szCs w:val="20"/>
        </w:rPr>
      </w:pPr>
      <w:r w:rsidRPr="00731662">
        <w:rPr>
          <w:rFonts w:ascii="Arial" w:hAnsi="Arial" w:cs="Arial"/>
          <w:sz w:val="20"/>
          <w:szCs w:val="20"/>
        </w:rPr>
        <w:t xml:space="preserve">If </w:t>
      </w:r>
      <w:r w:rsidR="00EA0C6F" w:rsidRPr="00731662">
        <w:rPr>
          <w:rFonts w:ascii="Arial" w:hAnsi="Arial" w:cs="Arial"/>
          <w:sz w:val="20"/>
          <w:szCs w:val="20"/>
        </w:rPr>
        <w:t xml:space="preserve">the rules above are </w:t>
      </w:r>
      <w:r w:rsidR="00731662" w:rsidRPr="00731662">
        <w:rPr>
          <w:rFonts w:ascii="Arial" w:hAnsi="Arial" w:cs="Arial"/>
          <w:sz w:val="20"/>
          <w:szCs w:val="20"/>
        </w:rPr>
        <w:t>violated</w:t>
      </w:r>
      <w:r w:rsidR="00EA0C6F" w:rsidRPr="00731662">
        <w:rPr>
          <w:rFonts w:ascii="Arial" w:hAnsi="Arial" w:cs="Arial"/>
          <w:sz w:val="20"/>
          <w:szCs w:val="20"/>
        </w:rPr>
        <w:t>, t</w:t>
      </w:r>
      <w:r w:rsidR="00A91F11" w:rsidRPr="00731662">
        <w:rPr>
          <w:rFonts w:ascii="Arial" w:hAnsi="Arial" w:cs="Arial"/>
          <w:sz w:val="20"/>
          <w:szCs w:val="20"/>
        </w:rPr>
        <w:t xml:space="preserve">he hotel reserves the right to issue </w:t>
      </w:r>
      <w:r w:rsidR="007C53AC" w:rsidRPr="00731662">
        <w:rPr>
          <w:rFonts w:ascii="Arial" w:hAnsi="Arial" w:cs="Arial"/>
          <w:sz w:val="20"/>
          <w:szCs w:val="20"/>
        </w:rPr>
        <w:t xml:space="preserve">one </w:t>
      </w:r>
      <w:r w:rsidR="00A91F11" w:rsidRPr="00731662">
        <w:rPr>
          <w:rFonts w:ascii="Arial" w:hAnsi="Arial" w:cs="Arial"/>
          <w:sz w:val="20"/>
          <w:szCs w:val="20"/>
        </w:rPr>
        <w:t>warning</w:t>
      </w:r>
      <w:r w:rsidR="007C53AC" w:rsidRPr="00731662">
        <w:rPr>
          <w:rFonts w:ascii="Arial" w:hAnsi="Arial" w:cs="Arial"/>
          <w:sz w:val="20"/>
          <w:szCs w:val="20"/>
        </w:rPr>
        <w:t xml:space="preserve"> before </w:t>
      </w:r>
      <w:r w:rsidR="00A91F11" w:rsidRPr="00731662">
        <w:rPr>
          <w:rFonts w:ascii="Arial" w:hAnsi="Arial" w:cs="Arial"/>
          <w:sz w:val="20"/>
          <w:szCs w:val="20"/>
        </w:rPr>
        <w:t>remov</w:t>
      </w:r>
      <w:r w:rsidR="007C53AC" w:rsidRPr="00731662">
        <w:rPr>
          <w:rFonts w:ascii="Arial" w:hAnsi="Arial" w:cs="Arial"/>
          <w:sz w:val="20"/>
          <w:szCs w:val="20"/>
        </w:rPr>
        <w:t>ing disruptive</w:t>
      </w:r>
      <w:r w:rsidR="00A91F11" w:rsidRPr="00731662">
        <w:rPr>
          <w:rFonts w:ascii="Arial" w:hAnsi="Arial" w:cs="Arial"/>
          <w:sz w:val="20"/>
          <w:szCs w:val="20"/>
        </w:rPr>
        <w:t xml:space="preserve"> </w:t>
      </w:r>
      <w:r w:rsidR="00EA0C6F" w:rsidRPr="00731662">
        <w:rPr>
          <w:rFonts w:ascii="Arial" w:hAnsi="Arial" w:cs="Arial"/>
          <w:sz w:val="20"/>
          <w:szCs w:val="20"/>
        </w:rPr>
        <w:t>individuals or</w:t>
      </w:r>
      <w:r w:rsidR="00A91F11" w:rsidRPr="00731662">
        <w:rPr>
          <w:rFonts w:ascii="Arial" w:hAnsi="Arial" w:cs="Arial"/>
          <w:sz w:val="20"/>
          <w:szCs w:val="20"/>
        </w:rPr>
        <w:t xml:space="preserve"> ask</w:t>
      </w:r>
      <w:r w:rsidR="007C53AC" w:rsidRPr="00731662">
        <w:rPr>
          <w:rFonts w:ascii="Arial" w:hAnsi="Arial" w:cs="Arial"/>
          <w:sz w:val="20"/>
          <w:szCs w:val="20"/>
        </w:rPr>
        <w:t>ing</w:t>
      </w:r>
      <w:r w:rsidR="00A91F11" w:rsidRPr="00731662">
        <w:rPr>
          <w:rFonts w:ascii="Arial" w:hAnsi="Arial" w:cs="Arial"/>
          <w:sz w:val="20"/>
          <w:szCs w:val="20"/>
        </w:rPr>
        <w:t xml:space="preserve"> the entire team to leave the property </w:t>
      </w:r>
      <w:r w:rsidR="00A91F11" w:rsidRPr="00851B5E">
        <w:rPr>
          <w:rFonts w:ascii="Arial" w:hAnsi="Arial" w:cs="Arial"/>
          <w:i/>
          <w:iCs/>
          <w:sz w:val="20"/>
          <w:szCs w:val="20"/>
          <w:u w:val="single"/>
        </w:rPr>
        <w:t xml:space="preserve">without </w:t>
      </w:r>
      <w:r w:rsidR="00EA0C6F" w:rsidRPr="00851B5E">
        <w:rPr>
          <w:rFonts w:ascii="Arial" w:hAnsi="Arial" w:cs="Arial"/>
          <w:i/>
          <w:iCs/>
          <w:sz w:val="20"/>
          <w:szCs w:val="20"/>
          <w:u w:val="single"/>
        </w:rPr>
        <w:t xml:space="preserve">any </w:t>
      </w:r>
      <w:r w:rsidR="00A91F11" w:rsidRPr="00851B5E">
        <w:rPr>
          <w:rFonts w:ascii="Arial" w:hAnsi="Arial" w:cs="Arial"/>
          <w:i/>
          <w:iCs/>
          <w:sz w:val="20"/>
          <w:szCs w:val="20"/>
          <w:u w:val="single"/>
        </w:rPr>
        <w:t>refund</w:t>
      </w:r>
      <w:r w:rsidR="00EA0C6F" w:rsidRPr="00851B5E">
        <w:rPr>
          <w:rFonts w:ascii="Arial" w:hAnsi="Arial" w:cs="Arial"/>
          <w:i/>
          <w:iCs/>
          <w:sz w:val="20"/>
          <w:szCs w:val="20"/>
          <w:u w:val="single"/>
        </w:rPr>
        <w:t>s</w:t>
      </w:r>
      <w:r w:rsidR="00A91F11" w:rsidRPr="00731662">
        <w:rPr>
          <w:rFonts w:ascii="Arial" w:hAnsi="Arial" w:cs="Arial"/>
          <w:sz w:val="20"/>
          <w:szCs w:val="20"/>
        </w:rPr>
        <w:t>.</w:t>
      </w:r>
      <w:r w:rsidR="00EA0C6F" w:rsidRPr="00731662">
        <w:rPr>
          <w:rFonts w:ascii="Arial" w:hAnsi="Arial" w:cs="Arial"/>
          <w:sz w:val="20"/>
          <w:szCs w:val="20"/>
        </w:rPr>
        <w:t xml:space="preserve">  If behavior by guests, parents or players is considered threatening, local law enforcement will be called.</w:t>
      </w:r>
      <w:r w:rsidR="00BB4901">
        <w:rPr>
          <w:rFonts w:ascii="Arial" w:hAnsi="Arial" w:cs="Arial"/>
          <w:sz w:val="20"/>
          <w:szCs w:val="20"/>
        </w:rPr>
        <w:t xml:space="preserve">  </w:t>
      </w:r>
    </w:p>
    <w:p w14:paraId="6558AE20" w14:textId="77777777" w:rsidR="00BB4901" w:rsidRPr="00731662" w:rsidRDefault="00BB4901" w:rsidP="00625AF7">
      <w:pPr>
        <w:spacing w:after="0" w:line="240" w:lineRule="auto"/>
        <w:ind w:left="720"/>
        <w:rPr>
          <w:rFonts w:ascii="Arial" w:hAnsi="Arial" w:cs="Arial"/>
          <w:sz w:val="20"/>
          <w:szCs w:val="20"/>
        </w:rPr>
      </w:pPr>
    </w:p>
    <w:p w14:paraId="2C10F9BD" w14:textId="7D0943B8" w:rsidR="008440B9" w:rsidRPr="00731662" w:rsidRDefault="00EA0C6F" w:rsidP="00625AF7">
      <w:pPr>
        <w:spacing w:after="0" w:line="240" w:lineRule="auto"/>
        <w:ind w:left="720"/>
        <w:rPr>
          <w:rFonts w:ascii="Arial" w:hAnsi="Arial" w:cs="Arial"/>
          <w:sz w:val="20"/>
          <w:szCs w:val="20"/>
        </w:rPr>
      </w:pPr>
      <w:r w:rsidRPr="00731662">
        <w:rPr>
          <w:rFonts w:ascii="Arial" w:hAnsi="Arial" w:cs="Arial"/>
          <w:sz w:val="20"/>
          <w:szCs w:val="20"/>
        </w:rPr>
        <w:t xml:space="preserve">Details of any </w:t>
      </w:r>
      <w:r w:rsidR="00593644" w:rsidRPr="00731662">
        <w:rPr>
          <w:rFonts w:ascii="Arial" w:hAnsi="Arial" w:cs="Arial"/>
          <w:sz w:val="20"/>
          <w:szCs w:val="20"/>
        </w:rPr>
        <w:t>incident</w:t>
      </w:r>
      <w:r w:rsidRPr="00731662">
        <w:rPr>
          <w:rFonts w:ascii="Arial" w:hAnsi="Arial" w:cs="Arial"/>
          <w:sz w:val="20"/>
          <w:szCs w:val="20"/>
        </w:rPr>
        <w:t xml:space="preserve"> </w:t>
      </w:r>
      <w:r w:rsidR="00625AF7">
        <w:rPr>
          <w:rFonts w:ascii="Arial" w:hAnsi="Arial" w:cs="Arial"/>
          <w:sz w:val="20"/>
          <w:szCs w:val="20"/>
        </w:rPr>
        <w:t>can</w:t>
      </w:r>
      <w:r w:rsidRPr="00731662">
        <w:rPr>
          <w:rFonts w:ascii="Arial" w:hAnsi="Arial" w:cs="Arial"/>
          <w:sz w:val="20"/>
          <w:szCs w:val="20"/>
        </w:rPr>
        <w:t xml:space="preserve"> be disclosed to SportStays</w:t>
      </w:r>
      <w:r w:rsidR="00625AF7">
        <w:rPr>
          <w:rFonts w:ascii="Arial" w:hAnsi="Arial" w:cs="Arial"/>
          <w:sz w:val="20"/>
          <w:szCs w:val="20"/>
        </w:rPr>
        <w:t xml:space="preserve">, </w:t>
      </w:r>
      <w:r w:rsidRPr="00731662">
        <w:rPr>
          <w:rFonts w:ascii="Arial" w:hAnsi="Arial" w:cs="Arial"/>
          <w:sz w:val="20"/>
          <w:szCs w:val="20"/>
        </w:rPr>
        <w:t>Tournament Director</w:t>
      </w:r>
      <w:r w:rsidR="008872AB">
        <w:rPr>
          <w:rFonts w:ascii="Arial" w:hAnsi="Arial" w:cs="Arial"/>
          <w:sz w:val="20"/>
          <w:szCs w:val="20"/>
        </w:rPr>
        <w:t>s</w:t>
      </w:r>
      <w:r w:rsidRPr="00731662">
        <w:rPr>
          <w:rFonts w:ascii="Arial" w:hAnsi="Arial" w:cs="Arial"/>
          <w:sz w:val="20"/>
          <w:szCs w:val="20"/>
        </w:rPr>
        <w:t xml:space="preserve">, </w:t>
      </w:r>
      <w:r w:rsidR="008872AB">
        <w:rPr>
          <w:rFonts w:ascii="Arial" w:hAnsi="Arial" w:cs="Arial"/>
          <w:sz w:val="20"/>
          <w:szCs w:val="20"/>
        </w:rPr>
        <w:t>Team C</w:t>
      </w:r>
      <w:r w:rsidR="00625AF7">
        <w:rPr>
          <w:rFonts w:ascii="Arial" w:hAnsi="Arial" w:cs="Arial"/>
          <w:sz w:val="20"/>
          <w:szCs w:val="20"/>
        </w:rPr>
        <w:t xml:space="preserve">oaches </w:t>
      </w:r>
      <w:r w:rsidR="008872AB">
        <w:rPr>
          <w:rFonts w:ascii="Arial" w:hAnsi="Arial" w:cs="Arial"/>
          <w:sz w:val="20"/>
          <w:szCs w:val="20"/>
        </w:rPr>
        <w:t>M</w:t>
      </w:r>
      <w:r w:rsidR="00625AF7">
        <w:rPr>
          <w:rFonts w:ascii="Arial" w:hAnsi="Arial" w:cs="Arial"/>
          <w:sz w:val="20"/>
          <w:szCs w:val="20"/>
        </w:rPr>
        <w:t>anagers</w:t>
      </w:r>
      <w:r w:rsidR="005729C0">
        <w:rPr>
          <w:rFonts w:ascii="Arial" w:hAnsi="Arial" w:cs="Arial"/>
          <w:sz w:val="20"/>
          <w:szCs w:val="20"/>
        </w:rPr>
        <w:t xml:space="preserve"> and our parent brand</w:t>
      </w:r>
      <w:r w:rsidR="00625AF7">
        <w:rPr>
          <w:rFonts w:ascii="Arial" w:hAnsi="Arial" w:cs="Arial"/>
          <w:sz w:val="20"/>
          <w:szCs w:val="20"/>
        </w:rPr>
        <w:t>. Additionally, disruptive</w:t>
      </w:r>
      <w:r w:rsidRPr="00731662">
        <w:rPr>
          <w:rFonts w:ascii="Arial" w:hAnsi="Arial" w:cs="Arial"/>
          <w:sz w:val="20"/>
          <w:szCs w:val="20"/>
        </w:rPr>
        <w:t xml:space="preserve"> team</w:t>
      </w:r>
      <w:r w:rsidR="00625AF7">
        <w:rPr>
          <w:rFonts w:ascii="Arial" w:hAnsi="Arial" w:cs="Arial"/>
          <w:sz w:val="20"/>
          <w:szCs w:val="20"/>
        </w:rPr>
        <w:t>s</w:t>
      </w:r>
      <w:r w:rsidRPr="00731662">
        <w:rPr>
          <w:rFonts w:ascii="Arial" w:hAnsi="Arial" w:cs="Arial"/>
          <w:sz w:val="20"/>
          <w:szCs w:val="20"/>
        </w:rPr>
        <w:t xml:space="preserve"> or club</w:t>
      </w:r>
      <w:r w:rsidR="00625AF7">
        <w:rPr>
          <w:rFonts w:ascii="Arial" w:hAnsi="Arial" w:cs="Arial"/>
          <w:sz w:val="20"/>
          <w:szCs w:val="20"/>
        </w:rPr>
        <w:t>s</w:t>
      </w:r>
      <w:r w:rsidRPr="00731662">
        <w:rPr>
          <w:rFonts w:ascii="Arial" w:hAnsi="Arial" w:cs="Arial"/>
          <w:sz w:val="20"/>
          <w:szCs w:val="20"/>
        </w:rPr>
        <w:t xml:space="preserve"> may be prohibited from</w:t>
      </w:r>
      <w:r w:rsidR="007C53AC" w:rsidRPr="00731662">
        <w:rPr>
          <w:rFonts w:ascii="Arial" w:hAnsi="Arial" w:cs="Arial"/>
          <w:sz w:val="20"/>
          <w:szCs w:val="20"/>
        </w:rPr>
        <w:t xml:space="preserve"> stay</w:t>
      </w:r>
      <w:r w:rsidRPr="00731662">
        <w:rPr>
          <w:rFonts w:ascii="Arial" w:hAnsi="Arial" w:cs="Arial"/>
          <w:sz w:val="20"/>
          <w:szCs w:val="20"/>
        </w:rPr>
        <w:t>ing</w:t>
      </w:r>
      <w:r w:rsidR="007C53AC" w:rsidRPr="00731662">
        <w:rPr>
          <w:rFonts w:ascii="Arial" w:hAnsi="Arial" w:cs="Arial"/>
          <w:sz w:val="20"/>
          <w:szCs w:val="20"/>
        </w:rPr>
        <w:t xml:space="preserve"> at </w:t>
      </w:r>
      <w:r w:rsidR="008872AB">
        <w:rPr>
          <w:rFonts w:ascii="Arial" w:hAnsi="Arial" w:cs="Arial"/>
          <w:sz w:val="20"/>
          <w:szCs w:val="20"/>
        </w:rPr>
        <w:t>this</w:t>
      </w:r>
      <w:r w:rsidR="007C53AC" w:rsidRPr="00731662">
        <w:rPr>
          <w:rFonts w:ascii="Arial" w:hAnsi="Arial" w:cs="Arial"/>
          <w:sz w:val="20"/>
          <w:szCs w:val="20"/>
        </w:rPr>
        <w:t xml:space="preserve"> hotel in the future.</w:t>
      </w:r>
    </w:p>
    <w:p w14:paraId="22498E05" w14:textId="77777777" w:rsidR="008440B9" w:rsidRPr="007C53AC" w:rsidRDefault="008440B9" w:rsidP="00EA0C6F">
      <w:pPr>
        <w:spacing w:after="0" w:line="240" w:lineRule="auto"/>
        <w:rPr>
          <w:rFonts w:ascii="Arial" w:hAnsi="Arial" w:cs="Arial"/>
          <w:sz w:val="24"/>
          <w:szCs w:val="24"/>
        </w:rPr>
      </w:pPr>
    </w:p>
    <w:p w14:paraId="7ADA1ECB" w14:textId="1497C090" w:rsidR="008440B9" w:rsidRPr="00B35EAE" w:rsidRDefault="00A91F11" w:rsidP="00EA0C6F">
      <w:pPr>
        <w:spacing w:after="0" w:line="240" w:lineRule="auto"/>
        <w:rPr>
          <w:rFonts w:ascii="Arial" w:hAnsi="Arial" w:cs="Arial"/>
          <w:b/>
          <w:bCs/>
          <w:sz w:val="24"/>
          <w:szCs w:val="24"/>
        </w:rPr>
      </w:pPr>
      <w:r w:rsidRPr="00B35EAE">
        <w:rPr>
          <w:rFonts w:ascii="Arial" w:hAnsi="Arial" w:cs="Arial"/>
          <w:b/>
          <w:bCs/>
          <w:sz w:val="24"/>
          <w:szCs w:val="24"/>
        </w:rPr>
        <w:t>Agreement &amp; Signatures</w:t>
      </w:r>
      <w:r w:rsidR="00731662" w:rsidRPr="00B35EAE">
        <w:rPr>
          <w:rFonts w:ascii="Arial" w:hAnsi="Arial" w:cs="Arial"/>
          <w:b/>
          <w:bCs/>
          <w:sz w:val="24"/>
          <w:szCs w:val="24"/>
        </w:rPr>
        <w:t>:</w:t>
      </w:r>
    </w:p>
    <w:tbl>
      <w:tblPr>
        <w:tblStyle w:val="TableGrid"/>
        <w:tblW w:w="0" w:type="auto"/>
        <w:tblInd w:w="715" w:type="dxa"/>
        <w:tblLook w:val="04A0" w:firstRow="1" w:lastRow="0" w:firstColumn="1" w:lastColumn="0" w:noHBand="0" w:noVBand="1"/>
      </w:tblPr>
      <w:tblGrid>
        <w:gridCol w:w="3150"/>
        <w:gridCol w:w="6210"/>
      </w:tblGrid>
      <w:tr w:rsidR="008872AB" w14:paraId="3BE4CD47" w14:textId="77777777" w:rsidTr="008D5838">
        <w:trPr>
          <w:trHeight w:val="288"/>
        </w:trPr>
        <w:tc>
          <w:tcPr>
            <w:tcW w:w="3150" w:type="dxa"/>
            <w:vAlign w:val="bottom"/>
          </w:tcPr>
          <w:p w14:paraId="50746861" w14:textId="0D72261F" w:rsidR="00731662" w:rsidRPr="004316A9" w:rsidRDefault="00731662" w:rsidP="006C7217">
            <w:pPr>
              <w:rPr>
                <w:rFonts w:ascii="Arial" w:hAnsi="Arial" w:cs="Arial"/>
                <w:b/>
                <w:bCs/>
                <w:sz w:val="20"/>
                <w:szCs w:val="20"/>
              </w:rPr>
            </w:pPr>
            <w:r w:rsidRPr="004316A9">
              <w:rPr>
                <w:rFonts w:ascii="Arial" w:hAnsi="Arial" w:cs="Arial"/>
                <w:b/>
                <w:bCs/>
                <w:sz w:val="20"/>
                <w:szCs w:val="20"/>
              </w:rPr>
              <w:t>Guest Name:</w:t>
            </w:r>
          </w:p>
        </w:tc>
        <w:tc>
          <w:tcPr>
            <w:tcW w:w="6210" w:type="dxa"/>
            <w:vAlign w:val="bottom"/>
          </w:tcPr>
          <w:p w14:paraId="1CD53F29" w14:textId="77777777" w:rsidR="00731662" w:rsidRPr="00211491" w:rsidRDefault="00731662" w:rsidP="006C7217">
            <w:pPr>
              <w:rPr>
                <w:rFonts w:ascii="Arial" w:hAnsi="Arial" w:cs="Arial"/>
                <w:sz w:val="20"/>
                <w:szCs w:val="20"/>
              </w:rPr>
            </w:pPr>
          </w:p>
        </w:tc>
      </w:tr>
      <w:tr w:rsidR="00731662" w14:paraId="794E1248" w14:textId="77777777" w:rsidTr="008D5838">
        <w:trPr>
          <w:trHeight w:val="288"/>
        </w:trPr>
        <w:tc>
          <w:tcPr>
            <w:tcW w:w="3150" w:type="dxa"/>
            <w:vAlign w:val="bottom"/>
          </w:tcPr>
          <w:p w14:paraId="78167AD2" w14:textId="0230C232" w:rsidR="00731662" w:rsidRPr="004316A9" w:rsidRDefault="00731662" w:rsidP="006C7217">
            <w:pPr>
              <w:rPr>
                <w:rFonts w:ascii="Arial" w:hAnsi="Arial" w:cs="Arial"/>
                <w:b/>
                <w:bCs/>
                <w:sz w:val="20"/>
                <w:szCs w:val="20"/>
              </w:rPr>
            </w:pPr>
            <w:r w:rsidRPr="004316A9">
              <w:rPr>
                <w:rFonts w:ascii="Arial" w:hAnsi="Arial" w:cs="Arial"/>
                <w:b/>
                <w:bCs/>
                <w:sz w:val="20"/>
                <w:szCs w:val="20"/>
              </w:rPr>
              <w:t>Cell Phone Number:</w:t>
            </w:r>
          </w:p>
        </w:tc>
        <w:tc>
          <w:tcPr>
            <w:tcW w:w="6210" w:type="dxa"/>
            <w:vAlign w:val="bottom"/>
          </w:tcPr>
          <w:p w14:paraId="1172B9C9" w14:textId="77777777" w:rsidR="00731662" w:rsidRPr="00211491" w:rsidRDefault="00731662" w:rsidP="006C7217">
            <w:pPr>
              <w:rPr>
                <w:rFonts w:ascii="Arial" w:hAnsi="Arial" w:cs="Arial"/>
                <w:sz w:val="20"/>
                <w:szCs w:val="20"/>
              </w:rPr>
            </w:pPr>
          </w:p>
        </w:tc>
      </w:tr>
      <w:tr w:rsidR="00731662" w14:paraId="272E7606" w14:textId="77777777" w:rsidTr="008D5838">
        <w:trPr>
          <w:trHeight w:val="288"/>
        </w:trPr>
        <w:tc>
          <w:tcPr>
            <w:tcW w:w="3150" w:type="dxa"/>
            <w:vAlign w:val="bottom"/>
          </w:tcPr>
          <w:p w14:paraId="43205230" w14:textId="46E70E6E" w:rsidR="00731662" w:rsidRPr="004316A9" w:rsidRDefault="00731662" w:rsidP="006C7217">
            <w:pPr>
              <w:rPr>
                <w:rFonts w:ascii="Arial" w:hAnsi="Arial" w:cs="Arial"/>
                <w:b/>
                <w:bCs/>
                <w:sz w:val="20"/>
                <w:szCs w:val="20"/>
              </w:rPr>
            </w:pPr>
            <w:r w:rsidRPr="004316A9">
              <w:rPr>
                <w:rFonts w:ascii="Arial" w:hAnsi="Arial" w:cs="Arial"/>
                <w:b/>
                <w:bCs/>
                <w:sz w:val="20"/>
                <w:szCs w:val="20"/>
              </w:rPr>
              <w:t>Team Name:</w:t>
            </w:r>
          </w:p>
        </w:tc>
        <w:tc>
          <w:tcPr>
            <w:tcW w:w="6210" w:type="dxa"/>
            <w:vAlign w:val="bottom"/>
          </w:tcPr>
          <w:p w14:paraId="49FDC2FE" w14:textId="77777777" w:rsidR="00731662" w:rsidRPr="00211491" w:rsidRDefault="00731662" w:rsidP="006C7217">
            <w:pPr>
              <w:rPr>
                <w:rFonts w:ascii="Arial" w:hAnsi="Arial" w:cs="Arial"/>
                <w:sz w:val="20"/>
                <w:szCs w:val="20"/>
              </w:rPr>
            </w:pPr>
          </w:p>
        </w:tc>
      </w:tr>
      <w:tr w:rsidR="00731662" w14:paraId="56DD030F" w14:textId="77777777" w:rsidTr="008D5838">
        <w:trPr>
          <w:trHeight w:val="288"/>
        </w:trPr>
        <w:tc>
          <w:tcPr>
            <w:tcW w:w="3150" w:type="dxa"/>
            <w:vAlign w:val="bottom"/>
          </w:tcPr>
          <w:p w14:paraId="3337AA26" w14:textId="56F13ECD" w:rsidR="00731662" w:rsidRPr="004316A9" w:rsidRDefault="00731662" w:rsidP="006C7217">
            <w:pPr>
              <w:rPr>
                <w:rFonts w:ascii="Arial" w:hAnsi="Arial" w:cs="Arial"/>
                <w:b/>
                <w:bCs/>
                <w:sz w:val="20"/>
                <w:szCs w:val="20"/>
              </w:rPr>
            </w:pPr>
            <w:r w:rsidRPr="004316A9">
              <w:rPr>
                <w:rFonts w:ascii="Arial" w:hAnsi="Arial" w:cs="Arial"/>
                <w:b/>
                <w:bCs/>
                <w:sz w:val="20"/>
                <w:szCs w:val="20"/>
              </w:rPr>
              <w:t>Head Coach’s Name:</w:t>
            </w:r>
          </w:p>
        </w:tc>
        <w:tc>
          <w:tcPr>
            <w:tcW w:w="6210" w:type="dxa"/>
            <w:vAlign w:val="bottom"/>
          </w:tcPr>
          <w:p w14:paraId="79874E8A" w14:textId="77777777" w:rsidR="00731662" w:rsidRPr="00211491" w:rsidRDefault="00731662" w:rsidP="006C7217">
            <w:pPr>
              <w:rPr>
                <w:rFonts w:ascii="Arial" w:hAnsi="Arial" w:cs="Arial"/>
                <w:sz w:val="20"/>
                <w:szCs w:val="20"/>
              </w:rPr>
            </w:pPr>
          </w:p>
        </w:tc>
      </w:tr>
      <w:tr w:rsidR="00731662" w14:paraId="7AA031E1" w14:textId="77777777" w:rsidTr="008D5838">
        <w:trPr>
          <w:trHeight w:val="288"/>
        </w:trPr>
        <w:tc>
          <w:tcPr>
            <w:tcW w:w="3150" w:type="dxa"/>
            <w:vAlign w:val="bottom"/>
          </w:tcPr>
          <w:p w14:paraId="733F01C3" w14:textId="46580D71" w:rsidR="00731662" w:rsidRPr="004316A9" w:rsidRDefault="00731662" w:rsidP="006C7217">
            <w:pPr>
              <w:rPr>
                <w:rFonts w:ascii="Arial" w:hAnsi="Arial" w:cs="Arial"/>
                <w:b/>
                <w:bCs/>
                <w:sz w:val="20"/>
                <w:szCs w:val="20"/>
              </w:rPr>
            </w:pPr>
            <w:r w:rsidRPr="004316A9">
              <w:rPr>
                <w:rFonts w:ascii="Arial" w:hAnsi="Arial" w:cs="Arial"/>
                <w:b/>
                <w:bCs/>
                <w:sz w:val="20"/>
                <w:szCs w:val="20"/>
              </w:rPr>
              <w:t>Athlete’s Name</w:t>
            </w:r>
            <w:r w:rsidR="00B35EAE" w:rsidRPr="004316A9">
              <w:rPr>
                <w:rFonts w:ascii="Arial" w:hAnsi="Arial" w:cs="Arial"/>
                <w:b/>
                <w:bCs/>
                <w:sz w:val="20"/>
                <w:szCs w:val="20"/>
              </w:rPr>
              <w:t>(s)</w:t>
            </w:r>
            <w:r w:rsidRPr="004316A9">
              <w:rPr>
                <w:rFonts w:ascii="Arial" w:hAnsi="Arial" w:cs="Arial"/>
                <w:b/>
                <w:bCs/>
                <w:sz w:val="20"/>
                <w:szCs w:val="20"/>
              </w:rPr>
              <w:t>:</w:t>
            </w:r>
          </w:p>
        </w:tc>
        <w:tc>
          <w:tcPr>
            <w:tcW w:w="6210" w:type="dxa"/>
            <w:vAlign w:val="bottom"/>
          </w:tcPr>
          <w:p w14:paraId="533385C8" w14:textId="77777777" w:rsidR="00731662" w:rsidRPr="00211491" w:rsidRDefault="00731662" w:rsidP="006C7217">
            <w:pPr>
              <w:rPr>
                <w:rFonts w:ascii="Arial" w:hAnsi="Arial" w:cs="Arial"/>
                <w:sz w:val="20"/>
                <w:szCs w:val="20"/>
              </w:rPr>
            </w:pPr>
          </w:p>
        </w:tc>
      </w:tr>
      <w:tr w:rsidR="00731662" w14:paraId="05F80BD5" w14:textId="77777777" w:rsidTr="008D5838">
        <w:trPr>
          <w:trHeight w:val="288"/>
        </w:trPr>
        <w:tc>
          <w:tcPr>
            <w:tcW w:w="3150" w:type="dxa"/>
            <w:vAlign w:val="bottom"/>
          </w:tcPr>
          <w:p w14:paraId="6EA677FA" w14:textId="1F18E05A" w:rsidR="00731662" w:rsidRPr="004316A9" w:rsidRDefault="00731662" w:rsidP="006C7217">
            <w:pPr>
              <w:rPr>
                <w:rFonts w:ascii="Arial" w:hAnsi="Arial" w:cs="Arial"/>
                <w:b/>
                <w:bCs/>
                <w:sz w:val="20"/>
                <w:szCs w:val="20"/>
              </w:rPr>
            </w:pPr>
            <w:r w:rsidRPr="004316A9">
              <w:rPr>
                <w:rFonts w:ascii="Arial" w:hAnsi="Arial" w:cs="Arial"/>
                <w:b/>
                <w:bCs/>
                <w:sz w:val="20"/>
                <w:szCs w:val="20"/>
              </w:rPr>
              <w:t>Athlete’s Jersey Number</w:t>
            </w:r>
            <w:r w:rsidR="00B35EAE" w:rsidRPr="004316A9">
              <w:rPr>
                <w:rFonts w:ascii="Arial" w:hAnsi="Arial" w:cs="Arial"/>
                <w:b/>
                <w:bCs/>
                <w:sz w:val="20"/>
                <w:szCs w:val="20"/>
              </w:rPr>
              <w:t>(s)</w:t>
            </w:r>
            <w:r w:rsidRPr="004316A9">
              <w:rPr>
                <w:rFonts w:ascii="Arial" w:hAnsi="Arial" w:cs="Arial"/>
                <w:b/>
                <w:bCs/>
                <w:sz w:val="20"/>
                <w:szCs w:val="20"/>
              </w:rPr>
              <w:t>:</w:t>
            </w:r>
          </w:p>
        </w:tc>
        <w:tc>
          <w:tcPr>
            <w:tcW w:w="6210" w:type="dxa"/>
            <w:vAlign w:val="bottom"/>
          </w:tcPr>
          <w:p w14:paraId="035599C0" w14:textId="77777777" w:rsidR="00731662" w:rsidRPr="00211491" w:rsidRDefault="00731662" w:rsidP="006C7217">
            <w:pPr>
              <w:rPr>
                <w:rFonts w:ascii="Arial" w:hAnsi="Arial" w:cs="Arial"/>
                <w:sz w:val="20"/>
                <w:szCs w:val="20"/>
              </w:rPr>
            </w:pPr>
          </w:p>
        </w:tc>
      </w:tr>
      <w:tr w:rsidR="008872AB" w14:paraId="2B92FCEB" w14:textId="77777777" w:rsidTr="008D5838">
        <w:trPr>
          <w:trHeight w:val="288"/>
        </w:trPr>
        <w:tc>
          <w:tcPr>
            <w:tcW w:w="3150" w:type="dxa"/>
            <w:vAlign w:val="bottom"/>
          </w:tcPr>
          <w:p w14:paraId="53A3FE46" w14:textId="6F2D1B0C" w:rsidR="00731662" w:rsidRPr="004316A9" w:rsidRDefault="00731662" w:rsidP="006C7217">
            <w:pPr>
              <w:rPr>
                <w:rFonts w:ascii="Arial" w:hAnsi="Arial" w:cs="Arial"/>
                <w:b/>
                <w:bCs/>
                <w:sz w:val="20"/>
                <w:szCs w:val="20"/>
              </w:rPr>
            </w:pPr>
            <w:r w:rsidRPr="004316A9">
              <w:rPr>
                <w:rFonts w:ascii="Arial" w:hAnsi="Arial" w:cs="Arial"/>
                <w:b/>
                <w:bCs/>
                <w:sz w:val="20"/>
                <w:szCs w:val="20"/>
              </w:rPr>
              <w:t>Guest Room Number:</w:t>
            </w:r>
          </w:p>
        </w:tc>
        <w:tc>
          <w:tcPr>
            <w:tcW w:w="6210" w:type="dxa"/>
            <w:vAlign w:val="bottom"/>
          </w:tcPr>
          <w:p w14:paraId="555EA955" w14:textId="77777777" w:rsidR="00731662" w:rsidRPr="00211491" w:rsidRDefault="00731662" w:rsidP="006C7217">
            <w:pPr>
              <w:rPr>
                <w:rFonts w:ascii="Arial" w:hAnsi="Arial" w:cs="Arial"/>
                <w:sz w:val="20"/>
                <w:szCs w:val="20"/>
              </w:rPr>
            </w:pPr>
          </w:p>
        </w:tc>
      </w:tr>
      <w:tr w:rsidR="00731662" w14:paraId="19F52028" w14:textId="77777777" w:rsidTr="008D5838">
        <w:trPr>
          <w:trHeight w:val="288"/>
        </w:trPr>
        <w:tc>
          <w:tcPr>
            <w:tcW w:w="3150" w:type="dxa"/>
            <w:vAlign w:val="bottom"/>
          </w:tcPr>
          <w:p w14:paraId="56C40778" w14:textId="30738682" w:rsidR="00731662" w:rsidRPr="004316A9" w:rsidRDefault="00731662" w:rsidP="006C7217">
            <w:pPr>
              <w:rPr>
                <w:rFonts w:ascii="Arial" w:hAnsi="Arial" w:cs="Arial"/>
                <w:b/>
                <w:bCs/>
                <w:sz w:val="20"/>
                <w:szCs w:val="20"/>
              </w:rPr>
            </w:pPr>
            <w:r w:rsidRPr="004316A9">
              <w:rPr>
                <w:rFonts w:ascii="Arial" w:hAnsi="Arial" w:cs="Arial"/>
                <w:b/>
                <w:bCs/>
                <w:sz w:val="20"/>
                <w:szCs w:val="20"/>
              </w:rPr>
              <w:t>Date:</w:t>
            </w:r>
          </w:p>
        </w:tc>
        <w:tc>
          <w:tcPr>
            <w:tcW w:w="6210" w:type="dxa"/>
            <w:vAlign w:val="bottom"/>
          </w:tcPr>
          <w:p w14:paraId="395F5964" w14:textId="77777777" w:rsidR="00731662" w:rsidRPr="00211491" w:rsidRDefault="00731662" w:rsidP="006C7217">
            <w:pPr>
              <w:rPr>
                <w:rFonts w:ascii="Arial" w:hAnsi="Arial" w:cs="Arial"/>
                <w:sz w:val="20"/>
                <w:szCs w:val="20"/>
              </w:rPr>
            </w:pPr>
          </w:p>
        </w:tc>
      </w:tr>
      <w:tr w:rsidR="00731662" w14:paraId="5220E970" w14:textId="77777777" w:rsidTr="008D5838">
        <w:trPr>
          <w:trHeight w:val="530"/>
        </w:trPr>
        <w:tc>
          <w:tcPr>
            <w:tcW w:w="3150" w:type="dxa"/>
            <w:vAlign w:val="bottom"/>
          </w:tcPr>
          <w:p w14:paraId="40FD9172" w14:textId="5AFBF979" w:rsidR="00731662" w:rsidRPr="004316A9" w:rsidRDefault="00731662" w:rsidP="006C7217">
            <w:pPr>
              <w:rPr>
                <w:rFonts w:ascii="Arial" w:hAnsi="Arial" w:cs="Arial"/>
                <w:b/>
                <w:bCs/>
                <w:sz w:val="20"/>
                <w:szCs w:val="20"/>
              </w:rPr>
            </w:pPr>
            <w:r w:rsidRPr="004316A9">
              <w:rPr>
                <w:rFonts w:ascii="Arial" w:hAnsi="Arial" w:cs="Arial"/>
                <w:b/>
                <w:bCs/>
                <w:sz w:val="20"/>
                <w:szCs w:val="20"/>
              </w:rPr>
              <w:t>Signature:</w:t>
            </w:r>
          </w:p>
        </w:tc>
        <w:tc>
          <w:tcPr>
            <w:tcW w:w="6210" w:type="dxa"/>
            <w:vAlign w:val="bottom"/>
          </w:tcPr>
          <w:p w14:paraId="5AC1A698" w14:textId="77777777" w:rsidR="00731662" w:rsidRPr="00211491" w:rsidRDefault="00731662" w:rsidP="006C7217">
            <w:pPr>
              <w:rPr>
                <w:rFonts w:ascii="Arial" w:hAnsi="Arial" w:cs="Arial"/>
                <w:sz w:val="20"/>
                <w:szCs w:val="20"/>
              </w:rPr>
            </w:pPr>
          </w:p>
        </w:tc>
      </w:tr>
    </w:tbl>
    <w:p w14:paraId="7A2A1E36" w14:textId="77777777" w:rsidR="00625AF7" w:rsidRDefault="00625AF7" w:rsidP="00EA0C6F">
      <w:pPr>
        <w:spacing w:after="0" w:line="240" w:lineRule="auto"/>
        <w:rPr>
          <w:rFonts w:ascii="Arial" w:hAnsi="Arial" w:cs="Arial"/>
          <w:sz w:val="24"/>
          <w:szCs w:val="24"/>
        </w:rPr>
      </w:pPr>
    </w:p>
    <w:tbl>
      <w:tblPr>
        <w:tblStyle w:val="TableGrid"/>
        <w:tblW w:w="0" w:type="auto"/>
        <w:tblInd w:w="715" w:type="dxa"/>
        <w:tblLook w:val="04A0" w:firstRow="1" w:lastRow="0" w:firstColumn="1" w:lastColumn="0" w:noHBand="0" w:noVBand="1"/>
      </w:tblPr>
      <w:tblGrid>
        <w:gridCol w:w="3150"/>
        <w:gridCol w:w="6210"/>
      </w:tblGrid>
      <w:tr w:rsidR="008872AB" w14:paraId="601BB6A5" w14:textId="77777777" w:rsidTr="008D5838">
        <w:trPr>
          <w:trHeight w:val="288"/>
        </w:trPr>
        <w:tc>
          <w:tcPr>
            <w:tcW w:w="3150" w:type="dxa"/>
            <w:vAlign w:val="bottom"/>
          </w:tcPr>
          <w:p w14:paraId="4E335C03" w14:textId="77777777" w:rsidR="00BB4901" w:rsidRPr="004316A9" w:rsidRDefault="00BB4901" w:rsidP="006C7217">
            <w:pPr>
              <w:rPr>
                <w:rFonts w:ascii="Arial" w:hAnsi="Arial" w:cs="Arial"/>
                <w:b/>
                <w:bCs/>
                <w:sz w:val="20"/>
                <w:szCs w:val="20"/>
              </w:rPr>
            </w:pPr>
            <w:r w:rsidRPr="004316A9">
              <w:rPr>
                <w:rFonts w:ascii="Arial" w:hAnsi="Arial" w:cs="Arial"/>
                <w:b/>
                <w:bCs/>
                <w:sz w:val="20"/>
                <w:szCs w:val="20"/>
              </w:rPr>
              <w:t xml:space="preserve">Hotel Representatives Name: </w:t>
            </w:r>
          </w:p>
        </w:tc>
        <w:tc>
          <w:tcPr>
            <w:tcW w:w="6210" w:type="dxa"/>
            <w:vAlign w:val="bottom"/>
          </w:tcPr>
          <w:p w14:paraId="235DCA04" w14:textId="77777777" w:rsidR="00BB4901" w:rsidRPr="00211491" w:rsidRDefault="00BB4901" w:rsidP="006C7217">
            <w:pPr>
              <w:rPr>
                <w:rFonts w:ascii="Arial" w:hAnsi="Arial" w:cs="Arial"/>
                <w:sz w:val="20"/>
                <w:szCs w:val="20"/>
              </w:rPr>
            </w:pPr>
          </w:p>
        </w:tc>
      </w:tr>
      <w:tr w:rsidR="008872AB" w14:paraId="013FDB23" w14:textId="77777777" w:rsidTr="008D5838">
        <w:trPr>
          <w:trHeight w:val="288"/>
        </w:trPr>
        <w:tc>
          <w:tcPr>
            <w:tcW w:w="3150" w:type="dxa"/>
            <w:vAlign w:val="bottom"/>
          </w:tcPr>
          <w:p w14:paraId="223AC4D0" w14:textId="77777777" w:rsidR="00BB4901" w:rsidRPr="004316A9" w:rsidRDefault="00BB4901" w:rsidP="006C7217">
            <w:pPr>
              <w:rPr>
                <w:rFonts w:ascii="Arial" w:hAnsi="Arial" w:cs="Arial"/>
                <w:b/>
                <w:bCs/>
                <w:sz w:val="20"/>
                <w:szCs w:val="20"/>
              </w:rPr>
            </w:pPr>
            <w:r w:rsidRPr="004316A9">
              <w:rPr>
                <w:rFonts w:ascii="Arial" w:hAnsi="Arial" w:cs="Arial"/>
                <w:b/>
                <w:bCs/>
                <w:sz w:val="20"/>
                <w:szCs w:val="20"/>
              </w:rPr>
              <w:t xml:space="preserve">Date: </w:t>
            </w:r>
          </w:p>
        </w:tc>
        <w:tc>
          <w:tcPr>
            <w:tcW w:w="6210" w:type="dxa"/>
            <w:vAlign w:val="bottom"/>
          </w:tcPr>
          <w:p w14:paraId="439D367B" w14:textId="77777777" w:rsidR="00BB4901" w:rsidRPr="00211491" w:rsidRDefault="00BB4901" w:rsidP="006C7217">
            <w:pPr>
              <w:rPr>
                <w:rFonts w:ascii="Arial" w:hAnsi="Arial" w:cs="Arial"/>
                <w:sz w:val="20"/>
                <w:szCs w:val="20"/>
              </w:rPr>
            </w:pPr>
          </w:p>
        </w:tc>
      </w:tr>
      <w:tr w:rsidR="00BB4901" w14:paraId="1BA7D8E7" w14:textId="77777777" w:rsidTr="008D5838">
        <w:trPr>
          <w:trHeight w:val="566"/>
        </w:trPr>
        <w:tc>
          <w:tcPr>
            <w:tcW w:w="3150" w:type="dxa"/>
            <w:vAlign w:val="bottom"/>
          </w:tcPr>
          <w:p w14:paraId="09C68803" w14:textId="77777777" w:rsidR="00BB4901" w:rsidRPr="004316A9" w:rsidRDefault="00BB4901" w:rsidP="006C7217">
            <w:pPr>
              <w:rPr>
                <w:rFonts w:ascii="Arial" w:hAnsi="Arial" w:cs="Arial"/>
                <w:b/>
                <w:bCs/>
                <w:sz w:val="20"/>
                <w:szCs w:val="20"/>
              </w:rPr>
            </w:pPr>
            <w:r w:rsidRPr="004316A9">
              <w:rPr>
                <w:rFonts w:ascii="Arial" w:hAnsi="Arial" w:cs="Arial"/>
                <w:b/>
                <w:bCs/>
                <w:sz w:val="20"/>
                <w:szCs w:val="20"/>
              </w:rPr>
              <w:t xml:space="preserve">Signature: </w:t>
            </w:r>
          </w:p>
        </w:tc>
        <w:tc>
          <w:tcPr>
            <w:tcW w:w="6210" w:type="dxa"/>
            <w:vAlign w:val="bottom"/>
          </w:tcPr>
          <w:p w14:paraId="205C9AB5" w14:textId="77777777" w:rsidR="00BB4901" w:rsidRPr="00211491" w:rsidRDefault="00BB4901" w:rsidP="006C7217">
            <w:pPr>
              <w:rPr>
                <w:rFonts w:ascii="Arial" w:hAnsi="Arial" w:cs="Arial"/>
                <w:sz w:val="20"/>
                <w:szCs w:val="20"/>
              </w:rPr>
            </w:pPr>
          </w:p>
        </w:tc>
      </w:tr>
    </w:tbl>
    <w:p w14:paraId="291CBAB4" w14:textId="77777777" w:rsidR="00BB4901" w:rsidRDefault="00BB4901" w:rsidP="00625AF7">
      <w:pPr>
        <w:spacing w:after="0" w:line="240" w:lineRule="auto"/>
        <w:rPr>
          <w:rFonts w:ascii="Arial" w:hAnsi="Arial" w:cs="Arial"/>
          <w:sz w:val="24"/>
          <w:szCs w:val="24"/>
        </w:rPr>
      </w:pPr>
    </w:p>
    <w:p w14:paraId="1945973E" w14:textId="77777777" w:rsidR="008872AB" w:rsidRDefault="008872AB" w:rsidP="00625AF7">
      <w:pPr>
        <w:spacing w:after="0" w:line="240" w:lineRule="auto"/>
        <w:rPr>
          <w:rFonts w:ascii="Arial" w:hAnsi="Arial" w:cs="Arial"/>
          <w:sz w:val="24"/>
          <w:szCs w:val="24"/>
        </w:rPr>
      </w:pPr>
    </w:p>
    <w:p w14:paraId="564FB4B1" w14:textId="61AFE685" w:rsidR="00247233" w:rsidRDefault="00247233" w:rsidP="004316A9">
      <w:pPr>
        <w:spacing w:after="0" w:line="240" w:lineRule="auto"/>
        <w:jc w:val="center"/>
        <w:rPr>
          <w:rFonts w:ascii="Arial" w:hAnsi="Arial" w:cs="Arial"/>
          <w:sz w:val="20"/>
          <w:szCs w:val="20"/>
        </w:rPr>
      </w:pPr>
      <w:r w:rsidRPr="009359AA">
        <w:rPr>
          <w:noProof/>
          <w:sz w:val="18"/>
          <w:szCs w:val="18"/>
        </w:rPr>
        <w:drawing>
          <wp:inline distT="0" distB="0" distL="0" distR="0" wp14:anchorId="342B6EF5" wp14:editId="22F4C24E">
            <wp:extent cx="952863" cy="419100"/>
            <wp:effectExtent l="0" t="0" r="0" b="0"/>
            <wp:docPr id="1908384639" name="Picture 2" descr="A logo for a sports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6248" name="Picture 2" descr="A logo for a sports event&#10;&#10;AI-generated content may be incorrect."/>
                    <pic:cNvPicPr/>
                  </pic:nvPicPr>
                  <pic:blipFill>
                    <a:blip r:embed="rId6"/>
                    <a:stretch>
                      <a:fillRect/>
                    </a:stretch>
                  </pic:blipFill>
                  <pic:spPr>
                    <a:xfrm>
                      <a:off x="0" y="0"/>
                      <a:ext cx="979969" cy="431022"/>
                    </a:xfrm>
                    <a:prstGeom prst="rect">
                      <a:avLst/>
                    </a:prstGeom>
                  </pic:spPr>
                </pic:pic>
              </a:graphicData>
            </a:graphic>
          </wp:inline>
        </w:drawing>
      </w:r>
    </w:p>
    <w:p w14:paraId="5D3AEBD1" w14:textId="77777777" w:rsidR="009359AA" w:rsidRPr="009359AA" w:rsidRDefault="009359AA" w:rsidP="004316A9">
      <w:pPr>
        <w:spacing w:after="0" w:line="240" w:lineRule="auto"/>
        <w:jc w:val="center"/>
        <w:rPr>
          <w:rFonts w:ascii="Arial" w:hAnsi="Arial" w:cs="Arial"/>
          <w:sz w:val="20"/>
          <w:szCs w:val="20"/>
        </w:rPr>
      </w:pPr>
    </w:p>
    <w:p w14:paraId="7B16882E" w14:textId="7728460C" w:rsidR="009359AA" w:rsidRPr="009359AA" w:rsidRDefault="009359AA" w:rsidP="004316A9">
      <w:pPr>
        <w:spacing w:after="0" w:line="240" w:lineRule="auto"/>
        <w:jc w:val="center"/>
        <w:rPr>
          <w:rFonts w:ascii="Arial" w:hAnsi="Arial" w:cs="Arial"/>
          <w:sz w:val="20"/>
          <w:szCs w:val="20"/>
        </w:rPr>
      </w:pPr>
      <w:r w:rsidRPr="009359AA">
        <w:rPr>
          <w:rFonts w:ascii="Arial" w:hAnsi="Arial" w:cs="Arial"/>
          <w:sz w:val="20"/>
          <w:szCs w:val="20"/>
        </w:rPr>
        <w:t>480-420-9449</w:t>
      </w:r>
      <w:r w:rsidR="0068748B">
        <w:rPr>
          <w:rFonts w:ascii="Arial" w:hAnsi="Arial" w:cs="Arial"/>
          <w:sz w:val="20"/>
          <w:szCs w:val="20"/>
        </w:rPr>
        <w:t xml:space="preserve"> (call / text)</w:t>
      </w:r>
    </w:p>
    <w:p w14:paraId="2A73541C" w14:textId="6D523993" w:rsidR="009359AA" w:rsidRPr="00557373" w:rsidRDefault="009359AA" w:rsidP="004316A9">
      <w:pPr>
        <w:spacing w:after="0" w:line="240" w:lineRule="auto"/>
        <w:jc w:val="center"/>
        <w:rPr>
          <w:rFonts w:ascii="Arial" w:hAnsi="Arial" w:cs="Arial"/>
          <w:sz w:val="20"/>
          <w:szCs w:val="20"/>
        </w:rPr>
      </w:pPr>
      <w:r w:rsidRPr="00557373">
        <w:rPr>
          <w:rFonts w:ascii="Arial" w:hAnsi="Arial" w:cs="Arial"/>
          <w:sz w:val="20"/>
          <w:szCs w:val="20"/>
        </w:rPr>
        <w:t>reservations@sport-stays.com</w:t>
      </w:r>
    </w:p>
    <w:p w14:paraId="4C04B095" w14:textId="223E99AA" w:rsidR="00247233" w:rsidRPr="00557373" w:rsidRDefault="00557373" w:rsidP="004316A9">
      <w:pPr>
        <w:spacing w:after="0" w:line="240" w:lineRule="auto"/>
        <w:jc w:val="center"/>
        <w:rPr>
          <w:rFonts w:ascii="Arial" w:hAnsi="Arial" w:cs="Arial"/>
          <w:b/>
          <w:bCs/>
          <w:sz w:val="20"/>
          <w:szCs w:val="20"/>
        </w:rPr>
      </w:pPr>
      <w:hyperlink r:id="rId7" w:history="1">
        <w:r w:rsidRPr="00557373">
          <w:rPr>
            <w:rStyle w:val="Hyperlink"/>
            <w:rFonts w:ascii="Arial" w:hAnsi="Arial" w:cs="Arial"/>
            <w:b/>
            <w:bCs/>
            <w:color w:val="auto"/>
            <w:sz w:val="20"/>
            <w:szCs w:val="20"/>
          </w:rPr>
          <w:t>www.sport-stays.com</w:t>
        </w:r>
      </w:hyperlink>
      <w:r w:rsidRPr="00557373">
        <w:rPr>
          <w:rFonts w:ascii="Arial" w:hAnsi="Arial" w:cs="Arial"/>
          <w:b/>
          <w:bCs/>
          <w:sz w:val="20"/>
          <w:szCs w:val="20"/>
        </w:rPr>
        <w:t xml:space="preserve"> </w:t>
      </w:r>
    </w:p>
    <w:sectPr w:rsidR="00247233" w:rsidRPr="00557373" w:rsidSect="00625A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5904569"/>
    <w:multiLevelType w:val="hybridMultilevel"/>
    <w:tmpl w:val="15326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3557048">
    <w:abstractNumId w:val="8"/>
  </w:num>
  <w:num w:numId="2" w16cid:durableId="1968469695">
    <w:abstractNumId w:val="6"/>
  </w:num>
  <w:num w:numId="3" w16cid:durableId="883178792">
    <w:abstractNumId w:val="5"/>
  </w:num>
  <w:num w:numId="4" w16cid:durableId="1866556268">
    <w:abstractNumId w:val="4"/>
  </w:num>
  <w:num w:numId="5" w16cid:durableId="1428037515">
    <w:abstractNumId w:val="7"/>
  </w:num>
  <w:num w:numId="6" w16cid:durableId="369844759">
    <w:abstractNumId w:val="3"/>
  </w:num>
  <w:num w:numId="7" w16cid:durableId="623080324">
    <w:abstractNumId w:val="2"/>
  </w:num>
  <w:num w:numId="8" w16cid:durableId="25450285">
    <w:abstractNumId w:val="1"/>
  </w:num>
  <w:num w:numId="9" w16cid:durableId="1725910880">
    <w:abstractNumId w:val="0"/>
  </w:num>
  <w:num w:numId="10" w16cid:durableId="1552964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A0A"/>
    <w:rsid w:val="0006063C"/>
    <w:rsid w:val="0015074B"/>
    <w:rsid w:val="00193558"/>
    <w:rsid w:val="00211491"/>
    <w:rsid w:val="00240FB1"/>
    <w:rsid w:val="00247233"/>
    <w:rsid w:val="0029639D"/>
    <w:rsid w:val="00326F90"/>
    <w:rsid w:val="004316A9"/>
    <w:rsid w:val="00526EB0"/>
    <w:rsid w:val="00553620"/>
    <w:rsid w:val="00557373"/>
    <w:rsid w:val="005729C0"/>
    <w:rsid w:val="00593644"/>
    <w:rsid w:val="00616F86"/>
    <w:rsid w:val="00625AF7"/>
    <w:rsid w:val="0068748B"/>
    <w:rsid w:val="006C7217"/>
    <w:rsid w:val="00731662"/>
    <w:rsid w:val="00796A3A"/>
    <w:rsid w:val="007C53AC"/>
    <w:rsid w:val="007E5388"/>
    <w:rsid w:val="008440B9"/>
    <w:rsid w:val="00851B5E"/>
    <w:rsid w:val="008722F8"/>
    <w:rsid w:val="008823E4"/>
    <w:rsid w:val="008872AB"/>
    <w:rsid w:val="008D5838"/>
    <w:rsid w:val="00923341"/>
    <w:rsid w:val="009359AA"/>
    <w:rsid w:val="009B4D97"/>
    <w:rsid w:val="00A86E5C"/>
    <w:rsid w:val="00A91F11"/>
    <w:rsid w:val="00AA1D8D"/>
    <w:rsid w:val="00AA35E1"/>
    <w:rsid w:val="00B17625"/>
    <w:rsid w:val="00B35EAE"/>
    <w:rsid w:val="00B47730"/>
    <w:rsid w:val="00BB4901"/>
    <w:rsid w:val="00CB0664"/>
    <w:rsid w:val="00EA0C6F"/>
    <w:rsid w:val="00F23C67"/>
    <w:rsid w:val="00F46347"/>
    <w:rsid w:val="00F51E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F25FC"/>
  <w14:defaultImageDpi w14:val="300"/>
  <w15:docId w15:val="{F1CD3E08-3BA3-4951-9FB4-154A9A10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8872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557373"/>
    <w:rPr>
      <w:color w:val="0000FF" w:themeColor="hyperlink"/>
      <w:u w:val="single"/>
    </w:rPr>
  </w:style>
  <w:style w:type="character" w:styleId="UnresolvedMention">
    <w:name w:val="Unresolved Mention"/>
    <w:basedOn w:val="DefaultParagraphFont"/>
    <w:uiPriority w:val="99"/>
    <w:semiHidden/>
    <w:unhideWhenUsed/>
    <w:rsid w:val="00557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port-stay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3769</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Erin Kloke</cp:lastModifiedBy>
  <cp:revision>2</cp:revision>
  <dcterms:created xsi:type="dcterms:W3CDTF">2026-07-14T16:13:00Z</dcterms:created>
  <dcterms:modified xsi:type="dcterms:W3CDTF">2026-07-14T16:13:00Z</dcterms:modified>
  <cp:category/>
</cp:coreProperties>
</file>