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4544" w:type="dxa"/>
        <w:tblLook w:val="04A0" w:firstRow="1" w:lastRow="0" w:firstColumn="1" w:lastColumn="0" w:noHBand="0" w:noVBand="1"/>
      </w:tblPr>
      <w:tblGrid>
        <w:gridCol w:w="10296"/>
        <w:gridCol w:w="4248"/>
      </w:tblGrid>
      <w:tr w:rsidR="001F5519" w:rsidRPr="00ED1744" w14:paraId="41DAAA78" w14:textId="77777777">
        <w:tc>
          <w:tcPr>
            <w:tcW w:w="10296" w:type="dxa"/>
            <w:tcBorders>
              <w:top w:val="single" w:sz="6" w:space="0" w:color="00843D"/>
              <w:left w:val="single" w:sz="6" w:space="0" w:color="00843D"/>
              <w:bottom w:val="single" w:sz="6" w:space="0" w:color="00843D"/>
              <w:right w:val="single" w:sz="6" w:space="0" w:color="00843D"/>
            </w:tcBorders>
            <w:shd w:val="clear" w:color="auto" w:fill="00843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373BF43" w14:textId="77777777" w:rsidR="001F5519" w:rsidRPr="00ED1744" w:rsidRDefault="00E13097">
            <w:pPr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FFFFFF"/>
                <w:sz w:val="20"/>
              </w:rPr>
              <w:t>Eagan Hockey Volunteering</w:t>
            </w:r>
          </w:p>
        </w:tc>
        <w:tc>
          <w:tcPr>
            <w:tcW w:w="4248" w:type="dxa"/>
            <w:tcBorders>
              <w:top w:val="single" w:sz="6" w:space="0" w:color="00843D"/>
              <w:left w:val="single" w:sz="6" w:space="0" w:color="00843D"/>
              <w:bottom w:val="single" w:sz="6" w:space="0" w:color="00843D"/>
              <w:right w:val="single" w:sz="6" w:space="0" w:color="00843D"/>
            </w:tcBorders>
            <w:shd w:val="clear" w:color="auto" w:fill="00843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9F4FF8" w14:textId="77777777" w:rsidR="001F5519" w:rsidRPr="00ED1744" w:rsidRDefault="00E13097">
            <w:pPr>
              <w:jc w:val="right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FFFFFF"/>
                <w:sz w:val="16"/>
              </w:rPr>
              <w:t>Quick start | Page 1 of 2</w:t>
            </w:r>
          </w:p>
        </w:tc>
      </w:tr>
    </w:tbl>
    <w:p w14:paraId="672A6659" w14:textId="77777777" w:rsidR="001F5519" w:rsidRPr="00ED1744" w:rsidRDefault="001F5519">
      <w:pPr>
        <w:spacing w:after="0"/>
        <w:rPr>
          <w:rFonts w:ascii="Arial" w:hAnsi="Arial" w:cs="Arial"/>
        </w:rPr>
      </w:pPr>
    </w:p>
    <w:p w14:paraId="3943FADC" w14:textId="77777777" w:rsidR="001F5519" w:rsidRPr="00ED1744" w:rsidRDefault="00E13097">
      <w:pPr>
        <w:spacing w:after="80"/>
        <w:rPr>
          <w:rFonts w:ascii="Arial" w:hAnsi="Arial" w:cs="Arial"/>
        </w:rPr>
      </w:pPr>
      <w:r w:rsidRPr="00ED1744">
        <w:rPr>
          <w:rFonts w:ascii="Arial" w:hAnsi="Arial" w:cs="Arial"/>
          <w:b/>
          <w:color w:val="17324D"/>
          <w:sz w:val="48"/>
        </w:rPr>
        <w:t>Volunteer Sign-Up Instructions</w:t>
      </w:r>
    </w:p>
    <w:p w14:paraId="7BE0072E" w14:textId="55D5BBD3" w:rsidR="001F5519" w:rsidRPr="00ED1744" w:rsidRDefault="00E13097">
      <w:pPr>
        <w:spacing w:after="180"/>
        <w:rPr>
          <w:rFonts w:ascii="Arial" w:hAnsi="Arial" w:cs="Arial"/>
        </w:rPr>
      </w:pPr>
      <w:r w:rsidRPr="00ED1744">
        <w:rPr>
          <w:rFonts w:ascii="Arial" w:hAnsi="Arial" w:cs="Arial"/>
          <w:sz w:val="21"/>
        </w:rPr>
        <w:t xml:space="preserve">Use the </w:t>
      </w:r>
      <w:hyperlink r:id="rId6" w:history="1">
        <w:r w:rsidRPr="00ED1744">
          <w:rPr>
            <w:rStyle w:val="Hyperlink"/>
            <w:rFonts w:ascii="Arial" w:hAnsi="Arial" w:cs="Arial"/>
            <w:sz w:val="21"/>
          </w:rPr>
          <w:t>Eagan Hockey site</w:t>
        </w:r>
      </w:hyperlink>
      <w:r w:rsidRPr="00ED1744">
        <w:rPr>
          <w:rFonts w:ascii="Arial" w:hAnsi="Arial" w:cs="Arial"/>
          <w:sz w:val="21"/>
        </w:rPr>
        <w:t xml:space="preserve"> to access your dashboard</w:t>
      </w:r>
      <w:r w:rsidR="00ED1744">
        <w:rPr>
          <w:rFonts w:ascii="Arial" w:hAnsi="Arial" w:cs="Arial"/>
          <w:sz w:val="21"/>
        </w:rPr>
        <w:t xml:space="preserve"> and sign up for available sessions</w:t>
      </w:r>
      <w:r w:rsidRPr="00ED1744">
        <w:rPr>
          <w:rFonts w:ascii="Arial" w:hAnsi="Arial" w:cs="Arial"/>
          <w:sz w:val="21"/>
        </w:rPr>
        <w:t>.</w:t>
      </w:r>
    </w:p>
    <w:tbl>
      <w:tblPr>
        <w:tblW w:w="7272" w:type="dxa"/>
        <w:tblLook w:val="04A0" w:firstRow="1" w:lastRow="0" w:firstColumn="1" w:lastColumn="0" w:noHBand="0" w:noVBand="1"/>
      </w:tblPr>
      <w:tblGrid>
        <w:gridCol w:w="7272"/>
      </w:tblGrid>
      <w:tr w:rsidR="001F5519" w:rsidRPr="00ED1744" w14:paraId="2B2B7052" w14:textId="77777777" w:rsidTr="68F7A39F">
        <w:trPr>
          <w:trHeight w:val="300"/>
        </w:trPr>
        <w:tc>
          <w:tcPr>
            <w:tcW w:w="7272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E8F5EE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FC37434" w14:textId="77777777" w:rsidR="001F5519" w:rsidRPr="00ED1744" w:rsidRDefault="00E13097">
            <w:pPr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00843D"/>
              </w:rPr>
              <w:t xml:space="preserve">Important: </w:t>
            </w:r>
            <w:r w:rsidRPr="00ED1744">
              <w:rPr>
                <w:rFonts w:ascii="Arial" w:hAnsi="Arial" w:cs="Arial"/>
              </w:rPr>
              <w:t xml:space="preserve">Go to </w:t>
            </w:r>
            <w:hyperlink r:id="rId7">
              <w:r w:rsidRPr="00ED1744">
                <w:rPr>
                  <w:rFonts w:ascii="Arial" w:hAnsi="Arial" w:cs="Arial"/>
                  <w:b/>
                  <w:color w:val="00843D"/>
                  <w:u w:val="single"/>
                </w:rPr>
                <w:t>eaganhockey.com</w:t>
              </w:r>
            </w:hyperlink>
            <w:r w:rsidRPr="00ED1744">
              <w:rPr>
                <w:rFonts w:ascii="Arial" w:hAnsi="Arial" w:cs="Arial"/>
              </w:rPr>
              <w:t>. Do not go to the CrossBar website.</w:t>
            </w:r>
          </w:p>
        </w:tc>
      </w:tr>
    </w:tbl>
    <w:p w14:paraId="0A37501D" w14:textId="77777777" w:rsidR="001F5519" w:rsidRPr="00ED1744" w:rsidRDefault="001F5519">
      <w:pPr>
        <w:spacing w:after="0"/>
        <w:rPr>
          <w:rFonts w:ascii="Arial" w:hAnsi="Arial" w:cs="Arial"/>
        </w:rPr>
      </w:pPr>
    </w:p>
    <w:tbl>
      <w:tblPr>
        <w:tblW w:w="14544" w:type="dxa"/>
        <w:tblLook w:val="04A0" w:firstRow="1" w:lastRow="0" w:firstColumn="1" w:lastColumn="0" w:noHBand="0" w:noVBand="1"/>
      </w:tblPr>
      <w:tblGrid>
        <w:gridCol w:w="7200"/>
        <w:gridCol w:w="7344"/>
      </w:tblGrid>
      <w:tr w:rsidR="001F5519" w:rsidRPr="00ED1744" w14:paraId="22EBE239" w14:textId="77777777" w:rsidTr="00ED1744">
        <w:trPr>
          <w:trHeight w:val="7197"/>
        </w:trPr>
        <w:tc>
          <w:tcPr>
            <w:tcW w:w="7200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FFFFFF" w:themeFill="background1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22067F35" w14:textId="77777777" w:rsidR="001F5519" w:rsidRPr="00ED1744" w:rsidRDefault="00E13097">
            <w:pPr>
              <w:spacing w:after="4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00843D"/>
                <w:sz w:val="16"/>
              </w:rPr>
              <w:t>STEP 1</w:t>
            </w:r>
          </w:p>
          <w:p w14:paraId="5FF0ABB9" w14:textId="77777777" w:rsidR="001F5519" w:rsidRPr="00ED1744" w:rsidRDefault="00E13097">
            <w:pPr>
              <w:spacing w:after="8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17324D"/>
                <w:sz w:val="26"/>
              </w:rPr>
              <w:t>Open the Dashboard</w:t>
            </w:r>
          </w:p>
          <w:p w14:paraId="08804260" w14:textId="237F9552" w:rsidR="001F5519" w:rsidRPr="00ED1744" w:rsidRDefault="68F7A39F">
            <w:pPr>
              <w:spacing w:after="120" w:line="252" w:lineRule="auto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sz w:val="18"/>
                <w:szCs w:val="18"/>
              </w:rPr>
              <w:t xml:space="preserve">From </w:t>
            </w:r>
            <w:r w:rsidRPr="00ED1744">
              <w:rPr>
                <w:rFonts w:ascii="Arial" w:hAnsi="Arial" w:cs="Arial"/>
                <w:b/>
                <w:bCs/>
                <w:sz w:val="18"/>
                <w:szCs w:val="18"/>
              </w:rPr>
              <w:t>eaganhockey.com</w:t>
            </w:r>
            <w:r w:rsidRPr="00ED1744">
              <w:rPr>
                <w:rFonts w:ascii="Arial" w:hAnsi="Arial" w:cs="Arial"/>
                <w:sz w:val="18"/>
                <w:szCs w:val="18"/>
              </w:rPr>
              <w:t xml:space="preserve">, click the </w:t>
            </w:r>
            <w:hyperlink r:id="rId8">
              <w:r w:rsidRPr="00ED1744">
                <w:rPr>
                  <w:rStyle w:val="Hyperlink"/>
                  <w:rFonts w:ascii="Arial" w:hAnsi="Arial" w:cs="Arial"/>
                </w:rPr>
                <w:t>Dashboard link</w:t>
              </w:r>
            </w:hyperlink>
            <w:r w:rsidRPr="00ED1744">
              <w:rPr>
                <w:rFonts w:ascii="Arial" w:hAnsi="Arial" w:cs="Arial"/>
                <w:sz w:val="18"/>
                <w:szCs w:val="18"/>
              </w:rPr>
              <w:t xml:space="preserve"> at the top of the page.</w:t>
            </w:r>
          </w:p>
          <w:p w14:paraId="67DF7A97" w14:textId="77777777" w:rsidR="001F5519" w:rsidRDefault="007431CF">
            <w:pPr>
              <w:jc w:val="center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D4160A" wp14:editId="6A29C4A0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140823</wp:posOffset>
                      </wp:positionV>
                      <wp:extent cx="648182" cy="196770"/>
                      <wp:effectExtent l="12700" t="12700" r="12700" b="17780"/>
                      <wp:wrapNone/>
                      <wp:docPr id="141478495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182" cy="196770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8666BA" w14:textId="77777777" w:rsidR="007431CF" w:rsidRPr="007431CF" w:rsidRDefault="007431CF" w:rsidP="007431CF">
                                  <w:pPr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D416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0.2pt;margin-top:11.1pt;width:51.05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" filled="f" strokecolor="#c0504d [3205]" strokeweight="2pt">
                      <v:textbox>
                        <w:txbxContent>
                          <w:p w14:paraId="3F8666BA" w14:textId="77777777" w:rsidR="007431CF" w:rsidRPr="007431CF" w:rsidRDefault="007431CF" w:rsidP="007431CF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3097" w:rsidRPr="00ED1744">
              <w:rPr>
                <w:rFonts w:ascii="Arial" w:hAnsi="Arial" w:cs="Arial"/>
                <w:noProof/>
              </w:rPr>
              <w:drawing>
                <wp:inline distT="0" distB="0" distL="0" distR="0" wp14:anchorId="2E724A61" wp14:editId="07777777">
                  <wp:extent cx="4224528" cy="1148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528" cy="114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6E2A5" w14:textId="508E531F" w:rsidR="00ED1744" w:rsidRDefault="00ED1744" w:rsidP="00ED17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on mobile, look for the three lines to the left of the logo for the drop-down menu; select </w:t>
            </w:r>
            <w:r w:rsidRPr="00ED1744">
              <w:rPr>
                <w:rFonts w:ascii="Arial" w:hAnsi="Arial" w:cs="Arial"/>
                <w:b/>
                <w:bCs/>
              </w:rPr>
              <w:t>Dashboard</w:t>
            </w:r>
            <w:r>
              <w:rPr>
                <w:rFonts w:ascii="Arial" w:hAnsi="Arial" w:cs="Arial"/>
              </w:rPr>
              <w:t>.</w:t>
            </w:r>
          </w:p>
          <w:p w14:paraId="5DAB6C7B" w14:textId="1A0DF759" w:rsidR="00ED1744" w:rsidRPr="00ED1744" w:rsidRDefault="00ED1744" w:rsidP="00ED1744">
            <w:pPr>
              <w:jc w:val="center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92ED40" wp14:editId="4114850E">
                      <wp:simplePos x="0" y="0"/>
                      <wp:positionH relativeFrom="column">
                        <wp:posOffset>1553845</wp:posOffset>
                      </wp:positionH>
                      <wp:positionV relativeFrom="paragraph">
                        <wp:posOffset>266065</wp:posOffset>
                      </wp:positionV>
                      <wp:extent cx="451485" cy="198755"/>
                      <wp:effectExtent l="12700" t="12700" r="18415" b="17145"/>
                      <wp:wrapNone/>
                      <wp:docPr id="167276644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485" cy="19875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F7C96C" w14:textId="77777777" w:rsidR="00ED1744" w:rsidRDefault="00ED1744" w:rsidP="00ED17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92ED40" id="Text Box 2" o:spid="_x0000_s1027" type="#_x0000_t202" style="position:absolute;left:0;text-align:left;margin-left:122.35pt;margin-top:20.95pt;width:35.55pt;height:15.6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" filled="f" strokecolor="#c0504d [3205]" strokeweight="2pt">
                      <v:textbox>
                        <w:txbxContent>
                          <w:p w14:paraId="77F7C96C" w14:textId="77777777" w:rsidR="00ED1744" w:rsidRDefault="00ED1744" w:rsidP="00ED1744"/>
                        </w:txbxContent>
                      </v:textbox>
                    </v:shape>
                  </w:pict>
                </mc:Fallback>
              </mc:AlternateContent>
            </w:r>
            <w:r w:rsidRPr="00ED17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F84A0C" wp14:editId="13969C2B">
                      <wp:simplePos x="0" y="0"/>
                      <wp:positionH relativeFrom="column">
                        <wp:posOffset>1551354</wp:posOffset>
                      </wp:positionH>
                      <wp:positionV relativeFrom="paragraph">
                        <wp:posOffset>673735</wp:posOffset>
                      </wp:positionV>
                      <wp:extent cx="507804" cy="127977"/>
                      <wp:effectExtent l="12700" t="12700" r="13335" b="12065"/>
                      <wp:wrapNone/>
                      <wp:docPr id="201744450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804" cy="127977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353CC" w14:textId="77777777" w:rsidR="00ED1744" w:rsidRDefault="00ED1744" w:rsidP="00ED17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84A0C" id="_x0000_s1028" type="#_x0000_t202" style="position:absolute;left:0;text-align:left;margin-left:122.15pt;margin-top:53.05pt;width:40pt;height:1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" filled="f" strokecolor="#c0504d [3205]" strokeweight="2pt">
                      <v:textbox>
                        <w:txbxContent>
                          <w:p w14:paraId="7B1353CC" w14:textId="77777777" w:rsidR="00ED1744" w:rsidRDefault="00ED1744" w:rsidP="00ED174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12C06BA2" wp14:editId="3A97055F">
                  <wp:extent cx="1029712" cy="2236763"/>
                  <wp:effectExtent l="0" t="0" r="0" b="0"/>
                  <wp:docPr id="7713894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389429" name="Picture 7713894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072" cy="2250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3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FFFFFF" w:themeFill="background1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4D0517DB" w14:textId="77777777" w:rsidR="001F5519" w:rsidRPr="00ED1744" w:rsidRDefault="00E13097">
            <w:pPr>
              <w:spacing w:after="4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00843D"/>
                <w:sz w:val="16"/>
              </w:rPr>
              <w:t>STEP 2</w:t>
            </w:r>
          </w:p>
          <w:p w14:paraId="1BAE0946" w14:textId="622AC8C0" w:rsidR="001F5519" w:rsidRPr="00ED1744" w:rsidRDefault="00E13097">
            <w:pPr>
              <w:spacing w:after="8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17324D"/>
                <w:sz w:val="26"/>
              </w:rPr>
              <w:t xml:space="preserve">Go to </w:t>
            </w:r>
            <w:r w:rsidR="0047202E" w:rsidRPr="00ED1744">
              <w:rPr>
                <w:rFonts w:ascii="Arial" w:hAnsi="Arial" w:cs="Arial"/>
                <w:b/>
                <w:color w:val="17324D"/>
                <w:sz w:val="26"/>
              </w:rPr>
              <w:t xml:space="preserve">the </w:t>
            </w:r>
            <w:r w:rsidRPr="00ED1744">
              <w:rPr>
                <w:rFonts w:ascii="Arial" w:hAnsi="Arial" w:cs="Arial"/>
                <w:b/>
                <w:color w:val="17324D"/>
                <w:sz w:val="26"/>
              </w:rPr>
              <w:t>Volunteer</w:t>
            </w:r>
            <w:r w:rsidR="0047202E" w:rsidRPr="00ED1744">
              <w:rPr>
                <w:rFonts w:ascii="Arial" w:hAnsi="Arial" w:cs="Arial"/>
                <w:b/>
                <w:color w:val="17324D"/>
                <w:sz w:val="26"/>
              </w:rPr>
              <w:t xml:space="preserve"> tab</w:t>
            </w:r>
          </w:p>
          <w:p w14:paraId="05A3DF34" w14:textId="77777777" w:rsidR="001F5519" w:rsidRPr="00ED1744" w:rsidRDefault="68F7A39F">
            <w:pPr>
              <w:spacing w:after="120" w:line="252" w:lineRule="auto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sz w:val="18"/>
                <w:szCs w:val="18"/>
              </w:rPr>
              <w:t xml:space="preserve">When your Dashboard opens, select </w:t>
            </w:r>
            <w:hyperlink r:id="rId11">
              <w:r w:rsidRPr="00ED1744">
                <w:rPr>
                  <w:rStyle w:val="Hyperlink"/>
                  <w:rFonts w:ascii="Arial" w:hAnsi="Arial" w:cs="Arial"/>
                </w:rPr>
                <w:t>Volunteer</w:t>
              </w:r>
            </w:hyperlink>
            <w:r w:rsidRPr="00ED1744">
              <w:rPr>
                <w:rFonts w:ascii="Arial" w:hAnsi="Arial" w:cs="Arial"/>
                <w:sz w:val="18"/>
                <w:szCs w:val="18"/>
              </w:rPr>
              <w:t xml:space="preserve"> from the left-side menu.</w:t>
            </w:r>
          </w:p>
          <w:p w14:paraId="02EB378F" w14:textId="2674BE4A" w:rsidR="001F5519" w:rsidRPr="00ED1744" w:rsidRDefault="007431CF">
            <w:pPr>
              <w:jc w:val="center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B4F0F3" wp14:editId="7C2619CD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2385109</wp:posOffset>
                      </wp:positionV>
                      <wp:extent cx="696460" cy="198988"/>
                      <wp:effectExtent l="12700" t="12700" r="15240" b="17145"/>
                      <wp:wrapNone/>
                      <wp:docPr id="156776987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6460" cy="198988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FD759A" w14:textId="77777777" w:rsidR="007431CF" w:rsidRDefault="007431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B4F0F3" id="_x0000_s1029" type="#_x0000_t202" style="position:absolute;left:0;text-align:left;margin-left:13.9pt;margin-top:187.8pt;width:54.85pt;height:1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" filled="f" strokecolor="#c0504d [3205]" strokeweight="2pt">
                      <v:textbox>
                        <w:txbxContent>
                          <w:p w14:paraId="45FD759A" w14:textId="77777777" w:rsidR="007431CF" w:rsidRDefault="007431CF"/>
                        </w:txbxContent>
                      </v:textbox>
                    </v:shape>
                  </w:pict>
                </mc:Fallback>
              </mc:AlternateContent>
            </w:r>
            <w:r w:rsidR="00E13097" w:rsidRPr="00ED1744">
              <w:rPr>
                <w:rFonts w:ascii="Arial" w:hAnsi="Arial" w:cs="Arial"/>
                <w:noProof/>
              </w:rPr>
              <w:drawing>
                <wp:inline distT="0" distB="0" distL="0" distR="0" wp14:anchorId="48D81F65" wp14:editId="07777777">
                  <wp:extent cx="4224528" cy="278903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528" cy="278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57ABC" w14:textId="77777777" w:rsidR="00ED1744" w:rsidRPr="00ED1744" w:rsidRDefault="00E13097">
      <w:pPr>
        <w:rPr>
          <w:rFonts w:ascii="Arial" w:hAnsi="Arial" w:cs="Arial"/>
        </w:rPr>
      </w:pPr>
      <w:r w:rsidRPr="00ED1744">
        <w:rPr>
          <w:rFonts w:ascii="Arial" w:hAnsi="Arial" w:cs="Arial"/>
        </w:rPr>
        <w:lastRenderedPageBreak/>
        <w:br w:type="page"/>
      </w:r>
    </w:p>
    <w:tbl>
      <w:tblPr>
        <w:tblW w:w="14544" w:type="dxa"/>
        <w:tblLook w:val="04A0" w:firstRow="1" w:lastRow="0" w:firstColumn="1" w:lastColumn="0" w:noHBand="0" w:noVBand="1"/>
      </w:tblPr>
      <w:tblGrid>
        <w:gridCol w:w="10296"/>
        <w:gridCol w:w="4248"/>
      </w:tblGrid>
      <w:tr w:rsidR="00ED1744" w:rsidRPr="00ED1744" w14:paraId="2C88A9C4" w14:textId="77777777" w:rsidTr="003D59EA">
        <w:tc>
          <w:tcPr>
            <w:tcW w:w="10296" w:type="dxa"/>
            <w:tcBorders>
              <w:top w:val="single" w:sz="6" w:space="0" w:color="00843D"/>
              <w:left w:val="single" w:sz="6" w:space="0" w:color="00843D"/>
              <w:bottom w:val="single" w:sz="6" w:space="0" w:color="00843D"/>
              <w:right w:val="single" w:sz="6" w:space="0" w:color="00843D"/>
            </w:tcBorders>
            <w:shd w:val="clear" w:color="auto" w:fill="00843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B32D079" w14:textId="77777777" w:rsidR="00ED1744" w:rsidRPr="00ED1744" w:rsidRDefault="00ED1744" w:rsidP="003D59EA">
            <w:pPr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FFFFFF"/>
                <w:sz w:val="20"/>
              </w:rPr>
              <w:lastRenderedPageBreak/>
              <w:t>Eagan Hockey Volunteering</w:t>
            </w:r>
          </w:p>
        </w:tc>
        <w:tc>
          <w:tcPr>
            <w:tcW w:w="4248" w:type="dxa"/>
            <w:tcBorders>
              <w:top w:val="single" w:sz="6" w:space="0" w:color="00843D"/>
              <w:left w:val="single" w:sz="6" w:space="0" w:color="00843D"/>
              <w:bottom w:val="single" w:sz="6" w:space="0" w:color="00843D"/>
              <w:right w:val="single" w:sz="6" w:space="0" w:color="00843D"/>
            </w:tcBorders>
            <w:shd w:val="clear" w:color="auto" w:fill="00843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7487C0" w14:textId="77777777" w:rsidR="00ED1744" w:rsidRPr="00ED1744" w:rsidRDefault="00ED1744" w:rsidP="003D59EA">
            <w:pPr>
              <w:jc w:val="right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FFFFFF"/>
                <w:sz w:val="16"/>
              </w:rPr>
              <w:t>Sign-up steps | Page 2 of 3</w:t>
            </w:r>
          </w:p>
        </w:tc>
      </w:tr>
    </w:tbl>
    <w:p w14:paraId="11E595F4" w14:textId="77777777" w:rsidR="00ED1744" w:rsidRPr="00ED1744" w:rsidRDefault="00ED1744" w:rsidP="00ED1744">
      <w:pPr>
        <w:spacing w:after="0"/>
        <w:rPr>
          <w:rFonts w:ascii="Arial" w:hAnsi="Arial" w:cs="Arial"/>
        </w:rPr>
      </w:pPr>
    </w:p>
    <w:p w14:paraId="2FB66BA3" w14:textId="77777777" w:rsidR="00ED1744" w:rsidRPr="00ED1744" w:rsidRDefault="00ED1744" w:rsidP="00ED1744">
      <w:pPr>
        <w:spacing w:after="80"/>
        <w:rPr>
          <w:rFonts w:ascii="Arial" w:hAnsi="Arial" w:cs="Arial"/>
        </w:rPr>
      </w:pPr>
      <w:r w:rsidRPr="00ED1744">
        <w:rPr>
          <w:rFonts w:ascii="Arial" w:hAnsi="Arial" w:cs="Arial"/>
          <w:b/>
          <w:color w:val="17324D"/>
          <w:sz w:val="42"/>
        </w:rPr>
        <w:t>Select a Volunteer Session</w:t>
      </w:r>
    </w:p>
    <w:p w14:paraId="044C1653" w14:textId="5C025316" w:rsidR="00ED1744" w:rsidRPr="00ED1744" w:rsidRDefault="00ED1744" w:rsidP="00ED1744">
      <w:pPr>
        <w:spacing w:after="160"/>
        <w:rPr>
          <w:rFonts w:ascii="Arial" w:hAnsi="Arial" w:cs="Arial"/>
        </w:rPr>
      </w:pPr>
      <w:r w:rsidRPr="00ED1744">
        <w:rPr>
          <w:rFonts w:ascii="Arial" w:hAnsi="Arial" w:cs="Arial"/>
          <w:sz w:val="20"/>
        </w:rPr>
        <w:t xml:space="preserve">Use the available session section to find </w:t>
      </w:r>
      <w:r>
        <w:rPr>
          <w:rFonts w:ascii="Arial" w:hAnsi="Arial" w:cs="Arial"/>
          <w:sz w:val="20"/>
        </w:rPr>
        <w:t>and sign up for open sessions</w:t>
      </w:r>
      <w:r w:rsidRPr="00ED1744">
        <w:rPr>
          <w:rFonts w:ascii="Arial" w:hAnsi="Arial" w:cs="Arial"/>
          <w:sz w:val="20"/>
        </w:rPr>
        <w:t>.</w:t>
      </w:r>
    </w:p>
    <w:tbl>
      <w:tblPr>
        <w:tblW w:w="14544" w:type="dxa"/>
        <w:tblLook w:val="04A0" w:firstRow="1" w:lastRow="0" w:firstColumn="1" w:lastColumn="0" w:noHBand="0" w:noVBand="1"/>
      </w:tblPr>
      <w:tblGrid>
        <w:gridCol w:w="7189"/>
        <w:gridCol w:w="7326"/>
        <w:gridCol w:w="29"/>
      </w:tblGrid>
      <w:tr w:rsidR="00ED1744" w:rsidRPr="00ED1744" w14:paraId="5D128E1B" w14:textId="77777777" w:rsidTr="003D59EA">
        <w:trPr>
          <w:gridAfter w:val="1"/>
          <w:wAfter w:w="29" w:type="dxa"/>
        </w:trPr>
        <w:tc>
          <w:tcPr>
            <w:tcW w:w="7189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FFFFFF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760113EA" w14:textId="77777777" w:rsidR="00ED1744" w:rsidRPr="00ED1744" w:rsidRDefault="00ED1744" w:rsidP="003D59EA">
            <w:pPr>
              <w:spacing w:after="4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00843D"/>
                <w:sz w:val="16"/>
              </w:rPr>
              <w:t>STEP 3</w:t>
            </w:r>
          </w:p>
          <w:p w14:paraId="2265E6D4" w14:textId="77777777" w:rsidR="00ED1744" w:rsidRPr="00ED1744" w:rsidRDefault="00ED1744" w:rsidP="003D59EA">
            <w:pPr>
              <w:spacing w:after="8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17324D"/>
                <w:sz w:val="26"/>
              </w:rPr>
              <w:t>Review available sessions</w:t>
            </w:r>
          </w:p>
          <w:p w14:paraId="3A551F5E" w14:textId="77777777" w:rsidR="00ED1744" w:rsidRPr="00ED1744" w:rsidRDefault="00ED1744" w:rsidP="003D59EA">
            <w:pPr>
              <w:spacing w:after="120" w:line="252" w:lineRule="auto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sz w:val="18"/>
              </w:rPr>
              <w:t xml:space="preserve">Available sessions will display in the Volunteer section. Click </w:t>
            </w:r>
            <w:r w:rsidRPr="00ED1744">
              <w:rPr>
                <w:rFonts w:ascii="Arial" w:hAnsi="Arial" w:cs="Arial"/>
                <w:b/>
                <w:bCs/>
                <w:sz w:val="18"/>
              </w:rPr>
              <w:t>More Information</w:t>
            </w:r>
            <w:r w:rsidRPr="00ED1744">
              <w:rPr>
                <w:rFonts w:ascii="Arial" w:hAnsi="Arial" w:cs="Arial"/>
                <w:sz w:val="18"/>
              </w:rPr>
              <w:t xml:space="preserve"> to view details and sign up.</w:t>
            </w:r>
          </w:p>
          <w:p w14:paraId="6EA13682" w14:textId="77777777" w:rsidR="00ED1744" w:rsidRPr="00ED1744" w:rsidRDefault="00ED1744" w:rsidP="003D59EA">
            <w:pPr>
              <w:jc w:val="center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C42B2F" wp14:editId="7AB96F88">
                      <wp:simplePos x="0" y="0"/>
                      <wp:positionH relativeFrom="column">
                        <wp:posOffset>2255325</wp:posOffset>
                      </wp:positionH>
                      <wp:positionV relativeFrom="paragraph">
                        <wp:posOffset>2519045</wp:posOffset>
                      </wp:positionV>
                      <wp:extent cx="696460" cy="198988"/>
                      <wp:effectExtent l="12700" t="12700" r="15240" b="17145"/>
                      <wp:wrapNone/>
                      <wp:docPr id="192227898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6460" cy="198988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225091" w14:textId="77777777" w:rsidR="00ED1744" w:rsidRDefault="00ED1744" w:rsidP="00ED17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C42B2F" id="_x0000_s1030" type="#_x0000_t202" style="position:absolute;left:0;text-align:left;margin-left:177.6pt;margin-top:198.35pt;width:54.85pt;height:15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" filled="f" strokecolor="#c0504d [3205]" strokeweight="2pt">
                      <v:textbox>
                        <w:txbxContent>
                          <w:p w14:paraId="70225091" w14:textId="77777777" w:rsidR="00ED1744" w:rsidRDefault="00ED1744" w:rsidP="00ED1744"/>
                        </w:txbxContent>
                      </v:textbox>
                    </v:shape>
                  </w:pict>
                </mc:Fallback>
              </mc:AlternateContent>
            </w:r>
            <w:r w:rsidRPr="00ED1744">
              <w:rPr>
                <w:rFonts w:ascii="Arial" w:hAnsi="Arial" w:cs="Arial"/>
                <w:noProof/>
              </w:rPr>
              <w:drawing>
                <wp:inline distT="0" distB="0" distL="0" distR="0" wp14:anchorId="36F89CDB" wp14:editId="7AA65F56">
                  <wp:extent cx="4224528" cy="27268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528" cy="27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FFFFFF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39B4FF81" w14:textId="77777777" w:rsidR="00ED1744" w:rsidRPr="00ED1744" w:rsidRDefault="00ED1744" w:rsidP="003D59EA">
            <w:pPr>
              <w:spacing w:after="4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00843D"/>
                <w:sz w:val="16"/>
              </w:rPr>
              <w:t>STEP 4</w:t>
            </w:r>
          </w:p>
          <w:p w14:paraId="6FBACF74" w14:textId="77777777" w:rsidR="00ED1744" w:rsidRPr="00ED1744" w:rsidRDefault="00ED1744" w:rsidP="003D59EA">
            <w:pPr>
              <w:spacing w:after="8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17324D"/>
                <w:sz w:val="26"/>
              </w:rPr>
              <w:t>Choose a session</w:t>
            </w:r>
          </w:p>
          <w:p w14:paraId="6CB57BF1" w14:textId="77777777" w:rsidR="00ED1744" w:rsidRPr="00ED1744" w:rsidRDefault="00ED1744" w:rsidP="003D59EA">
            <w:pPr>
              <w:spacing w:after="120" w:line="252" w:lineRule="auto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sz w:val="18"/>
              </w:rPr>
              <w:t xml:space="preserve">Click the </w:t>
            </w:r>
            <w:r w:rsidRPr="00ED1744">
              <w:rPr>
                <w:rFonts w:ascii="Arial" w:hAnsi="Arial" w:cs="Arial"/>
                <w:b/>
                <w:bCs/>
                <w:sz w:val="18"/>
              </w:rPr>
              <w:t>green plus sign</w:t>
            </w:r>
            <w:r w:rsidRPr="00ED1744">
              <w:rPr>
                <w:rFonts w:ascii="Arial" w:hAnsi="Arial" w:cs="Arial"/>
                <w:sz w:val="18"/>
              </w:rPr>
              <w:t>, then choose the person associated with your account who will complete the volunteer session.</w:t>
            </w:r>
          </w:p>
          <w:p w14:paraId="0960AE7C" w14:textId="77777777" w:rsidR="00ED1744" w:rsidRPr="00ED1744" w:rsidRDefault="00ED1744" w:rsidP="003D59EA">
            <w:pPr>
              <w:jc w:val="center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A46804" wp14:editId="4D37525F">
                      <wp:simplePos x="0" y="0"/>
                      <wp:positionH relativeFrom="column">
                        <wp:posOffset>2369332</wp:posOffset>
                      </wp:positionH>
                      <wp:positionV relativeFrom="paragraph">
                        <wp:posOffset>1606990</wp:posOffset>
                      </wp:positionV>
                      <wp:extent cx="696460" cy="451533"/>
                      <wp:effectExtent l="12700" t="12700" r="15240" b="18415"/>
                      <wp:wrapNone/>
                      <wp:docPr id="40812500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6460" cy="451533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79B572" w14:textId="77777777" w:rsidR="00ED1744" w:rsidRDefault="00ED1744" w:rsidP="00ED17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46804" id="_x0000_s1031" type="#_x0000_t202" style="position:absolute;left:0;text-align:left;margin-left:186.55pt;margin-top:126.55pt;width:54.85pt;height:35.5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" filled="f" strokecolor="#c0504d [3205]" strokeweight="2pt">
                      <v:textbox>
                        <w:txbxContent>
                          <w:p w14:paraId="6F79B572" w14:textId="77777777" w:rsidR="00ED1744" w:rsidRDefault="00ED1744" w:rsidP="00ED1744"/>
                        </w:txbxContent>
                      </v:textbox>
                    </v:shape>
                  </w:pict>
                </mc:Fallback>
              </mc:AlternateContent>
            </w:r>
            <w:r w:rsidRPr="00ED1744">
              <w:rPr>
                <w:rFonts w:ascii="Arial" w:hAnsi="Arial" w:cs="Arial"/>
                <w:noProof/>
              </w:rPr>
              <w:drawing>
                <wp:inline distT="0" distB="0" distL="0" distR="0" wp14:anchorId="5E5FD616" wp14:editId="1DA4E016">
                  <wp:extent cx="4224528" cy="252104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528" cy="2521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744" w:rsidRPr="00ED1744" w14:paraId="2DF2DB58" w14:textId="77777777" w:rsidTr="003D59EA">
        <w:trPr>
          <w:trHeight w:val="145"/>
        </w:trPr>
        <w:tc>
          <w:tcPr>
            <w:tcW w:w="14544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5F7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E29174" w14:textId="77777777" w:rsidR="00ED1744" w:rsidRPr="00ED1744" w:rsidRDefault="00ED1744" w:rsidP="003D59E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8D58E64" w14:textId="77777777" w:rsidR="00ED1744" w:rsidRPr="00ED1744" w:rsidRDefault="00ED1744" w:rsidP="00ED1744">
      <w:pPr>
        <w:spacing w:after="80"/>
        <w:rPr>
          <w:rFonts w:ascii="Arial" w:hAnsi="Arial" w:cs="Arial"/>
          <w:b/>
          <w:color w:val="17324D"/>
          <w:sz w:val="42"/>
        </w:rPr>
      </w:pPr>
    </w:p>
    <w:p w14:paraId="13C480DA" w14:textId="77777777" w:rsidR="00ED1744" w:rsidRPr="00ED1744" w:rsidRDefault="00ED1744" w:rsidP="00ED1744">
      <w:pPr>
        <w:spacing w:after="80"/>
        <w:rPr>
          <w:rFonts w:ascii="Arial" w:hAnsi="Arial" w:cs="Arial"/>
          <w:b/>
          <w:color w:val="17324D"/>
          <w:sz w:val="42"/>
        </w:rPr>
      </w:pPr>
    </w:p>
    <w:p w14:paraId="748FDB99" w14:textId="77777777" w:rsidR="00ED1744" w:rsidRPr="00ED1744" w:rsidRDefault="00ED1744" w:rsidP="00ED1744">
      <w:pPr>
        <w:spacing w:after="80"/>
        <w:rPr>
          <w:rFonts w:ascii="Arial" w:hAnsi="Arial" w:cs="Arial"/>
          <w:b/>
          <w:color w:val="17324D"/>
          <w:sz w:val="42"/>
        </w:rPr>
      </w:pPr>
    </w:p>
    <w:tbl>
      <w:tblPr>
        <w:tblW w:w="14544" w:type="dxa"/>
        <w:tblLook w:val="04A0" w:firstRow="1" w:lastRow="0" w:firstColumn="1" w:lastColumn="0" w:noHBand="0" w:noVBand="1"/>
      </w:tblPr>
      <w:tblGrid>
        <w:gridCol w:w="10296"/>
        <w:gridCol w:w="4248"/>
      </w:tblGrid>
      <w:tr w:rsidR="00ED1744" w:rsidRPr="00ED1744" w14:paraId="1380FC85" w14:textId="77777777" w:rsidTr="003D59EA">
        <w:tc>
          <w:tcPr>
            <w:tcW w:w="10296" w:type="dxa"/>
            <w:tcBorders>
              <w:top w:val="single" w:sz="6" w:space="0" w:color="00843D"/>
              <w:left w:val="single" w:sz="6" w:space="0" w:color="00843D"/>
              <w:bottom w:val="single" w:sz="6" w:space="0" w:color="00843D"/>
              <w:right w:val="single" w:sz="6" w:space="0" w:color="00843D"/>
            </w:tcBorders>
            <w:shd w:val="clear" w:color="auto" w:fill="00843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E86375" w14:textId="77777777" w:rsidR="00ED1744" w:rsidRPr="00ED1744" w:rsidRDefault="00ED1744" w:rsidP="003D59EA">
            <w:pPr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FFFFFF"/>
                <w:sz w:val="20"/>
              </w:rPr>
              <w:lastRenderedPageBreak/>
              <w:t>Eagan Hockey Volunteering</w:t>
            </w:r>
          </w:p>
        </w:tc>
        <w:tc>
          <w:tcPr>
            <w:tcW w:w="4248" w:type="dxa"/>
            <w:tcBorders>
              <w:top w:val="single" w:sz="6" w:space="0" w:color="00843D"/>
              <w:left w:val="single" w:sz="6" w:space="0" w:color="00843D"/>
              <w:bottom w:val="single" w:sz="6" w:space="0" w:color="00843D"/>
              <w:right w:val="single" w:sz="6" w:space="0" w:color="00843D"/>
            </w:tcBorders>
            <w:shd w:val="clear" w:color="auto" w:fill="00843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3C687A" w14:textId="77777777" w:rsidR="00ED1744" w:rsidRPr="00ED1744" w:rsidRDefault="00ED1744" w:rsidP="003D59EA">
            <w:pPr>
              <w:jc w:val="right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FFFFFF"/>
                <w:sz w:val="16"/>
              </w:rPr>
              <w:t>Sign-up steps | Page 3 of 3</w:t>
            </w:r>
          </w:p>
        </w:tc>
      </w:tr>
    </w:tbl>
    <w:p w14:paraId="566438E1" w14:textId="77777777" w:rsidR="00ED1744" w:rsidRPr="00ED1744" w:rsidRDefault="00ED1744" w:rsidP="00ED1744">
      <w:pPr>
        <w:spacing w:after="80"/>
        <w:rPr>
          <w:rFonts w:ascii="Arial" w:hAnsi="Arial" w:cs="Arial"/>
          <w:b/>
          <w:color w:val="17324D"/>
          <w:sz w:val="24"/>
          <w:szCs w:val="24"/>
        </w:rPr>
      </w:pPr>
    </w:p>
    <w:p w14:paraId="5DE70347" w14:textId="77777777" w:rsidR="00ED1744" w:rsidRPr="00ED1744" w:rsidRDefault="00ED1744" w:rsidP="00ED1744">
      <w:pPr>
        <w:spacing w:after="80"/>
        <w:rPr>
          <w:rFonts w:ascii="Arial" w:hAnsi="Arial" w:cs="Arial"/>
        </w:rPr>
      </w:pPr>
      <w:r w:rsidRPr="00ED1744">
        <w:rPr>
          <w:rFonts w:ascii="Arial" w:hAnsi="Arial" w:cs="Arial"/>
          <w:b/>
          <w:color w:val="17324D"/>
          <w:sz w:val="42"/>
        </w:rPr>
        <w:t xml:space="preserve">Volunteering Completion </w:t>
      </w:r>
    </w:p>
    <w:p w14:paraId="02759815" w14:textId="258FEA89" w:rsidR="00ED1744" w:rsidRPr="00ED1744" w:rsidRDefault="00ED1744" w:rsidP="00ED1744">
      <w:pPr>
        <w:spacing w:after="160"/>
        <w:rPr>
          <w:rFonts w:ascii="Arial" w:hAnsi="Arial" w:cs="Arial"/>
        </w:rPr>
      </w:pPr>
      <w:r w:rsidRPr="00ED1744">
        <w:rPr>
          <w:rFonts w:ascii="Arial" w:hAnsi="Arial" w:cs="Arial"/>
          <w:sz w:val="20"/>
        </w:rPr>
        <w:t xml:space="preserve">After </w:t>
      </w:r>
      <w:r>
        <w:rPr>
          <w:rFonts w:ascii="Arial" w:hAnsi="Arial" w:cs="Arial"/>
          <w:sz w:val="20"/>
        </w:rPr>
        <w:t>completing your session, your</w:t>
      </w:r>
      <w:r w:rsidRPr="00ED174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balance </w:t>
      </w:r>
      <w:r w:rsidRPr="00ED1744">
        <w:rPr>
          <w:rFonts w:ascii="Arial" w:hAnsi="Arial" w:cs="Arial"/>
          <w:sz w:val="20"/>
        </w:rPr>
        <w:t>will display in your Account.</w:t>
      </w:r>
    </w:p>
    <w:tbl>
      <w:tblPr>
        <w:tblW w:w="14544" w:type="dxa"/>
        <w:tblLook w:val="04A0" w:firstRow="1" w:lastRow="0" w:firstColumn="1" w:lastColumn="0" w:noHBand="0" w:noVBand="1"/>
      </w:tblPr>
      <w:tblGrid>
        <w:gridCol w:w="7300"/>
        <w:gridCol w:w="7244"/>
      </w:tblGrid>
      <w:tr w:rsidR="00ED1744" w:rsidRPr="00ED1744" w14:paraId="664D690E" w14:textId="77777777" w:rsidTr="003D59EA">
        <w:tc>
          <w:tcPr>
            <w:tcW w:w="7189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FFFFFF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74581692" w14:textId="77777777" w:rsidR="00ED1744" w:rsidRPr="00ED1744" w:rsidRDefault="00ED1744" w:rsidP="003D59EA">
            <w:pPr>
              <w:spacing w:after="4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00843D"/>
                <w:sz w:val="16"/>
              </w:rPr>
              <w:t>STEP 5</w:t>
            </w:r>
          </w:p>
          <w:p w14:paraId="7266E10A" w14:textId="5BEFB849" w:rsidR="00ED1744" w:rsidRPr="00ED1744" w:rsidRDefault="00ED1744" w:rsidP="003D59EA">
            <w:pPr>
              <w:spacing w:after="80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b/>
                <w:color w:val="17324D"/>
                <w:sz w:val="26"/>
              </w:rPr>
              <w:t>View committed hours</w:t>
            </w:r>
          </w:p>
          <w:p w14:paraId="6FD43318" w14:textId="03A489FF" w:rsidR="00ED1744" w:rsidRPr="00ED1744" w:rsidRDefault="00ED1744" w:rsidP="003D59EA">
            <w:pPr>
              <w:spacing w:after="120" w:line="252" w:lineRule="auto"/>
              <w:rPr>
                <w:rFonts w:ascii="Arial" w:hAnsi="Arial" w:cs="Arial"/>
              </w:rPr>
            </w:pPr>
            <w:r w:rsidRPr="00ED1744">
              <w:rPr>
                <w:rFonts w:ascii="Arial" w:hAnsi="Arial" w:cs="Arial"/>
                <w:sz w:val="18"/>
              </w:rPr>
              <w:t xml:space="preserve">Go to </w:t>
            </w:r>
            <w:hyperlink r:id="rId15" w:history="1">
              <w:r w:rsidRPr="00ED1744">
                <w:rPr>
                  <w:rStyle w:val="Hyperlink"/>
                  <w:rFonts w:ascii="Arial" w:hAnsi="Arial" w:cs="Arial"/>
                  <w:sz w:val="18"/>
                </w:rPr>
                <w:t>your Account</w:t>
              </w:r>
            </w:hyperlink>
            <w:r w:rsidRPr="00ED1744">
              <w:rPr>
                <w:rFonts w:ascii="Arial" w:hAnsi="Arial" w:cs="Arial"/>
                <w:sz w:val="18"/>
              </w:rPr>
              <w:t xml:space="preserve">, then click into your </w:t>
            </w:r>
            <w:r w:rsidR="00E55932">
              <w:rPr>
                <w:rFonts w:ascii="Arial" w:hAnsi="Arial" w:cs="Arial"/>
                <w:sz w:val="18"/>
              </w:rPr>
              <w:t xml:space="preserve">player’s </w:t>
            </w:r>
            <w:r w:rsidRPr="00ED1744">
              <w:rPr>
                <w:rFonts w:ascii="Arial" w:hAnsi="Arial" w:cs="Arial"/>
                <w:sz w:val="18"/>
              </w:rPr>
              <w:t xml:space="preserve">profile. Committed and completed hours will show under </w:t>
            </w:r>
            <w:r w:rsidRPr="00ED1744">
              <w:rPr>
                <w:rFonts w:ascii="Arial" w:hAnsi="Arial" w:cs="Arial"/>
                <w:b/>
                <w:bCs/>
                <w:sz w:val="18"/>
              </w:rPr>
              <w:t>Volunteer Hours</w:t>
            </w:r>
            <w:r w:rsidRPr="00ED1744">
              <w:rPr>
                <w:rFonts w:ascii="Arial" w:hAnsi="Arial" w:cs="Arial"/>
                <w:sz w:val="18"/>
              </w:rPr>
              <w:t xml:space="preserve">. </w:t>
            </w:r>
            <w:r w:rsidRPr="00ED1744">
              <w:rPr>
                <w:rFonts w:ascii="Arial" w:hAnsi="Arial" w:cs="Arial"/>
                <w:noProof/>
              </w:rPr>
              <w:t xml:space="preserve"> </w:t>
            </w:r>
            <w:r w:rsidR="00E55932" w:rsidRPr="00E55932">
              <w:rPr>
                <w:rFonts w:ascii="Arial" w:hAnsi="Arial" w:cs="Arial"/>
                <w:noProof/>
              </w:rPr>
              <w:drawing>
                <wp:inline distT="0" distB="0" distL="0" distR="0" wp14:anchorId="33000597" wp14:editId="0378BC61">
                  <wp:extent cx="4455862" cy="1188720"/>
                  <wp:effectExtent l="0" t="0" r="1905" b="5080"/>
                  <wp:docPr id="1077321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32161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643" cy="1205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single" w:sz="6" w:space="0" w:color="D9E2EA"/>
              <w:left w:val="single" w:sz="6" w:space="0" w:color="D9E2EA"/>
              <w:bottom w:val="single" w:sz="6" w:space="0" w:color="D9E2EA"/>
              <w:right w:val="single" w:sz="6" w:space="0" w:color="D9E2EA"/>
            </w:tcBorders>
            <w:shd w:val="clear" w:color="auto" w:fill="FFFFFF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3AB9004D" w14:textId="77777777" w:rsidR="00ED1744" w:rsidRPr="00ED1744" w:rsidRDefault="00ED1744" w:rsidP="003D59E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05A809" w14:textId="624C33A0" w:rsidR="001F5519" w:rsidRPr="00ED1744" w:rsidRDefault="001F5519">
      <w:pPr>
        <w:rPr>
          <w:rFonts w:ascii="Arial" w:hAnsi="Arial" w:cs="Arial"/>
        </w:rPr>
      </w:pPr>
    </w:p>
    <w:p w14:paraId="00662612" w14:textId="2380BF4B" w:rsidR="00E13097" w:rsidRPr="00ED1744" w:rsidRDefault="00E13097">
      <w:pPr>
        <w:rPr>
          <w:rFonts w:ascii="Arial" w:hAnsi="Arial" w:cs="Arial"/>
        </w:rPr>
      </w:pPr>
    </w:p>
    <w:sectPr w:rsidR="00E13097" w:rsidRPr="00ED1744" w:rsidSect="00034616">
      <w:pgSz w:w="15840" w:h="12240" w:orient="landscape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2889621">
    <w:abstractNumId w:val="8"/>
  </w:num>
  <w:num w:numId="2" w16cid:durableId="64492901">
    <w:abstractNumId w:val="6"/>
  </w:num>
  <w:num w:numId="3" w16cid:durableId="942373843">
    <w:abstractNumId w:val="5"/>
  </w:num>
  <w:num w:numId="4" w16cid:durableId="1804157040">
    <w:abstractNumId w:val="4"/>
  </w:num>
  <w:num w:numId="5" w16cid:durableId="759832407">
    <w:abstractNumId w:val="7"/>
  </w:num>
  <w:num w:numId="6" w16cid:durableId="993681676">
    <w:abstractNumId w:val="3"/>
  </w:num>
  <w:num w:numId="7" w16cid:durableId="1609658209">
    <w:abstractNumId w:val="2"/>
  </w:num>
  <w:num w:numId="8" w16cid:durableId="1775856907">
    <w:abstractNumId w:val="1"/>
  </w:num>
  <w:num w:numId="9" w16cid:durableId="10947152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925"/>
    <w:rsid w:val="00034616"/>
    <w:rsid w:val="00057F17"/>
    <w:rsid w:val="0006063C"/>
    <w:rsid w:val="0015074B"/>
    <w:rsid w:val="001B3FA0"/>
    <w:rsid w:val="001F5519"/>
    <w:rsid w:val="0029639D"/>
    <w:rsid w:val="00326F90"/>
    <w:rsid w:val="00402F8D"/>
    <w:rsid w:val="0047202E"/>
    <w:rsid w:val="004E348D"/>
    <w:rsid w:val="007431CF"/>
    <w:rsid w:val="00932990"/>
    <w:rsid w:val="00A23F1E"/>
    <w:rsid w:val="00AA1D8D"/>
    <w:rsid w:val="00B3666A"/>
    <w:rsid w:val="00B47730"/>
    <w:rsid w:val="00CB0664"/>
    <w:rsid w:val="00CE6D39"/>
    <w:rsid w:val="00E13097"/>
    <w:rsid w:val="00E55932"/>
    <w:rsid w:val="00ED1744"/>
    <w:rsid w:val="00FC693F"/>
    <w:rsid w:val="4B443EEE"/>
    <w:rsid w:val="68F7A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672154E-7BF2-4019-9820-5C76431D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24374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2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24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68F7A39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ganhockey.com/dashboard/programs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eaganhockey.com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https://www.eaganhockey.com/" TargetMode="External"/><Relationship Id="rId11" Type="http://schemas.openxmlformats.org/officeDocument/2006/relationships/hyperlink" Target="https://www.eaganhockey.com/dashboard/volunte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aganhockey.com/dashboard/players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267</Words>
  <Characters>1341</Characters>
  <Application>Microsoft Office Word</Application>
  <DocSecurity>0</DocSecurity>
  <Lines>63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Eagan Hockey Volunteering - 2-Page Instructions</vt:lpstr>
    </vt:vector>
  </TitlesOfParts>
  <Manager/>
  <Company/>
  <LinksUpToDate>false</LinksUpToDate>
  <CharactersWithSpaces>1565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Eagan Hockey Volunteering - 2-Page Instructions</dc:title>
  <dc:subject>Cleaned two-page volunteer sign-up instructions</dc:subject>
  <dc:creator>Katie Nelson</dc:creator>
  <cp:keywords/>
  <dc:description>Created from EHA_Volunteering_Instructions.docx</dc:description>
  <cp:lastModifiedBy>Katie Deutsch Nelson</cp:lastModifiedBy>
  <cp:revision>2</cp:revision>
  <dcterms:created xsi:type="dcterms:W3CDTF">2026-07-25T00:27:00Z</dcterms:created>
  <dcterms:modified xsi:type="dcterms:W3CDTF">2026-07-25T00:27:00Z</dcterms:modified>
  <cp:category/>
</cp:coreProperties>
</file>