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48294" w14:textId="17CCE0F8" w:rsidR="00636B93" w:rsidRDefault="00811901">
      <w:pPr>
        <w:pStyle w:val="Heading1"/>
      </w:pPr>
      <w:r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7FDC6679" wp14:editId="0B3F86A4">
            <wp:simplePos x="0" y="0"/>
            <wp:positionH relativeFrom="column">
              <wp:posOffset>3268345</wp:posOffset>
            </wp:positionH>
            <wp:positionV relativeFrom="paragraph">
              <wp:posOffset>486229</wp:posOffset>
            </wp:positionV>
            <wp:extent cx="2714171" cy="2035628"/>
            <wp:effectExtent l="0" t="0" r="0" b="3175"/>
            <wp:wrapNone/>
            <wp:docPr id="694527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27437" name="Picture 6945274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4171" cy="2035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26A">
        <w:t>South Wood County Recreation Center</w:t>
      </w:r>
      <w:r w:rsidR="002E226A">
        <w:br/>
      </w:r>
      <w:r w:rsidR="00E074BE">
        <w:t xml:space="preserve">Banner </w:t>
      </w:r>
      <w:r w:rsidR="002E226A">
        <w:t>Sponsorship Contract</w:t>
      </w:r>
    </w:p>
    <w:p w14:paraId="2F92109A" w14:textId="28B47268" w:rsidR="00636B93" w:rsidRDefault="00636B93"/>
    <w:p w14:paraId="1193BD90" w14:textId="77777777" w:rsidR="00636B93" w:rsidRDefault="002E226A">
      <w:r>
        <w:t>Company/Organization: ________________________________</w:t>
      </w:r>
    </w:p>
    <w:p w14:paraId="6BDBFA14" w14:textId="08196F60" w:rsidR="00636B93" w:rsidRDefault="002E226A">
      <w:r>
        <w:t>Contact Name: _______________________________________</w:t>
      </w:r>
    </w:p>
    <w:p w14:paraId="7115B704" w14:textId="77777777" w:rsidR="00636B93" w:rsidRDefault="002E226A">
      <w:r>
        <w:t>Address: ____________________________________________</w:t>
      </w:r>
    </w:p>
    <w:p w14:paraId="691B0811" w14:textId="77777777" w:rsidR="00636B93" w:rsidRDefault="002E226A">
      <w:r>
        <w:t>City: __________________ State: ______ Zip: __________</w:t>
      </w:r>
    </w:p>
    <w:p w14:paraId="4D115881" w14:textId="6ACD9C32" w:rsidR="00636B93" w:rsidRDefault="002E226A">
      <w:proofErr w:type="gramStart"/>
      <w:r>
        <w:t>Phone: _</w:t>
      </w:r>
      <w:proofErr w:type="gramEnd"/>
      <w:r>
        <w:t>_________________ Email: ____________________</w:t>
      </w:r>
    </w:p>
    <w:p w14:paraId="2DF4D9A1" w14:textId="77777777" w:rsidR="006E6BED" w:rsidRDefault="006E6BED" w:rsidP="006E6BED">
      <w:pPr>
        <w:pStyle w:val="Heading2"/>
      </w:pPr>
      <w:r>
        <w:t>Terms &amp; Conditions</w:t>
      </w:r>
    </w:p>
    <w:p w14:paraId="254DB81A" w14:textId="77777777" w:rsidR="006E6BED" w:rsidRDefault="006E6BED" w:rsidP="006E6BED">
      <w:r>
        <w:t xml:space="preserve">All copy and content must be approved by the sponsor and SWCRC. Artwork must be supplied print-ready in a high-resolution format. Sponsorships are for a one-year term (July 1–June 30), subject to availability. Existing advertisers have first right of renewal. Sponsorships </w:t>
      </w:r>
      <w:proofErr w:type="gramStart"/>
      <w:r>
        <w:t>renew</w:t>
      </w:r>
      <w:proofErr w:type="gramEnd"/>
      <w:r>
        <w:t xml:space="preserve"> annually unless cancelled by the sponsor. Pricing is subject to change. No guarantee of business results is implied.</w:t>
      </w:r>
    </w:p>
    <w:p w14:paraId="0E50B59D" w14:textId="77777777" w:rsidR="00636B93" w:rsidRDefault="002E226A">
      <w:pPr>
        <w:pStyle w:val="Heading2"/>
      </w:pPr>
      <w:r>
        <w:t>Sponsorship Options</w:t>
      </w:r>
    </w:p>
    <w:p w14:paraId="2FA11CA7" w14:textId="2607697E" w:rsidR="006E6BED" w:rsidRDefault="006E6BED">
      <w:pPr>
        <w:sectPr w:rsidR="006E6BED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CADCF2C" w14:textId="62F1B455" w:rsidR="006E6BED" w:rsidRDefault="002E226A">
      <w:r>
        <w:t>☐</w:t>
      </w:r>
      <w:r>
        <w:t xml:space="preserve"> 70" x 40" Banner (Small/Single) - Annual $200 </w:t>
      </w:r>
    </w:p>
    <w:p w14:paraId="4953FC43" w14:textId="7854A396" w:rsidR="00636B93" w:rsidRDefault="006E6BED">
      <w:r>
        <w:t xml:space="preserve">☐ 70" x 40" </w:t>
      </w:r>
      <w:r w:rsidR="002E226A">
        <w:t>Initial Prod</w:t>
      </w:r>
      <w:r w:rsidR="002E226A">
        <w:t>u</w:t>
      </w:r>
      <w:r w:rsidR="002E226A">
        <w:t>ction $200</w:t>
      </w:r>
      <w:r w:rsidR="00B66F14">
        <w:t xml:space="preserve"> – First Year ONLY</w:t>
      </w:r>
    </w:p>
    <w:p w14:paraId="52D4F9A0" w14:textId="77777777" w:rsidR="006E6BED" w:rsidRDefault="006E6BED">
      <w:pPr>
        <w:sectPr w:rsidR="006E6BED" w:rsidSect="006E6B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76DBFCC9" w14:textId="77777777" w:rsidR="006E6BED" w:rsidRDefault="002E226A">
      <w:r>
        <w:t>☐</w:t>
      </w:r>
      <w:r>
        <w:t xml:space="preserve"> 130" x 40" Banner (Large/Double) - Annual $</w:t>
      </w:r>
      <w:proofErr w:type="gramStart"/>
      <w:r>
        <w:t>300 |</w:t>
      </w:r>
      <w:proofErr w:type="gramEnd"/>
    </w:p>
    <w:p w14:paraId="707DA5F9" w14:textId="29D4B477" w:rsidR="006E6BED" w:rsidRDefault="002E226A">
      <w:pPr>
        <w:sectPr w:rsidR="006E6BED" w:rsidSect="006E6B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>
        <w:t xml:space="preserve"> </w:t>
      </w:r>
      <w:r w:rsidR="006E6BED">
        <w:t xml:space="preserve">☐ 130" x 40" </w:t>
      </w:r>
      <w:r>
        <w:t>Initial Pro</w:t>
      </w:r>
      <w:r>
        <w:t>duction $250</w:t>
      </w:r>
      <w:r w:rsidR="006F1B00">
        <w:t xml:space="preserve"> First Year ONLY</w:t>
      </w:r>
    </w:p>
    <w:p w14:paraId="63DDC18C" w14:textId="77777777" w:rsidR="006E6BED" w:rsidRDefault="002E226A">
      <w:r>
        <w:t>☐</w:t>
      </w:r>
      <w:r>
        <w:t xml:space="preserve"> Primary Dasher Board (96" x 33") </w:t>
      </w:r>
      <w:r w:rsidR="006E6BED">
        <w:t>–</w:t>
      </w:r>
      <w:r>
        <w:t xml:space="preserve"> </w:t>
      </w:r>
      <w:r w:rsidR="006E6BED">
        <w:t>Annual $600</w:t>
      </w:r>
    </w:p>
    <w:p w14:paraId="73439F2F" w14:textId="71C3A59D" w:rsidR="00636B93" w:rsidRDefault="00636B93"/>
    <w:p w14:paraId="7B54F325" w14:textId="245B59BD" w:rsidR="006E6BED" w:rsidRDefault="006E6BED" w:rsidP="006E6BED">
      <w:r>
        <w:t xml:space="preserve">☐ Dasher Board (96" x 33") – </w:t>
      </w:r>
      <w:r w:rsidR="00EC46ED">
        <w:t>Initial Production</w:t>
      </w:r>
      <w:r>
        <w:t xml:space="preserve"> $</w:t>
      </w:r>
      <w:r w:rsidR="00E074BE">
        <w:t>420</w:t>
      </w:r>
      <w:r w:rsidR="006F1B00">
        <w:t xml:space="preserve"> First year ONLY</w:t>
      </w:r>
    </w:p>
    <w:p w14:paraId="59A42BB1" w14:textId="77777777" w:rsidR="006E6BED" w:rsidRDefault="006E6BED"/>
    <w:p w14:paraId="0500D74B" w14:textId="77777777" w:rsidR="006E6BED" w:rsidRDefault="006E6BED">
      <w:pPr>
        <w:sectPr w:rsidR="006E6BED" w:rsidSect="006E6B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60F803E8" w14:textId="324681CC" w:rsidR="00EA01F4" w:rsidRPr="00811901" w:rsidRDefault="002E226A" w:rsidP="00EA01F4">
      <w:pPr>
        <w:widowControl w:val="0"/>
        <w:jc w:val="center"/>
        <w:rPr>
          <w:b/>
        </w:rPr>
      </w:pPr>
      <w:r>
        <w:t>Special Instructions / Artwork Notes:</w:t>
      </w:r>
      <w:r>
        <w:br/>
      </w:r>
      <w:r>
        <w:br/>
        <w:t>__________________________________________________________</w:t>
      </w:r>
      <w:r>
        <w:br/>
      </w:r>
      <w:r w:rsidR="00EA01F4" w:rsidRPr="00811901">
        <w:rPr>
          <w:b/>
        </w:rPr>
        <w:t xml:space="preserve">Banner options include full color digitally printed graphics, set-up and installation.  </w:t>
      </w:r>
    </w:p>
    <w:p w14:paraId="25BAC7C8" w14:textId="137E909B" w:rsidR="00EA01F4" w:rsidRPr="00811901" w:rsidRDefault="00EA01F4" w:rsidP="00EA01F4">
      <w:pPr>
        <w:widowControl w:val="0"/>
        <w:jc w:val="center"/>
        <w:rPr>
          <w:b/>
        </w:rPr>
      </w:pPr>
      <w:r w:rsidRPr="00811901">
        <w:rPr>
          <w:b/>
        </w:rPr>
        <w:t>Graphics Printed by Quality Plus Printing 3515 8</w:t>
      </w:r>
      <w:r w:rsidRPr="00811901">
        <w:rPr>
          <w:b/>
          <w:vertAlign w:val="superscript"/>
        </w:rPr>
        <w:t>th</w:t>
      </w:r>
      <w:r w:rsidRPr="00811901">
        <w:rPr>
          <w:b/>
        </w:rPr>
        <w:t xml:space="preserve"> Street South, Wis. Rapids, WI 715.423.7440</w:t>
      </w:r>
    </w:p>
    <w:p w14:paraId="098EF7BC" w14:textId="77777777" w:rsidR="00EA01F4" w:rsidRPr="00811901" w:rsidRDefault="00EA01F4" w:rsidP="00EA01F4">
      <w:pPr>
        <w:widowControl w:val="0"/>
        <w:jc w:val="center"/>
        <w:rPr>
          <w:b/>
        </w:rPr>
      </w:pPr>
      <w:r w:rsidRPr="00811901">
        <w:rPr>
          <w:b/>
        </w:rPr>
        <w:t>On board advertisements include full color digitally printed graphics, set up and installation.</w:t>
      </w:r>
    </w:p>
    <w:p w14:paraId="4CC2A3FD" w14:textId="1151CFA8" w:rsidR="00EA01F4" w:rsidRPr="00811901" w:rsidRDefault="00EA01F4" w:rsidP="00EA01F4">
      <w:pPr>
        <w:widowControl w:val="0"/>
        <w:jc w:val="center"/>
        <w:rPr>
          <w:b/>
        </w:rPr>
      </w:pPr>
      <w:r w:rsidRPr="00811901">
        <w:rPr>
          <w:b/>
        </w:rPr>
        <w:t>Ads On Boards produces advertisements on hockey dasher boards</w:t>
      </w:r>
    </w:p>
    <w:p w14:paraId="043EC37E" w14:textId="5B704CE3" w:rsidR="00636B93" w:rsidRDefault="002E226A">
      <w:r>
        <w:lastRenderedPageBreak/>
        <w:br/>
      </w:r>
      <w:r>
        <w:t>__________________________________________________________</w:t>
      </w:r>
    </w:p>
    <w:p w14:paraId="586C879E" w14:textId="7A1FFA69" w:rsidR="00EA01F4" w:rsidRDefault="00EA01F4" w:rsidP="00EA01F4">
      <w:r>
        <w:t xml:space="preserve">I approve all the details outlined in this agreement and will meet all the </w:t>
      </w:r>
      <w:proofErr w:type="gramStart"/>
      <w:r>
        <w:t>terms as</w:t>
      </w:r>
      <w:proofErr w:type="gramEnd"/>
      <w:r>
        <w:t xml:space="preserve"> stated.</w:t>
      </w:r>
    </w:p>
    <w:p w14:paraId="76C1F7B2" w14:textId="3FC73932" w:rsidR="00954E58" w:rsidRDefault="00954E58" w:rsidP="00EA01F4"/>
    <w:p w14:paraId="569B9C0D" w14:textId="0612B229" w:rsidR="00EA01F4" w:rsidRPr="00811901" w:rsidRDefault="00EA01F4" w:rsidP="00811901">
      <w:pPr>
        <w:spacing w:line="480" w:lineRule="auto"/>
        <w:rPr>
          <w:sz w:val="32"/>
          <w:szCs w:val="32"/>
        </w:rPr>
      </w:pPr>
      <w:r w:rsidRPr="00811901">
        <w:rPr>
          <w:sz w:val="32"/>
          <w:szCs w:val="32"/>
        </w:rPr>
        <w:t>Sponsor Signature: _______________________</w:t>
      </w:r>
      <w:proofErr w:type="gramStart"/>
      <w:r w:rsidRPr="00811901">
        <w:rPr>
          <w:sz w:val="32"/>
          <w:szCs w:val="32"/>
        </w:rPr>
        <w:t>_</w:t>
      </w:r>
      <w:r w:rsidRPr="00811901">
        <w:rPr>
          <w:sz w:val="32"/>
          <w:szCs w:val="32"/>
        </w:rPr>
        <w:tab/>
        <w:t xml:space="preserve"> Date</w:t>
      </w:r>
      <w:proofErr w:type="gramEnd"/>
      <w:r w:rsidRPr="00811901">
        <w:rPr>
          <w:sz w:val="32"/>
          <w:szCs w:val="32"/>
        </w:rPr>
        <w:t>: __________</w:t>
      </w:r>
    </w:p>
    <w:p w14:paraId="2ABE8EE4" w14:textId="4B7D7DAF" w:rsidR="00EA01F4" w:rsidRPr="00811901" w:rsidRDefault="00EA01F4" w:rsidP="00811901">
      <w:pPr>
        <w:spacing w:line="480" w:lineRule="auto"/>
        <w:rPr>
          <w:sz w:val="32"/>
          <w:szCs w:val="32"/>
        </w:rPr>
      </w:pPr>
      <w:r w:rsidRPr="00811901">
        <w:rPr>
          <w:sz w:val="32"/>
          <w:szCs w:val="32"/>
        </w:rPr>
        <w:t xml:space="preserve">SWCRC Manager: ____________________ </w:t>
      </w:r>
      <w:r w:rsidR="00811901">
        <w:rPr>
          <w:sz w:val="32"/>
          <w:szCs w:val="32"/>
        </w:rPr>
        <w:t>_____</w:t>
      </w:r>
      <w:r w:rsidRPr="00811901">
        <w:rPr>
          <w:sz w:val="32"/>
          <w:szCs w:val="32"/>
        </w:rPr>
        <w:tab/>
        <w:t xml:space="preserve"> Date: __________</w:t>
      </w:r>
    </w:p>
    <w:p w14:paraId="686D07D4" w14:textId="4D25CA3A" w:rsidR="00636B93" w:rsidRDefault="009819AA" w:rsidP="009819AA">
      <w:r>
        <w:rPr>
          <w:noProof/>
        </w:rPr>
        <w:drawing>
          <wp:anchor distT="0" distB="0" distL="114300" distR="114300" simplePos="0" relativeHeight="251662336" behindDoc="0" locked="0" layoutInCell="1" allowOverlap="1" wp14:anchorId="47EA3565" wp14:editId="56D5EF94">
            <wp:simplePos x="0" y="0"/>
            <wp:positionH relativeFrom="column">
              <wp:posOffset>1939834</wp:posOffset>
            </wp:positionH>
            <wp:positionV relativeFrom="paragraph">
              <wp:posOffset>38463</wp:posOffset>
            </wp:positionV>
            <wp:extent cx="1603828" cy="1490595"/>
            <wp:effectExtent l="0" t="0" r="0" b="0"/>
            <wp:wrapNone/>
            <wp:docPr id="13388518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51835" name="Picture 13388518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3828" cy="149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26A">
        <w:br/>
        <w:t>SWCRC</w:t>
      </w:r>
      <w:r w:rsidR="002E226A">
        <w:br/>
        <w:t>Attn: Jim Arnold</w:t>
      </w:r>
      <w:r w:rsidR="002E226A">
        <w:br/>
      </w:r>
      <w:r w:rsidR="002E226A">
        <w:t>2711 16th Street South</w:t>
      </w:r>
      <w:r w:rsidR="002E226A">
        <w:br/>
        <w:t>Wisconsin Rapids, WI 54494</w:t>
      </w:r>
      <w:r w:rsidR="002E226A">
        <w:br/>
        <w:t>715-421-3311</w:t>
      </w:r>
      <w:r w:rsidR="002E226A">
        <w:br/>
      </w:r>
      <w:hyperlink r:id="rId8" w:history="1">
        <w:r w:rsidR="00EA01F4" w:rsidRPr="007610CB">
          <w:rPr>
            <w:rStyle w:val="Hyperlink"/>
          </w:rPr>
          <w:t>www.swcrc.net</w:t>
        </w:r>
      </w:hyperlink>
    </w:p>
    <w:p w14:paraId="742F121E" w14:textId="2FF76C14" w:rsidR="00EA01F4" w:rsidRDefault="00EA01F4"/>
    <w:p w14:paraId="0066B5EE" w14:textId="6737B7AA" w:rsidR="007804A2" w:rsidRDefault="007804A2"/>
    <w:p w14:paraId="12C46159" w14:textId="5F8DF063" w:rsidR="007804A2" w:rsidRDefault="007804A2" w:rsidP="007804A2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2D74AC8" wp14:editId="3DDA74BD">
            <wp:simplePos x="0" y="0"/>
            <wp:positionH relativeFrom="margin">
              <wp:align>center</wp:align>
            </wp:positionH>
            <wp:positionV relativeFrom="paragraph">
              <wp:posOffset>119290</wp:posOffset>
            </wp:positionV>
            <wp:extent cx="6428232" cy="4572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232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451B" w14:textId="77777777" w:rsidR="007804A2" w:rsidRDefault="007804A2"/>
    <w:sectPr w:rsidR="007804A2" w:rsidSect="006E6BED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5976409">
    <w:abstractNumId w:val="8"/>
  </w:num>
  <w:num w:numId="2" w16cid:durableId="403916097">
    <w:abstractNumId w:val="6"/>
  </w:num>
  <w:num w:numId="3" w16cid:durableId="1923448360">
    <w:abstractNumId w:val="5"/>
  </w:num>
  <w:num w:numId="4" w16cid:durableId="135690060">
    <w:abstractNumId w:val="4"/>
  </w:num>
  <w:num w:numId="5" w16cid:durableId="665786939">
    <w:abstractNumId w:val="7"/>
  </w:num>
  <w:num w:numId="6" w16cid:durableId="1972978084">
    <w:abstractNumId w:val="3"/>
  </w:num>
  <w:num w:numId="7" w16cid:durableId="936401640">
    <w:abstractNumId w:val="2"/>
  </w:num>
  <w:num w:numId="8" w16cid:durableId="251203890">
    <w:abstractNumId w:val="1"/>
  </w:num>
  <w:num w:numId="9" w16cid:durableId="147071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711"/>
    <w:rsid w:val="0015074B"/>
    <w:rsid w:val="0029639D"/>
    <w:rsid w:val="00326F90"/>
    <w:rsid w:val="00636B93"/>
    <w:rsid w:val="006E6BED"/>
    <w:rsid w:val="006F1B00"/>
    <w:rsid w:val="007804A2"/>
    <w:rsid w:val="00811901"/>
    <w:rsid w:val="00954E58"/>
    <w:rsid w:val="009819AA"/>
    <w:rsid w:val="00AA1D8D"/>
    <w:rsid w:val="00B47730"/>
    <w:rsid w:val="00B66F14"/>
    <w:rsid w:val="00CB0664"/>
    <w:rsid w:val="00E074BE"/>
    <w:rsid w:val="00EA01F4"/>
    <w:rsid w:val="00EC46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42C32"/>
  <w14:defaultImageDpi w14:val="300"/>
  <w15:docId w15:val="{136CDA99-9139-49A2-AFE2-B2087942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A01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1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0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crc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1634</Characters>
  <Application>Microsoft Office Word</Application>
  <DocSecurity>0</DocSecurity>
  <Lines>54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Jim Arnold</cp:lastModifiedBy>
  <cp:revision>6</cp:revision>
  <dcterms:created xsi:type="dcterms:W3CDTF">2026-07-15T22:27:00Z</dcterms:created>
  <dcterms:modified xsi:type="dcterms:W3CDTF">2026-07-15T22:43:00Z</dcterms:modified>
  <cp:category/>
</cp:coreProperties>
</file>