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210F92" w14:textId="28B8DB09" w:rsidR="00745373" w:rsidRPr="00AE3202" w:rsidRDefault="001E3A52">
      <w:pPr>
        <w:pStyle w:val="Title"/>
        <w:jc w:val="center"/>
        <w:rPr>
          <w:rFonts w:ascii="Times New Roman" w:hAnsi="Times New Roman" w:cs="Times New Roman"/>
        </w:rPr>
      </w:pPr>
      <w:r>
        <w:rPr>
          <w:noProof/>
        </w:rPr>
        <w:drawing>
          <wp:inline distT="0" distB="0" distL="0" distR="0" wp14:anchorId="56B7AF4D" wp14:editId="178A1184">
            <wp:extent cx="5486400" cy="1345565"/>
            <wp:effectExtent l="0" t="0" r="0" b="0"/>
            <wp:docPr id="1752509657" name="Picture 1" descr="A blue and yellow sig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509657" name="Picture 1" descr="A blue and yellow sign with white text&#10;&#10;AI-generated content may be incorrect."/>
                    <pic:cNvPicPr/>
                  </pic:nvPicPr>
                  <pic:blipFill>
                    <a:blip r:embed="rId6"/>
                    <a:stretch>
                      <a:fillRect/>
                    </a:stretch>
                  </pic:blipFill>
                  <pic:spPr>
                    <a:xfrm>
                      <a:off x="0" y="0"/>
                      <a:ext cx="5486400" cy="1345565"/>
                    </a:xfrm>
                    <a:prstGeom prst="rect">
                      <a:avLst/>
                    </a:prstGeom>
                  </pic:spPr>
                </pic:pic>
              </a:graphicData>
            </a:graphic>
          </wp:inline>
        </w:drawing>
      </w:r>
      <w:r w:rsidR="00000000" w:rsidRPr="00AE3202">
        <w:rPr>
          <w:rFonts w:ascii="Times New Roman" w:hAnsi="Times New Roman" w:cs="Times New Roman"/>
        </w:rPr>
        <w:t>Webster Youth Hockey Association</w:t>
      </w:r>
      <w:r w:rsidR="00000000" w:rsidRPr="00AE3202">
        <w:rPr>
          <w:rFonts w:ascii="Times New Roman" w:hAnsi="Times New Roman" w:cs="Times New Roman"/>
        </w:rPr>
        <w:br/>
        <w:t>Team Manager Guide</w:t>
      </w:r>
    </w:p>
    <w:p w14:paraId="345F317A" w14:textId="746387DF" w:rsidR="00745373" w:rsidRPr="00AE3202" w:rsidRDefault="00000000">
      <w:pPr>
        <w:jc w:val="center"/>
        <w:rPr>
          <w:rFonts w:ascii="Times New Roman" w:hAnsi="Times New Roman" w:cs="Times New Roman"/>
        </w:rPr>
      </w:pPr>
      <w:r w:rsidRPr="00AE3202">
        <w:rPr>
          <w:rFonts w:ascii="Times New Roman" w:hAnsi="Times New Roman" w:cs="Times New Roman"/>
        </w:rPr>
        <w:t>A practical guide to helping your season run smoothly.</w:t>
      </w:r>
    </w:p>
    <w:p w14:paraId="52469301" w14:textId="77777777" w:rsidR="001E3A52" w:rsidRDefault="001E3A52" w:rsidP="00AE3202">
      <w:pPr>
        <w:pStyle w:val="NoSpacing"/>
        <w:rPr>
          <w:rFonts w:ascii="Times New Roman" w:hAnsi="Times New Roman" w:cs="Times New Roman"/>
          <w:b/>
          <w:bCs/>
          <w:color w:val="365F91" w:themeColor="accent1" w:themeShade="BF"/>
          <w:sz w:val="28"/>
          <w:szCs w:val="28"/>
        </w:rPr>
      </w:pPr>
      <w:r w:rsidRPr="00AE3202">
        <w:rPr>
          <w:rFonts w:ascii="Times New Roman" w:hAnsi="Times New Roman" w:cs="Times New Roman"/>
          <w:b/>
          <w:bCs/>
          <w:color w:val="365F91" w:themeColor="accent1" w:themeShade="BF"/>
          <w:sz w:val="28"/>
          <w:szCs w:val="28"/>
        </w:rPr>
        <w:t>Welcome</w:t>
      </w:r>
    </w:p>
    <w:p w14:paraId="2633CEC7" w14:textId="77777777" w:rsidR="00AE3202" w:rsidRPr="00AE3202" w:rsidRDefault="00AE3202" w:rsidP="00AE3202">
      <w:pPr>
        <w:pStyle w:val="NoSpacing"/>
        <w:rPr>
          <w:rFonts w:ascii="Times New Roman" w:hAnsi="Times New Roman" w:cs="Times New Roman"/>
          <w:b/>
          <w:bCs/>
          <w:sz w:val="28"/>
          <w:szCs w:val="28"/>
        </w:rPr>
      </w:pPr>
    </w:p>
    <w:p w14:paraId="78827390"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Welcome, and thank you for volunteering to serve as a Team Manager!</w:t>
      </w:r>
    </w:p>
    <w:p w14:paraId="3F985239"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Team Managers are one of the most important volunteer roles within Webster Youth Hockey Association. While coaches focus on developing players on the ice, Team Managers help ensure everything off the ice runs smoothly. From communication and scheduling to organization and game day support, your efforts play a significant role in creating a positive experience for our players, coaches, and families.</w:t>
      </w:r>
    </w:p>
    <w:p w14:paraId="519738BC" w14:textId="2C850940"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 xml:space="preserve">Whether this is your first </w:t>
      </w:r>
      <w:r w:rsidR="00AE3202" w:rsidRPr="00AE3202">
        <w:rPr>
          <w:rFonts w:ascii="Times New Roman" w:hAnsi="Times New Roman" w:cs="Times New Roman"/>
        </w:rPr>
        <w:t>season,</w:t>
      </w:r>
      <w:r w:rsidRPr="00AE3202">
        <w:rPr>
          <w:rFonts w:ascii="Times New Roman" w:hAnsi="Times New Roman" w:cs="Times New Roman"/>
        </w:rPr>
        <w:t xml:space="preserve"> or you've managed teams before, this guide is designed to help you navigate the season with confidence. Think of it as a practical reference rather than a rulebook. It won't answer every question, but it will provide the information, best practices, and resources you'll use most often throughout the season.</w:t>
      </w:r>
    </w:p>
    <w:p w14:paraId="316870F2"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Most importantly, remember that you're never doing this alone. Your coaches, fellow Team Managers, Board members, and organization volunteers are all here to support you.</w:t>
      </w:r>
    </w:p>
    <w:p w14:paraId="0EC1B5EE"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Thank you for helping make Webster Youth Hockey Association a place where players can grow, compete, and love the game.</w:t>
      </w:r>
    </w:p>
    <w:p w14:paraId="386D1FE9" w14:textId="77777777" w:rsidR="001E3A5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36E555FB">
          <v:rect id="_x0000_i1040" alt="" style="width:431.95pt;height:.05pt;mso-width-percent:0;mso-height-percent:0;mso-width-percent:0;mso-height-percent:0" o:hrpct="923" o:hralign="center" o:hrstd="t" o:hr="t" fillcolor="#a0a0a0" stroked="f"/>
        </w:pict>
      </w:r>
    </w:p>
    <w:p w14:paraId="4D6E0D2D" w14:textId="77777777" w:rsidR="001E3A52" w:rsidRPr="00AE3202" w:rsidRDefault="001E3A52" w:rsidP="00AE3202">
      <w:pPr>
        <w:pStyle w:val="NoSpacing"/>
        <w:rPr>
          <w:rFonts w:ascii="Times New Roman" w:hAnsi="Times New Roman" w:cs="Times New Roman"/>
          <w:b/>
          <w:bCs/>
          <w:color w:val="365F91" w:themeColor="accent1" w:themeShade="BF"/>
          <w:sz w:val="28"/>
          <w:szCs w:val="28"/>
        </w:rPr>
      </w:pPr>
      <w:r w:rsidRPr="00AE3202">
        <w:rPr>
          <w:rFonts w:ascii="Times New Roman" w:hAnsi="Times New Roman" w:cs="Times New Roman"/>
          <w:b/>
          <w:bCs/>
          <w:color w:val="365F91" w:themeColor="accent1" w:themeShade="BF"/>
          <w:sz w:val="28"/>
          <w:szCs w:val="28"/>
        </w:rPr>
        <w:t>Getting Started</w:t>
      </w:r>
    </w:p>
    <w:p w14:paraId="3A035BE5" w14:textId="77777777" w:rsidR="00AE3202" w:rsidRDefault="00AE3202" w:rsidP="00AE3202">
      <w:pPr>
        <w:pStyle w:val="NoSpacing"/>
        <w:rPr>
          <w:rFonts w:ascii="Times New Roman" w:hAnsi="Times New Roman" w:cs="Times New Roman"/>
        </w:rPr>
      </w:pPr>
    </w:p>
    <w:p w14:paraId="11FC67E5" w14:textId="2C9061C4"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Before participating in any team activities, all Team Managers must complete the required USA Hockey credentials for the current season. These requirements help ensure the safety of our players and families and must be completed and verified by the WYHA Registrar before participating in team activities.</w:t>
      </w:r>
    </w:p>
    <w:p w14:paraId="1B2A68ED"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Required Annual Credentials</w:t>
      </w:r>
    </w:p>
    <w:p w14:paraId="4508106F"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The following must be completed</w:t>
      </w:r>
      <w:r w:rsidRPr="00AE3202">
        <w:rPr>
          <w:rStyle w:val="apple-converted-space"/>
          <w:rFonts w:ascii="Times New Roman" w:hAnsi="Times New Roman" w:cs="Times New Roman"/>
          <w:color w:val="000000"/>
        </w:rPr>
        <w:t> </w:t>
      </w:r>
      <w:r w:rsidRPr="00AE3202">
        <w:rPr>
          <w:rStyle w:val="Strong"/>
          <w:rFonts w:ascii="Times New Roman" w:hAnsi="Times New Roman" w:cs="Times New Roman"/>
          <w:color w:val="000000"/>
        </w:rPr>
        <w:t>every season</w:t>
      </w:r>
      <w:r w:rsidRPr="00AE3202">
        <w:rPr>
          <w:rFonts w:ascii="Times New Roman" w:hAnsi="Times New Roman" w:cs="Times New Roman"/>
        </w:rPr>
        <w:t>:</w:t>
      </w:r>
    </w:p>
    <w:p w14:paraId="616B3EF9" w14:textId="77777777" w:rsidR="001E3A52" w:rsidRPr="00AE3202" w:rsidRDefault="001E3A52" w:rsidP="00AE3202">
      <w:pPr>
        <w:pStyle w:val="NoSpacing"/>
        <w:numPr>
          <w:ilvl w:val="0"/>
          <w:numId w:val="30"/>
        </w:numPr>
        <w:rPr>
          <w:rFonts w:ascii="Times New Roman" w:hAnsi="Times New Roman" w:cs="Times New Roman"/>
        </w:rPr>
      </w:pPr>
      <w:r w:rsidRPr="00AE3202">
        <w:rPr>
          <w:rFonts w:ascii="Times New Roman" w:hAnsi="Times New Roman" w:cs="Times New Roman"/>
        </w:rPr>
        <w:t>USA Hockey Volunteer Registration</w:t>
      </w:r>
    </w:p>
    <w:p w14:paraId="6A5BCFB0" w14:textId="77777777" w:rsidR="001E3A52" w:rsidRPr="00AE3202" w:rsidRDefault="001E3A52" w:rsidP="00AE3202">
      <w:pPr>
        <w:pStyle w:val="NoSpacing"/>
        <w:numPr>
          <w:ilvl w:val="0"/>
          <w:numId w:val="30"/>
        </w:numPr>
        <w:rPr>
          <w:rFonts w:ascii="Times New Roman" w:hAnsi="Times New Roman" w:cs="Times New Roman"/>
        </w:rPr>
      </w:pPr>
      <w:r w:rsidRPr="00AE3202">
        <w:rPr>
          <w:rFonts w:ascii="Times New Roman" w:hAnsi="Times New Roman" w:cs="Times New Roman"/>
        </w:rPr>
        <w:t>Register annually as a USA Hockey volunteer. There is no charge for Team Managers or other volunteers.</w:t>
      </w:r>
    </w:p>
    <w:p w14:paraId="5F3B8F18" w14:textId="77777777" w:rsidR="001E3A52" w:rsidRPr="00AE3202" w:rsidRDefault="001E3A52" w:rsidP="00AE3202">
      <w:pPr>
        <w:pStyle w:val="NoSpacing"/>
        <w:numPr>
          <w:ilvl w:val="0"/>
          <w:numId w:val="30"/>
        </w:numPr>
        <w:rPr>
          <w:rFonts w:ascii="Times New Roman" w:hAnsi="Times New Roman" w:cs="Times New Roman"/>
        </w:rPr>
      </w:pPr>
      <w:r w:rsidRPr="00AE3202">
        <w:rPr>
          <w:rFonts w:ascii="Times New Roman" w:hAnsi="Times New Roman" w:cs="Times New Roman"/>
        </w:rPr>
        <w:t>USA Hockey Background Check</w:t>
      </w:r>
    </w:p>
    <w:p w14:paraId="0AED64BD" w14:textId="77777777" w:rsidR="001E3A52" w:rsidRPr="00AE3202" w:rsidRDefault="001E3A52" w:rsidP="00AE3202">
      <w:pPr>
        <w:pStyle w:val="NoSpacing"/>
        <w:numPr>
          <w:ilvl w:val="0"/>
          <w:numId w:val="30"/>
        </w:numPr>
        <w:rPr>
          <w:rFonts w:ascii="Times New Roman" w:hAnsi="Times New Roman" w:cs="Times New Roman"/>
        </w:rPr>
      </w:pPr>
      <w:r w:rsidRPr="00AE3202">
        <w:rPr>
          <w:rFonts w:ascii="Times New Roman" w:hAnsi="Times New Roman" w:cs="Times New Roman"/>
        </w:rPr>
        <w:t>Complete the required USA Hockey Background Check.</w:t>
      </w:r>
    </w:p>
    <w:p w14:paraId="503E520B" w14:textId="77777777" w:rsidR="001E3A52" w:rsidRPr="00AE3202" w:rsidRDefault="001E3A52" w:rsidP="00AE3202">
      <w:pPr>
        <w:pStyle w:val="NoSpacing"/>
        <w:numPr>
          <w:ilvl w:val="0"/>
          <w:numId w:val="30"/>
        </w:numPr>
        <w:rPr>
          <w:rFonts w:ascii="Times New Roman" w:hAnsi="Times New Roman" w:cs="Times New Roman"/>
        </w:rPr>
      </w:pPr>
      <w:r w:rsidRPr="00AE3202">
        <w:rPr>
          <w:rFonts w:ascii="Times New Roman" w:hAnsi="Times New Roman" w:cs="Times New Roman"/>
        </w:rPr>
        <w:t>USA Hockey SafeSport Training</w:t>
      </w:r>
    </w:p>
    <w:p w14:paraId="01DE505C" w14:textId="77777777" w:rsidR="001E3A52" w:rsidRPr="00AE3202" w:rsidRDefault="001E3A52" w:rsidP="00AE3202">
      <w:pPr>
        <w:pStyle w:val="NoSpacing"/>
        <w:numPr>
          <w:ilvl w:val="0"/>
          <w:numId w:val="30"/>
        </w:numPr>
        <w:rPr>
          <w:rFonts w:ascii="Times New Roman" w:hAnsi="Times New Roman" w:cs="Times New Roman"/>
        </w:rPr>
      </w:pPr>
      <w:r w:rsidRPr="00AE3202">
        <w:rPr>
          <w:rFonts w:ascii="Times New Roman" w:hAnsi="Times New Roman" w:cs="Times New Roman"/>
        </w:rPr>
        <w:t>Complete the required SafeSport training, which covers abuse prevention, reporting procedures, and player safety.</w:t>
      </w:r>
    </w:p>
    <w:p w14:paraId="48BD7D2A" w14:textId="77777777" w:rsidR="001E3A52" w:rsidRPr="00AE3202" w:rsidRDefault="001E3A52" w:rsidP="00AE3202">
      <w:pPr>
        <w:pStyle w:val="NoSpacing"/>
        <w:rPr>
          <w:rFonts w:ascii="Times New Roman" w:hAnsi="Times New Roman" w:cs="Times New Roman"/>
        </w:rPr>
      </w:pPr>
      <w:r w:rsidRPr="00AE3202">
        <w:rPr>
          <w:rStyle w:val="Strong"/>
          <w:rFonts w:ascii="Times New Roman" w:hAnsi="Times New Roman" w:cs="Times New Roman"/>
          <w:color w:val="000000"/>
        </w:rPr>
        <w:lastRenderedPageBreak/>
        <w:t>Important:</w:t>
      </w:r>
      <w:r w:rsidRPr="00AE3202">
        <w:rPr>
          <w:rStyle w:val="apple-converted-space"/>
          <w:rFonts w:ascii="Times New Roman" w:hAnsi="Times New Roman" w:cs="Times New Roman"/>
          <w:color w:val="000000"/>
        </w:rPr>
        <w:t> </w:t>
      </w:r>
      <w:r w:rsidRPr="00AE3202">
        <w:rPr>
          <w:rFonts w:ascii="Times New Roman" w:hAnsi="Times New Roman" w:cs="Times New Roman"/>
        </w:rPr>
        <w:t>Coaches, Team Managers, Locker Room Monitors, and any other required volunteers may not participate in team activities until all required credentials have been completed and verified by the Registrar.</w:t>
      </w:r>
    </w:p>
    <w:p w14:paraId="28778064" w14:textId="77777777" w:rsidR="001E3A5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172047EA">
          <v:rect id="_x0000_i1039" alt="" style="width:431.95pt;height:.05pt;mso-width-percent:0;mso-height-percent:0;mso-width-percent:0;mso-height-percent:0" o:hrpct="923" o:hralign="center" o:hrstd="t" o:hr="t" fillcolor="#a0a0a0" stroked="f"/>
        </w:pict>
      </w:r>
    </w:p>
    <w:p w14:paraId="2B4A4935" w14:textId="5BE73412" w:rsidR="00AE3202" w:rsidRPr="00AE3202" w:rsidRDefault="001E3A52" w:rsidP="00AE3202">
      <w:pPr>
        <w:pStyle w:val="NoSpacing"/>
        <w:rPr>
          <w:rFonts w:ascii="Times New Roman" w:hAnsi="Times New Roman" w:cs="Times New Roman"/>
          <w:b/>
          <w:bCs/>
          <w:color w:val="365F91" w:themeColor="accent1" w:themeShade="BF"/>
          <w:sz w:val="28"/>
          <w:szCs w:val="28"/>
        </w:rPr>
      </w:pPr>
      <w:r w:rsidRPr="00AE3202">
        <w:rPr>
          <w:rFonts w:ascii="Times New Roman" w:hAnsi="Times New Roman" w:cs="Times New Roman"/>
          <w:b/>
          <w:bCs/>
          <w:color w:val="365F91" w:themeColor="accent1" w:themeShade="BF"/>
          <w:sz w:val="28"/>
          <w:szCs w:val="28"/>
        </w:rPr>
        <w:t xml:space="preserve">Season </w:t>
      </w:r>
      <w:proofErr w:type="gramStart"/>
      <w:r w:rsidRPr="00AE3202">
        <w:rPr>
          <w:rFonts w:ascii="Times New Roman" w:hAnsi="Times New Roman" w:cs="Times New Roman"/>
          <w:b/>
          <w:bCs/>
          <w:color w:val="365F91" w:themeColor="accent1" w:themeShade="BF"/>
          <w:sz w:val="28"/>
          <w:szCs w:val="28"/>
        </w:rPr>
        <w:t>at a Glance</w:t>
      </w:r>
      <w:proofErr w:type="gramEnd"/>
    </w:p>
    <w:p w14:paraId="639D749C" w14:textId="77777777" w:rsidR="00AE3202" w:rsidRDefault="00AE3202" w:rsidP="00AE3202">
      <w:pPr>
        <w:pStyle w:val="NoSpacing"/>
        <w:rPr>
          <w:rFonts w:ascii="Times New Roman" w:hAnsi="Times New Roman" w:cs="Times New Roman"/>
        </w:rPr>
      </w:pPr>
    </w:p>
    <w:p w14:paraId="105F59D0" w14:textId="4FC56AC2"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While dates may vary slightly each year, the timeline below provides a general overview of the hockey season.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5"/>
        <w:gridCol w:w="6210"/>
      </w:tblGrid>
      <w:tr w:rsidR="001E3A52" w:rsidRPr="00AE3202" w14:paraId="402B508D" w14:textId="77777777" w:rsidTr="00AE3202">
        <w:trPr>
          <w:tblHeader/>
          <w:tblCellSpacing w:w="15" w:type="dxa"/>
        </w:trPr>
        <w:tc>
          <w:tcPr>
            <w:tcW w:w="2340" w:type="dxa"/>
            <w:vAlign w:val="center"/>
            <w:hideMark/>
          </w:tcPr>
          <w:p w14:paraId="3505316B"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Time of Year</w:t>
            </w:r>
          </w:p>
        </w:tc>
        <w:tc>
          <w:tcPr>
            <w:tcW w:w="6165" w:type="dxa"/>
            <w:vAlign w:val="center"/>
            <w:hideMark/>
          </w:tcPr>
          <w:p w14:paraId="234599D5"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Typical Activities</w:t>
            </w:r>
          </w:p>
        </w:tc>
      </w:tr>
      <w:tr w:rsidR="001E3A52" w:rsidRPr="00AE3202" w14:paraId="48355489" w14:textId="77777777" w:rsidTr="00AE3202">
        <w:trPr>
          <w:tblCellSpacing w:w="15" w:type="dxa"/>
        </w:trPr>
        <w:tc>
          <w:tcPr>
            <w:tcW w:w="2340" w:type="dxa"/>
            <w:vAlign w:val="center"/>
            <w:hideMark/>
          </w:tcPr>
          <w:p w14:paraId="58BE18B3"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March</w:t>
            </w:r>
          </w:p>
        </w:tc>
        <w:tc>
          <w:tcPr>
            <w:tcW w:w="6165" w:type="dxa"/>
            <w:vAlign w:val="center"/>
            <w:hideMark/>
          </w:tcPr>
          <w:p w14:paraId="0FC65EF3"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Player evaluations</w:t>
            </w:r>
          </w:p>
        </w:tc>
      </w:tr>
      <w:tr w:rsidR="001E3A52" w:rsidRPr="00AE3202" w14:paraId="22FF83CB" w14:textId="77777777" w:rsidTr="00AE3202">
        <w:trPr>
          <w:tblCellSpacing w:w="15" w:type="dxa"/>
        </w:trPr>
        <w:tc>
          <w:tcPr>
            <w:tcW w:w="2340" w:type="dxa"/>
            <w:vAlign w:val="center"/>
            <w:hideMark/>
          </w:tcPr>
          <w:p w14:paraId="40F8F7D1"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April–May</w:t>
            </w:r>
          </w:p>
        </w:tc>
        <w:tc>
          <w:tcPr>
            <w:tcW w:w="6165" w:type="dxa"/>
            <w:vAlign w:val="center"/>
            <w:hideMark/>
          </w:tcPr>
          <w:p w14:paraId="2A47E3EB"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Team selections and roster announcements</w:t>
            </w:r>
          </w:p>
        </w:tc>
      </w:tr>
      <w:tr w:rsidR="001E3A52" w:rsidRPr="00AE3202" w14:paraId="318098B1" w14:textId="77777777" w:rsidTr="00AE3202">
        <w:trPr>
          <w:tblCellSpacing w:w="15" w:type="dxa"/>
        </w:trPr>
        <w:tc>
          <w:tcPr>
            <w:tcW w:w="2340" w:type="dxa"/>
            <w:vAlign w:val="center"/>
            <w:hideMark/>
          </w:tcPr>
          <w:p w14:paraId="3F6FB8EB"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May–June</w:t>
            </w:r>
          </w:p>
        </w:tc>
        <w:tc>
          <w:tcPr>
            <w:tcW w:w="6165" w:type="dxa"/>
            <w:vAlign w:val="center"/>
            <w:hideMark/>
          </w:tcPr>
          <w:p w14:paraId="3C15F5B9"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Jersey sizing and apparel ordering</w:t>
            </w:r>
          </w:p>
        </w:tc>
      </w:tr>
      <w:tr w:rsidR="001E3A52" w:rsidRPr="00AE3202" w14:paraId="23B8EC68" w14:textId="77777777" w:rsidTr="00AE3202">
        <w:trPr>
          <w:tblCellSpacing w:w="15" w:type="dxa"/>
        </w:trPr>
        <w:tc>
          <w:tcPr>
            <w:tcW w:w="2340" w:type="dxa"/>
            <w:vAlign w:val="center"/>
            <w:hideMark/>
          </w:tcPr>
          <w:p w14:paraId="2D6E9A04"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Summer</w:t>
            </w:r>
          </w:p>
        </w:tc>
        <w:tc>
          <w:tcPr>
            <w:tcW w:w="6165" w:type="dxa"/>
            <w:vAlign w:val="center"/>
            <w:hideMark/>
          </w:tcPr>
          <w:p w14:paraId="07174B85"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Optional team gathering or kickoff event</w:t>
            </w:r>
          </w:p>
        </w:tc>
      </w:tr>
      <w:tr w:rsidR="001E3A52" w:rsidRPr="00AE3202" w14:paraId="42EDC6FE" w14:textId="77777777" w:rsidTr="00AE3202">
        <w:trPr>
          <w:tblCellSpacing w:w="15" w:type="dxa"/>
        </w:trPr>
        <w:tc>
          <w:tcPr>
            <w:tcW w:w="2340" w:type="dxa"/>
            <w:vAlign w:val="center"/>
            <w:hideMark/>
          </w:tcPr>
          <w:p w14:paraId="08522960"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August–September</w:t>
            </w:r>
          </w:p>
        </w:tc>
        <w:tc>
          <w:tcPr>
            <w:tcW w:w="6165" w:type="dxa"/>
            <w:vAlign w:val="center"/>
            <w:hideMark/>
          </w:tcPr>
          <w:p w14:paraId="530A0850"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Practices begin</w:t>
            </w:r>
          </w:p>
        </w:tc>
      </w:tr>
      <w:tr w:rsidR="001E3A52" w:rsidRPr="00AE3202" w14:paraId="728D4402" w14:textId="77777777" w:rsidTr="00AE3202">
        <w:trPr>
          <w:tblCellSpacing w:w="15" w:type="dxa"/>
        </w:trPr>
        <w:tc>
          <w:tcPr>
            <w:tcW w:w="2340" w:type="dxa"/>
            <w:vAlign w:val="center"/>
            <w:hideMark/>
          </w:tcPr>
          <w:p w14:paraId="36F7E7A0"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August–September</w:t>
            </w:r>
          </w:p>
        </w:tc>
        <w:tc>
          <w:tcPr>
            <w:tcW w:w="6165" w:type="dxa"/>
            <w:vAlign w:val="center"/>
            <w:hideMark/>
          </w:tcPr>
          <w:p w14:paraId="5F7DA76F"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League scheduling meetings</w:t>
            </w:r>
          </w:p>
        </w:tc>
      </w:tr>
      <w:tr w:rsidR="001E3A52" w:rsidRPr="00AE3202" w14:paraId="0EED4D5C" w14:textId="77777777" w:rsidTr="00AE3202">
        <w:trPr>
          <w:tblCellSpacing w:w="15" w:type="dxa"/>
        </w:trPr>
        <w:tc>
          <w:tcPr>
            <w:tcW w:w="2340" w:type="dxa"/>
            <w:vAlign w:val="center"/>
            <w:hideMark/>
          </w:tcPr>
          <w:p w14:paraId="3076F624"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October–February</w:t>
            </w:r>
          </w:p>
        </w:tc>
        <w:tc>
          <w:tcPr>
            <w:tcW w:w="6165" w:type="dxa"/>
            <w:vAlign w:val="center"/>
            <w:hideMark/>
          </w:tcPr>
          <w:p w14:paraId="5ECD8ED4"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League games, tournaments, scrimmages, and practices</w:t>
            </w:r>
          </w:p>
        </w:tc>
      </w:tr>
      <w:tr w:rsidR="001E3A52" w:rsidRPr="00AE3202" w14:paraId="7D15CE2E" w14:textId="77777777" w:rsidTr="00AE3202">
        <w:trPr>
          <w:tblCellSpacing w:w="15" w:type="dxa"/>
        </w:trPr>
        <w:tc>
          <w:tcPr>
            <w:tcW w:w="2340" w:type="dxa"/>
            <w:vAlign w:val="center"/>
            <w:hideMark/>
          </w:tcPr>
          <w:p w14:paraId="40BD7CF1"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December</w:t>
            </w:r>
          </w:p>
        </w:tc>
        <w:tc>
          <w:tcPr>
            <w:tcW w:w="6165" w:type="dxa"/>
            <w:vAlign w:val="center"/>
            <w:hideMark/>
          </w:tcPr>
          <w:p w14:paraId="406EFE12"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Coach vs. Player Charity Game, scholarships, and awards</w:t>
            </w:r>
          </w:p>
        </w:tc>
      </w:tr>
      <w:tr w:rsidR="001E3A52" w:rsidRPr="00AE3202" w14:paraId="0D379425" w14:textId="77777777" w:rsidTr="00AE3202">
        <w:trPr>
          <w:tblCellSpacing w:w="15" w:type="dxa"/>
        </w:trPr>
        <w:tc>
          <w:tcPr>
            <w:tcW w:w="2340" w:type="dxa"/>
            <w:vAlign w:val="center"/>
            <w:hideMark/>
          </w:tcPr>
          <w:p w14:paraId="4893AC27"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February</w:t>
            </w:r>
          </w:p>
        </w:tc>
        <w:tc>
          <w:tcPr>
            <w:tcW w:w="6165" w:type="dxa"/>
            <w:vAlign w:val="center"/>
            <w:hideMark/>
          </w:tcPr>
          <w:p w14:paraId="64402E28"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League playoffs (typically during President's Week)</w:t>
            </w:r>
          </w:p>
        </w:tc>
      </w:tr>
      <w:tr w:rsidR="001E3A52" w:rsidRPr="00AE3202" w14:paraId="49BE5B12" w14:textId="77777777" w:rsidTr="00AE3202">
        <w:trPr>
          <w:tblCellSpacing w:w="15" w:type="dxa"/>
        </w:trPr>
        <w:tc>
          <w:tcPr>
            <w:tcW w:w="2340" w:type="dxa"/>
            <w:vAlign w:val="center"/>
            <w:hideMark/>
          </w:tcPr>
          <w:p w14:paraId="283AFA3A"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March</w:t>
            </w:r>
          </w:p>
        </w:tc>
        <w:tc>
          <w:tcPr>
            <w:tcW w:w="6165" w:type="dxa"/>
            <w:vAlign w:val="center"/>
            <w:hideMark/>
          </w:tcPr>
          <w:p w14:paraId="799E520B"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End-of-season celebrations and wrap-up</w:t>
            </w:r>
          </w:p>
        </w:tc>
      </w:tr>
    </w:tbl>
    <w:p w14:paraId="26B88ABF" w14:textId="77777777" w:rsidR="001E3A5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4C73ABA8">
          <v:rect id="_x0000_i1038" alt="" style="width:431.95pt;height:.05pt;mso-width-percent:0;mso-height-percent:0;mso-width-percent:0;mso-height-percent:0" o:hrpct="923" o:hralign="center" o:hrstd="t" o:hr="t" fillcolor="#a0a0a0" stroked="f"/>
        </w:pict>
      </w:r>
    </w:p>
    <w:p w14:paraId="10AF86A0" w14:textId="77777777" w:rsidR="001E3A52" w:rsidRPr="00AE3202" w:rsidRDefault="001E3A52" w:rsidP="00AE3202">
      <w:pPr>
        <w:pStyle w:val="NoSpacing"/>
        <w:rPr>
          <w:rFonts w:ascii="Times New Roman" w:hAnsi="Times New Roman" w:cs="Times New Roman"/>
          <w:b/>
          <w:bCs/>
          <w:color w:val="365F91" w:themeColor="accent1" w:themeShade="BF"/>
          <w:sz w:val="28"/>
          <w:szCs w:val="28"/>
        </w:rPr>
      </w:pPr>
      <w:r w:rsidRPr="00AE3202">
        <w:rPr>
          <w:rFonts w:ascii="Times New Roman" w:hAnsi="Times New Roman" w:cs="Times New Roman"/>
          <w:b/>
          <w:bCs/>
          <w:color w:val="365F91" w:themeColor="accent1" w:themeShade="BF"/>
          <w:sz w:val="28"/>
          <w:szCs w:val="28"/>
        </w:rPr>
        <w:t>Quick Start Checklist</w:t>
      </w:r>
    </w:p>
    <w:p w14:paraId="2B75992B" w14:textId="77777777" w:rsidR="00AE3202" w:rsidRDefault="00AE3202" w:rsidP="00AE3202">
      <w:pPr>
        <w:pStyle w:val="NoSpacing"/>
        <w:rPr>
          <w:rFonts w:ascii="Times New Roman" w:hAnsi="Times New Roman" w:cs="Times New Roman"/>
        </w:rPr>
      </w:pPr>
    </w:p>
    <w:p w14:paraId="38CC554F" w14:textId="2C1E8F8B"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The first few weeks of the season are often the busiest. This checklist will help you get off to a great start.</w:t>
      </w:r>
    </w:p>
    <w:p w14:paraId="11F17F7C"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Before the Season</w:t>
      </w:r>
    </w:p>
    <w:p w14:paraId="78B46BF8" w14:textId="77777777" w:rsidR="001E3A52" w:rsidRPr="00AE3202" w:rsidRDefault="001E3A52" w:rsidP="00AE3202">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Complete all required USA Hockey credentials.</w:t>
      </w:r>
    </w:p>
    <w:p w14:paraId="3C9F0493" w14:textId="77777777" w:rsidR="001E3A52" w:rsidRPr="00AE3202" w:rsidRDefault="001E3A52" w:rsidP="00AE3202">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Meet with your Head Coach.</w:t>
      </w:r>
    </w:p>
    <w:p w14:paraId="3B7F626E" w14:textId="77777777" w:rsidR="001E3A52" w:rsidRPr="00AE3202" w:rsidRDefault="001E3A52" w:rsidP="00AE3202">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Gain access to your team's Crossbar page.</w:t>
      </w:r>
    </w:p>
    <w:p w14:paraId="20EFE670" w14:textId="77777777" w:rsidR="001E3A52" w:rsidRPr="00AE3202" w:rsidRDefault="001E3A52" w:rsidP="00AE3202">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Receive your league scoresheet login information (if applicable).</w:t>
      </w:r>
    </w:p>
    <w:p w14:paraId="2E680D50" w14:textId="77777777" w:rsidR="001E3A52" w:rsidRPr="00AE3202" w:rsidRDefault="001E3A52" w:rsidP="00AE3202">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Schedule a preseason parent meeting.</w:t>
      </w:r>
    </w:p>
    <w:p w14:paraId="68D3797F" w14:textId="77777777" w:rsidR="001E3A52" w:rsidRPr="00AE3202" w:rsidRDefault="001E3A52" w:rsidP="00AE3202">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Discuss tournament plans with your coach.</w:t>
      </w:r>
    </w:p>
    <w:p w14:paraId="13E8E943" w14:textId="77777777" w:rsidR="001E3A52" w:rsidRPr="00AE3202" w:rsidRDefault="001E3A52" w:rsidP="00AE3202">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Submit blackout dates by the organization deadline (if applicable).</w:t>
      </w:r>
    </w:p>
    <w:p w14:paraId="694966EF" w14:textId="77777777" w:rsidR="001E3A52" w:rsidRPr="00AE3202" w:rsidRDefault="001E3A52" w:rsidP="00AE3202">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Review this guide and bookmark the Manager Resources page.</w:t>
      </w:r>
    </w:p>
    <w:p w14:paraId="3FFED67C" w14:textId="77777777" w:rsidR="001E3A5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0C8D2918">
          <v:rect id="_x0000_i1037" alt="" style="width:431.95pt;height:.05pt;mso-width-percent:0;mso-height-percent:0;mso-width-percent:0;mso-height-percent:0" o:hrpct="923" o:hralign="center" o:hrstd="t" o:hr="t" fillcolor="#a0a0a0" stroked="f"/>
        </w:pict>
      </w:r>
    </w:p>
    <w:p w14:paraId="2E772FF6" w14:textId="77777777" w:rsidR="001E3A52" w:rsidRPr="00AE3202" w:rsidRDefault="001E3A52" w:rsidP="00AE3202">
      <w:pPr>
        <w:pStyle w:val="NoSpacing"/>
        <w:rPr>
          <w:rFonts w:ascii="Times New Roman" w:hAnsi="Times New Roman" w:cs="Times New Roman"/>
          <w:b/>
          <w:bCs/>
          <w:color w:val="365F91" w:themeColor="accent1" w:themeShade="BF"/>
          <w:sz w:val="28"/>
          <w:szCs w:val="28"/>
        </w:rPr>
      </w:pPr>
      <w:r w:rsidRPr="00AE3202">
        <w:rPr>
          <w:rFonts w:ascii="Times New Roman" w:hAnsi="Times New Roman" w:cs="Times New Roman"/>
          <w:b/>
          <w:bCs/>
          <w:color w:val="365F91" w:themeColor="accent1" w:themeShade="BF"/>
          <w:sz w:val="28"/>
          <w:szCs w:val="28"/>
        </w:rPr>
        <w:t>Your Role as Team Manager</w:t>
      </w:r>
    </w:p>
    <w:p w14:paraId="2D882160" w14:textId="77777777" w:rsidR="00AE3202" w:rsidRDefault="00AE3202" w:rsidP="00AE3202">
      <w:pPr>
        <w:pStyle w:val="NoSpacing"/>
        <w:rPr>
          <w:rFonts w:ascii="Times New Roman" w:hAnsi="Times New Roman" w:cs="Times New Roman"/>
        </w:rPr>
      </w:pPr>
    </w:p>
    <w:p w14:paraId="2D77ACD6" w14:textId="61B9BCAD"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The Team Manager serves as the organizational leader for the team. While coaches focus on player development and on-ice instruction, Team Managers help coordinate everything that happens behind the scenes.</w:t>
      </w:r>
    </w:p>
    <w:p w14:paraId="632E579F"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Your responsibilities generally include:</w:t>
      </w:r>
    </w:p>
    <w:p w14:paraId="03E44C5A" w14:textId="77777777" w:rsidR="001E3A52" w:rsidRPr="00AE3202" w:rsidRDefault="001E3A52" w:rsidP="00AE3202">
      <w:pPr>
        <w:pStyle w:val="NoSpacing"/>
        <w:numPr>
          <w:ilvl w:val="0"/>
          <w:numId w:val="32"/>
        </w:numPr>
        <w:rPr>
          <w:rFonts w:ascii="Times New Roman" w:hAnsi="Times New Roman" w:cs="Times New Roman"/>
        </w:rPr>
      </w:pPr>
      <w:r w:rsidRPr="00AE3202">
        <w:rPr>
          <w:rFonts w:ascii="Times New Roman" w:hAnsi="Times New Roman" w:cs="Times New Roman"/>
        </w:rPr>
        <w:t>Communicating with families, coaches, the Board, and league representatives.</w:t>
      </w:r>
    </w:p>
    <w:p w14:paraId="6851C726" w14:textId="77777777" w:rsidR="001E3A52" w:rsidRPr="00AE3202" w:rsidRDefault="001E3A52" w:rsidP="00AE3202">
      <w:pPr>
        <w:pStyle w:val="NoSpacing"/>
        <w:numPr>
          <w:ilvl w:val="0"/>
          <w:numId w:val="32"/>
        </w:numPr>
        <w:rPr>
          <w:rFonts w:ascii="Times New Roman" w:hAnsi="Times New Roman" w:cs="Times New Roman"/>
        </w:rPr>
      </w:pPr>
      <w:r w:rsidRPr="00AE3202">
        <w:rPr>
          <w:rFonts w:ascii="Times New Roman" w:hAnsi="Times New Roman" w:cs="Times New Roman"/>
        </w:rPr>
        <w:t>Coordinating schedules, tournaments, and team events.</w:t>
      </w:r>
    </w:p>
    <w:p w14:paraId="2451EE53" w14:textId="77777777" w:rsidR="001E3A52" w:rsidRPr="00AE3202" w:rsidRDefault="001E3A52" w:rsidP="00AE3202">
      <w:pPr>
        <w:pStyle w:val="NoSpacing"/>
        <w:numPr>
          <w:ilvl w:val="0"/>
          <w:numId w:val="32"/>
        </w:numPr>
        <w:rPr>
          <w:rFonts w:ascii="Times New Roman" w:hAnsi="Times New Roman" w:cs="Times New Roman"/>
        </w:rPr>
      </w:pPr>
      <w:r w:rsidRPr="00AE3202">
        <w:rPr>
          <w:rFonts w:ascii="Times New Roman" w:hAnsi="Times New Roman" w:cs="Times New Roman"/>
        </w:rPr>
        <w:t>Maintaining team records and required documents.</w:t>
      </w:r>
    </w:p>
    <w:p w14:paraId="7630A0BE" w14:textId="77777777" w:rsidR="001E3A52" w:rsidRPr="00AE3202" w:rsidRDefault="001E3A52" w:rsidP="00AE3202">
      <w:pPr>
        <w:pStyle w:val="NoSpacing"/>
        <w:numPr>
          <w:ilvl w:val="0"/>
          <w:numId w:val="32"/>
        </w:numPr>
        <w:rPr>
          <w:rFonts w:ascii="Times New Roman" w:hAnsi="Times New Roman" w:cs="Times New Roman"/>
        </w:rPr>
      </w:pPr>
      <w:r w:rsidRPr="00AE3202">
        <w:rPr>
          <w:rFonts w:ascii="Times New Roman" w:hAnsi="Times New Roman" w:cs="Times New Roman"/>
        </w:rPr>
        <w:t>Supporting game day operations.</w:t>
      </w:r>
    </w:p>
    <w:p w14:paraId="42939AE0" w14:textId="77777777" w:rsidR="001E3A52" w:rsidRPr="00AE3202" w:rsidRDefault="001E3A52" w:rsidP="00AE3202">
      <w:pPr>
        <w:pStyle w:val="NoSpacing"/>
        <w:numPr>
          <w:ilvl w:val="0"/>
          <w:numId w:val="32"/>
        </w:numPr>
        <w:rPr>
          <w:rFonts w:ascii="Times New Roman" w:hAnsi="Times New Roman" w:cs="Times New Roman"/>
        </w:rPr>
      </w:pPr>
      <w:r w:rsidRPr="00AE3202">
        <w:rPr>
          <w:rFonts w:ascii="Times New Roman" w:hAnsi="Times New Roman" w:cs="Times New Roman"/>
        </w:rPr>
        <w:t>Coordinating volunteers.</w:t>
      </w:r>
    </w:p>
    <w:p w14:paraId="33A954F9" w14:textId="14DE9D9F" w:rsidR="001E3A52" w:rsidRPr="00AE3202" w:rsidRDefault="001E3A52" w:rsidP="00AE3202">
      <w:pPr>
        <w:pStyle w:val="NoSpacing"/>
        <w:numPr>
          <w:ilvl w:val="0"/>
          <w:numId w:val="32"/>
        </w:numPr>
        <w:rPr>
          <w:rFonts w:ascii="Times New Roman" w:hAnsi="Times New Roman" w:cs="Times New Roman"/>
        </w:rPr>
      </w:pPr>
      <w:r w:rsidRPr="00AE3202">
        <w:rPr>
          <w:rFonts w:ascii="Times New Roman" w:hAnsi="Times New Roman" w:cs="Times New Roman"/>
        </w:rPr>
        <w:t>Helping</w:t>
      </w:r>
      <w:r w:rsidR="00116117">
        <w:rPr>
          <w:rFonts w:ascii="Times New Roman" w:hAnsi="Times New Roman" w:cs="Times New Roman"/>
        </w:rPr>
        <w:t xml:space="preserve"> to</w:t>
      </w:r>
      <w:r w:rsidRPr="00AE3202">
        <w:rPr>
          <w:rFonts w:ascii="Times New Roman" w:hAnsi="Times New Roman" w:cs="Times New Roman"/>
        </w:rPr>
        <w:t xml:space="preserve"> create a positive team culture throughout the season.</w:t>
      </w:r>
    </w:p>
    <w:p w14:paraId="022DA6E2"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lastRenderedPageBreak/>
        <w:t>One of the most successful qualities of a Team Manager is knowing when to ask for help. You are not expected to do everything yourself. Many tasks can be delegated to other parents, creating greater involvement and shared ownership throughout the season.</w:t>
      </w:r>
    </w:p>
    <w:p w14:paraId="2C67D816" w14:textId="77777777" w:rsidR="001E3A5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1E6E4820">
          <v:rect id="_x0000_i1036" alt="" style="width:431.95pt;height:.05pt;mso-width-percent:0;mso-height-percent:0;mso-width-percent:0;mso-height-percent:0" o:hrpct="923" o:hralign="center" o:hrstd="t" o:hr="t" fillcolor="#a0a0a0" stroked="f"/>
        </w:pict>
      </w:r>
    </w:p>
    <w:p w14:paraId="26D98F60" w14:textId="77777777" w:rsidR="001E3A52" w:rsidRPr="00AE3202" w:rsidRDefault="001E3A52" w:rsidP="00AE3202">
      <w:pPr>
        <w:pStyle w:val="NoSpacing"/>
        <w:rPr>
          <w:rFonts w:ascii="Times New Roman" w:hAnsi="Times New Roman" w:cs="Times New Roman"/>
          <w:b/>
          <w:bCs/>
          <w:color w:val="365F91" w:themeColor="accent1" w:themeShade="BF"/>
          <w:sz w:val="28"/>
          <w:szCs w:val="28"/>
        </w:rPr>
      </w:pPr>
      <w:r w:rsidRPr="00AE3202">
        <w:rPr>
          <w:rFonts w:ascii="Times New Roman" w:hAnsi="Times New Roman" w:cs="Times New Roman"/>
          <w:b/>
          <w:bCs/>
          <w:color w:val="365F91" w:themeColor="accent1" w:themeShade="BF"/>
          <w:sz w:val="28"/>
          <w:szCs w:val="28"/>
        </w:rPr>
        <w:t>Communication &amp; Team Organization</w:t>
      </w:r>
    </w:p>
    <w:p w14:paraId="51345A7D" w14:textId="77777777" w:rsidR="00AE3202" w:rsidRDefault="00AE3202" w:rsidP="00AE3202">
      <w:pPr>
        <w:pStyle w:val="NoSpacing"/>
        <w:rPr>
          <w:rFonts w:ascii="Times New Roman" w:hAnsi="Times New Roman" w:cs="Times New Roman"/>
        </w:rPr>
      </w:pPr>
    </w:p>
    <w:p w14:paraId="4B7F5D83"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Communication is one of the most important responsibilities of a Team Manager. Clear, timely, and consistent communication builds trust between families, coaches, and the organization while helping the season run smoothly.</w:t>
      </w:r>
    </w:p>
    <w:p w14:paraId="70333E0F" w14:textId="351771BA"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 xml:space="preserve">As Team Manager, you are often the first person </w:t>
      </w:r>
      <w:r w:rsidR="00116117">
        <w:rPr>
          <w:rFonts w:ascii="Times New Roman" w:hAnsi="Times New Roman" w:cs="Times New Roman"/>
        </w:rPr>
        <w:t>that</w:t>
      </w:r>
      <w:r w:rsidR="00116117" w:rsidRPr="00AE3202">
        <w:rPr>
          <w:rFonts w:ascii="Times New Roman" w:hAnsi="Times New Roman" w:cs="Times New Roman"/>
        </w:rPr>
        <w:t xml:space="preserve"> families</w:t>
      </w:r>
      <w:r w:rsidRPr="00AE3202">
        <w:rPr>
          <w:rFonts w:ascii="Times New Roman" w:hAnsi="Times New Roman" w:cs="Times New Roman"/>
        </w:rPr>
        <w:t xml:space="preserve"> contact with questions. While you may not always have the answers, helping families find the right information is one of the most valuable things you can do.</w:t>
      </w:r>
    </w:p>
    <w:p w14:paraId="78E0AC9F" w14:textId="1F5915E7" w:rsidR="001E3A52" w:rsidRPr="00AE3202" w:rsidRDefault="001E3A52" w:rsidP="00AE3202">
      <w:pPr>
        <w:pStyle w:val="NoSpacing"/>
        <w:rPr>
          <w:rFonts w:ascii="Times New Roman" w:hAnsi="Times New Roman" w:cs="Times New Roman"/>
        </w:rPr>
      </w:pPr>
    </w:p>
    <w:p w14:paraId="5E4B549C"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Parent Meeting</w:t>
      </w:r>
    </w:p>
    <w:p w14:paraId="0AF9C076"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One of your first responsibilities should be scheduling a preseason parent meeting after teams have been finalized.</w:t>
      </w:r>
    </w:p>
    <w:p w14:paraId="2A5935E7"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This meeting helps establish expectations and ensures everyone begins the season on the same page.</w:t>
      </w:r>
    </w:p>
    <w:p w14:paraId="3B7599E3"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Topics to discuss include:</w:t>
      </w:r>
    </w:p>
    <w:p w14:paraId="299D716F"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Introductions of coaches, managers, and families</w:t>
      </w:r>
    </w:p>
    <w:p w14:paraId="18156C3E"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Coaching philosophy and team expectations</w:t>
      </w:r>
    </w:p>
    <w:p w14:paraId="08E653DA"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Communication expectations</w:t>
      </w:r>
    </w:p>
    <w:p w14:paraId="072B970F"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Tournament plans</w:t>
      </w:r>
    </w:p>
    <w:p w14:paraId="2E4ECB27"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Travel expectations</w:t>
      </w:r>
    </w:p>
    <w:p w14:paraId="1FD4738F"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Team finances (if applicable)</w:t>
      </w:r>
    </w:p>
    <w:p w14:paraId="3461E701"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Volunteer opportunities</w:t>
      </w:r>
    </w:p>
    <w:p w14:paraId="2AE7D1BA"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Team events and fundraisers</w:t>
      </w:r>
    </w:p>
    <w:p w14:paraId="1A65A789"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Locker room expectations</w:t>
      </w:r>
    </w:p>
    <w:p w14:paraId="48D8F9E0" w14:textId="77777777" w:rsidR="001E3A52" w:rsidRPr="00AE3202" w:rsidRDefault="001E3A52" w:rsidP="00AE3202">
      <w:pPr>
        <w:pStyle w:val="NoSpacing"/>
        <w:numPr>
          <w:ilvl w:val="0"/>
          <w:numId w:val="33"/>
        </w:numPr>
        <w:rPr>
          <w:rFonts w:ascii="Times New Roman" w:hAnsi="Times New Roman" w:cs="Times New Roman"/>
        </w:rPr>
      </w:pPr>
      <w:r w:rsidRPr="00AE3202">
        <w:rPr>
          <w:rFonts w:ascii="Times New Roman" w:hAnsi="Times New Roman" w:cs="Times New Roman"/>
        </w:rPr>
        <w:t>Questions from families</w:t>
      </w:r>
    </w:p>
    <w:p w14:paraId="46F6EEAD"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Starting the season with open communication helps prevent misunderstandings later in the year.</w:t>
      </w:r>
    </w:p>
    <w:p w14:paraId="0A2F36B2" w14:textId="37A9F94A" w:rsidR="001E3A52" w:rsidRPr="00AE3202" w:rsidRDefault="001E3A52" w:rsidP="00AE3202">
      <w:pPr>
        <w:pStyle w:val="NoSpacing"/>
        <w:rPr>
          <w:rFonts w:ascii="Times New Roman" w:hAnsi="Times New Roman" w:cs="Times New Roman"/>
        </w:rPr>
      </w:pPr>
    </w:p>
    <w:p w14:paraId="505207F4"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Team Communication</w:t>
      </w:r>
    </w:p>
    <w:p w14:paraId="76080BCE" w14:textId="77777777" w:rsidR="001E3A52" w:rsidRPr="00AE3202" w:rsidRDefault="001E3A52" w:rsidP="00116117">
      <w:pPr>
        <w:pStyle w:val="NoSpacing"/>
        <w:ind w:left="720"/>
        <w:rPr>
          <w:rFonts w:ascii="Times New Roman" w:hAnsi="Times New Roman" w:cs="Times New Roman"/>
        </w:rPr>
      </w:pPr>
      <w:r w:rsidRPr="00AE3202">
        <w:rPr>
          <w:rFonts w:ascii="Times New Roman" w:hAnsi="Times New Roman" w:cs="Times New Roman"/>
        </w:rPr>
        <w:t>Throughout the season you'll serve as the communication link between:</w:t>
      </w:r>
    </w:p>
    <w:p w14:paraId="2DB9DAD1"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Coaches</w:t>
      </w:r>
    </w:p>
    <w:p w14:paraId="4E0C5CDD"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Families</w:t>
      </w:r>
    </w:p>
    <w:p w14:paraId="4B537B6D"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Webster Youth Hockey Association</w:t>
      </w:r>
    </w:p>
    <w:p w14:paraId="5CB2E913"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League representatives</w:t>
      </w:r>
    </w:p>
    <w:p w14:paraId="56A46DFE"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Tournament organizers</w:t>
      </w:r>
    </w:p>
    <w:p w14:paraId="7D1C9F48"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Other Team Managers</w:t>
      </w:r>
    </w:p>
    <w:p w14:paraId="4E179094" w14:textId="77777777" w:rsidR="001E3A52" w:rsidRPr="00AE3202" w:rsidRDefault="001E3A52" w:rsidP="00116117">
      <w:pPr>
        <w:pStyle w:val="NoSpacing"/>
        <w:ind w:left="720"/>
        <w:rPr>
          <w:rFonts w:ascii="Times New Roman" w:hAnsi="Times New Roman" w:cs="Times New Roman"/>
        </w:rPr>
      </w:pPr>
      <w:r w:rsidRPr="00AE3202">
        <w:rPr>
          <w:rFonts w:ascii="Times New Roman" w:hAnsi="Times New Roman" w:cs="Times New Roman"/>
        </w:rPr>
        <w:t>You'll communicate information such as:</w:t>
      </w:r>
    </w:p>
    <w:p w14:paraId="79126E88"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Practice schedules</w:t>
      </w:r>
    </w:p>
    <w:p w14:paraId="53273F68"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Game schedules</w:t>
      </w:r>
    </w:p>
    <w:p w14:paraId="23B8571E"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Schedule changes</w:t>
      </w:r>
    </w:p>
    <w:p w14:paraId="71F2E7AC"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Tournament information</w:t>
      </w:r>
    </w:p>
    <w:p w14:paraId="0EAEA028"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Picture Day</w:t>
      </w:r>
    </w:p>
    <w:p w14:paraId="5C42DCF2"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Organization announcements</w:t>
      </w:r>
    </w:p>
    <w:p w14:paraId="0C231585"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Fundraisers</w:t>
      </w:r>
    </w:p>
    <w:p w14:paraId="38FD4E7B"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Apparel ordering</w:t>
      </w:r>
    </w:p>
    <w:p w14:paraId="68B8A33E"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t>Team events</w:t>
      </w:r>
    </w:p>
    <w:p w14:paraId="0E5B6435" w14:textId="77777777" w:rsidR="001E3A52" w:rsidRPr="00AE3202" w:rsidRDefault="001E3A52" w:rsidP="00AE3202">
      <w:pPr>
        <w:pStyle w:val="NoSpacing"/>
        <w:numPr>
          <w:ilvl w:val="0"/>
          <w:numId w:val="34"/>
        </w:numPr>
        <w:rPr>
          <w:rFonts w:ascii="Times New Roman" w:hAnsi="Times New Roman" w:cs="Times New Roman"/>
        </w:rPr>
      </w:pPr>
      <w:r w:rsidRPr="00AE3202">
        <w:rPr>
          <w:rFonts w:ascii="Times New Roman" w:hAnsi="Times New Roman" w:cs="Times New Roman"/>
        </w:rPr>
        <w:lastRenderedPageBreak/>
        <w:t>End-of-season information</w:t>
      </w:r>
    </w:p>
    <w:p w14:paraId="63200132"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Whenever possible, communicate important information in writing so families have a consistent point of reference.</w:t>
      </w:r>
    </w:p>
    <w:p w14:paraId="5DDAC0FD" w14:textId="0ECD5278" w:rsidR="001E3A52" w:rsidRPr="00AE3202" w:rsidRDefault="001E3A52" w:rsidP="00AE3202">
      <w:pPr>
        <w:pStyle w:val="NoSpacing"/>
        <w:rPr>
          <w:rFonts w:ascii="Times New Roman" w:hAnsi="Times New Roman" w:cs="Times New Roman"/>
        </w:rPr>
      </w:pPr>
    </w:p>
    <w:p w14:paraId="2C2AA458"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Crossbar</w:t>
      </w:r>
    </w:p>
    <w:p w14:paraId="7AEF9629"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Crossbar is the primary communication and scheduling platform used by Webster Youth Hockey Association.</w:t>
      </w:r>
    </w:p>
    <w:p w14:paraId="5460AD10"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As Team Manager, you'll become very familiar with it throughout the season.</w:t>
      </w:r>
    </w:p>
    <w:p w14:paraId="1BDC168E"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Depending on your team's level, your responsibilities may include:</w:t>
      </w:r>
    </w:p>
    <w:p w14:paraId="655A13F5" w14:textId="77777777" w:rsidR="001E3A52" w:rsidRPr="00AE3202" w:rsidRDefault="001E3A52" w:rsidP="00AE3202">
      <w:pPr>
        <w:pStyle w:val="NoSpacing"/>
        <w:numPr>
          <w:ilvl w:val="0"/>
          <w:numId w:val="35"/>
        </w:numPr>
        <w:rPr>
          <w:rFonts w:ascii="Times New Roman" w:hAnsi="Times New Roman" w:cs="Times New Roman"/>
        </w:rPr>
      </w:pPr>
      <w:r w:rsidRPr="00AE3202">
        <w:rPr>
          <w:rFonts w:ascii="Times New Roman" w:hAnsi="Times New Roman" w:cs="Times New Roman"/>
        </w:rPr>
        <w:t>Updating away games.</w:t>
      </w:r>
    </w:p>
    <w:p w14:paraId="4BBC9E0E" w14:textId="77777777" w:rsidR="001E3A52" w:rsidRPr="00AE3202" w:rsidRDefault="001E3A52" w:rsidP="00AE3202">
      <w:pPr>
        <w:pStyle w:val="NoSpacing"/>
        <w:numPr>
          <w:ilvl w:val="0"/>
          <w:numId w:val="35"/>
        </w:numPr>
        <w:rPr>
          <w:rFonts w:ascii="Times New Roman" w:hAnsi="Times New Roman" w:cs="Times New Roman"/>
        </w:rPr>
      </w:pPr>
      <w:r w:rsidRPr="00AE3202">
        <w:rPr>
          <w:rFonts w:ascii="Times New Roman" w:hAnsi="Times New Roman" w:cs="Times New Roman"/>
        </w:rPr>
        <w:t>Verifying home games entered by the Ice Scheduler.</w:t>
      </w:r>
    </w:p>
    <w:p w14:paraId="1E086930" w14:textId="77777777" w:rsidR="001E3A52" w:rsidRPr="00AE3202" w:rsidRDefault="001E3A52" w:rsidP="00AE3202">
      <w:pPr>
        <w:pStyle w:val="NoSpacing"/>
        <w:numPr>
          <w:ilvl w:val="0"/>
          <w:numId w:val="35"/>
        </w:numPr>
        <w:rPr>
          <w:rFonts w:ascii="Times New Roman" w:hAnsi="Times New Roman" w:cs="Times New Roman"/>
        </w:rPr>
      </w:pPr>
      <w:r w:rsidRPr="00AE3202">
        <w:rPr>
          <w:rFonts w:ascii="Times New Roman" w:hAnsi="Times New Roman" w:cs="Times New Roman"/>
        </w:rPr>
        <w:t>Confirming opponents, dates, and game times.</w:t>
      </w:r>
    </w:p>
    <w:p w14:paraId="43B811B5" w14:textId="77777777" w:rsidR="001E3A52" w:rsidRPr="00AE3202" w:rsidRDefault="001E3A52" w:rsidP="00AE3202">
      <w:pPr>
        <w:pStyle w:val="NoSpacing"/>
        <w:numPr>
          <w:ilvl w:val="0"/>
          <w:numId w:val="35"/>
        </w:numPr>
        <w:rPr>
          <w:rFonts w:ascii="Times New Roman" w:hAnsi="Times New Roman" w:cs="Times New Roman"/>
        </w:rPr>
      </w:pPr>
      <w:r w:rsidRPr="00AE3202">
        <w:rPr>
          <w:rFonts w:ascii="Times New Roman" w:hAnsi="Times New Roman" w:cs="Times New Roman"/>
        </w:rPr>
        <w:t>Updating locations.</w:t>
      </w:r>
    </w:p>
    <w:p w14:paraId="078C1A3C" w14:textId="77777777" w:rsidR="001E3A52" w:rsidRPr="00AE3202" w:rsidRDefault="001E3A52" w:rsidP="00AE3202">
      <w:pPr>
        <w:pStyle w:val="NoSpacing"/>
        <w:numPr>
          <w:ilvl w:val="0"/>
          <w:numId w:val="35"/>
        </w:numPr>
        <w:rPr>
          <w:rFonts w:ascii="Times New Roman" w:hAnsi="Times New Roman" w:cs="Times New Roman"/>
        </w:rPr>
      </w:pPr>
      <w:r w:rsidRPr="00AE3202">
        <w:rPr>
          <w:rFonts w:ascii="Times New Roman" w:hAnsi="Times New Roman" w:cs="Times New Roman"/>
        </w:rPr>
        <w:t>Posting team announcements.</w:t>
      </w:r>
    </w:p>
    <w:p w14:paraId="24D71C3B" w14:textId="77777777" w:rsidR="001E3A52" w:rsidRPr="00AE3202" w:rsidRDefault="001E3A52" w:rsidP="00AE3202">
      <w:pPr>
        <w:pStyle w:val="NoSpacing"/>
        <w:numPr>
          <w:ilvl w:val="0"/>
          <w:numId w:val="35"/>
        </w:numPr>
        <w:rPr>
          <w:rFonts w:ascii="Times New Roman" w:hAnsi="Times New Roman" w:cs="Times New Roman"/>
        </w:rPr>
      </w:pPr>
      <w:r w:rsidRPr="00AE3202">
        <w:rPr>
          <w:rFonts w:ascii="Times New Roman" w:hAnsi="Times New Roman" w:cs="Times New Roman"/>
        </w:rPr>
        <w:t>Managing volunteer signups.</w:t>
      </w:r>
    </w:p>
    <w:p w14:paraId="34B5B49A" w14:textId="77777777" w:rsidR="00AE3202" w:rsidRDefault="001E3A52" w:rsidP="00AE3202">
      <w:pPr>
        <w:pStyle w:val="NoSpacing"/>
        <w:numPr>
          <w:ilvl w:val="0"/>
          <w:numId w:val="35"/>
        </w:numPr>
        <w:rPr>
          <w:rFonts w:ascii="Times New Roman" w:hAnsi="Times New Roman" w:cs="Times New Roman"/>
        </w:rPr>
      </w:pPr>
      <w:r w:rsidRPr="00AE3202">
        <w:rPr>
          <w:rFonts w:ascii="Times New Roman" w:hAnsi="Times New Roman" w:cs="Times New Roman"/>
        </w:rPr>
        <w:t>Sharing documents and team information.</w:t>
      </w:r>
    </w:p>
    <w:p w14:paraId="49290B1D" w14:textId="23847959" w:rsidR="001E3A52" w:rsidRPr="00AE3202" w:rsidRDefault="001E3A52" w:rsidP="00AE3202">
      <w:pPr>
        <w:pStyle w:val="NoSpacing"/>
        <w:numPr>
          <w:ilvl w:val="0"/>
          <w:numId w:val="35"/>
        </w:numPr>
        <w:rPr>
          <w:rFonts w:ascii="Times New Roman" w:hAnsi="Times New Roman" w:cs="Times New Roman"/>
        </w:rPr>
      </w:pPr>
      <w:r w:rsidRPr="00AE3202">
        <w:rPr>
          <w:rFonts w:ascii="Times New Roman" w:hAnsi="Times New Roman" w:cs="Times New Roman"/>
        </w:rPr>
        <w:t>Managers are responsible for entering a</w:t>
      </w:r>
      <w:r w:rsidR="00AE3202">
        <w:rPr>
          <w:rFonts w:ascii="Times New Roman" w:hAnsi="Times New Roman" w:cs="Times New Roman"/>
        </w:rPr>
        <w:t xml:space="preserve">ll </w:t>
      </w:r>
      <w:r w:rsidRPr="00AE3202">
        <w:rPr>
          <w:rFonts w:ascii="Times New Roman" w:hAnsi="Times New Roman" w:cs="Times New Roman"/>
        </w:rPr>
        <w:t>games into Crossbar</w:t>
      </w:r>
      <w:r w:rsidR="00AE3202">
        <w:rPr>
          <w:rFonts w:ascii="Times New Roman" w:hAnsi="Times New Roman" w:cs="Times New Roman"/>
        </w:rPr>
        <w:t xml:space="preserve">. </w:t>
      </w:r>
      <w:r w:rsidRPr="00AE3202">
        <w:rPr>
          <w:rFonts w:ascii="Times New Roman" w:hAnsi="Times New Roman" w:cs="Times New Roman"/>
        </w:rPr>
        <w:t>Once games are loaded, review each one carefully to ensure opponents, locations, and game times are accurate.</w:t>
      </w:r>
    </w:p>
    <w:p w14:paraId="469C28FB" w14:textId="75E17D1D" w:rsidR="001E3A52" w:rsidRPr="00AE3202" w:rsidRDefault="001E3A52" w:rsidP="00AE3202">
      <w:pPr>
        <w:pStyle w:val="NoSpacing"/>
        <w:rPr>
          <w:rFonts w:ascii="Times New Roman" w:hAnsi="Times New Roman" w:cs="Times New Roman"/>
        </w:rPr>
      </w:pPr>
    </w:p>
    <w:p w14:paraId="6FDD1007"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Organization Communication</w:t>
      </w:r>
    </w:p>
    <w:p w14:paraId="0EBCDD7F"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Throughout the season you'll also help communicate organization-wide events and announcements.</w:t>
      </w:r>
    </w:p>
    <w:p w14:paraId="7E8A1BD6"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b/>
          <w:bCs/>
        </w:rPr>
        <w:t>Examples include</w:t>
      </w:r>
      <w:r w:rsidRPr="00AE3202">
        <w:rPr>
          <w:rFonts w:ascii="Times New Roman" w:hAnsi="Times New Roman" w:cs="Times New Roman"/>
        </w:rPr>
        <w:t>:</w:t>
      </w:r>
    </w:p>
    <w:p w14:paraId="135AE49E" w14:textId="77777777" w:rsidR="001E3A52" w:rsidRPr="00AE3202" w:rsidRDefault="001E3A52" w:rsidP="00AE3202">
      <w:pPr>
        <w:pStyle w:val="NoSpacing"/>
        <w:numPr>
          <w:ilvl w:val="0"/>
          <w:numId w:val="36"/>
        </w:numPr>
        <w:rPr>
          <w:rFonts w:ascii="Times New Roman" w:hAnsi="Times New Roman" w:cs="Times New Roman"/>
        </w:rPr>
      </w:pPr>
      <w:r w:rsidRPr="00AE3202">
        <w:rPr>
          <w:rFonts w:ascii="Times New Roman" w:hAnsi="Times New Roman" w:cs="Times New Roman"/>
        </w:rPr>
        <w:t>Picture Day</w:t>
      </w:r>
    </w:p>
    <w:p w14:paraId="21014F40" w14:textId="77777777" w:rsidR="001E3A52" w:rsidRPr="00AE3202" w:rsidRDefault="001E3A52" w:rsidP="00AE3202">
      <w:pPr>
        <w:pStyle w:val="NoSpacing"/>
        <w:numPr>
          <w:ilvl w:val="0"/>
          <w:numId w:val="36"/>
        </w:numPr>
        <w:rPr>
          <w:rFonts w:ascii="Times New Roman" w:hAnsi="Times New Roman" w:cs="Times New Roman"/>
        </w:rPr>
      </w:pPr>
      <w:r w:rsidRPr="00AE3202">
        <w:rPr>
          <w:rFonts w:ascii="Times New Roman" w:hAnsi="Times New Roman" w:cs="Times New Roman"/>
        </w:rPr>
        <w:t>Apparel ordering deadlines</w:t>
      </w:r>
    </w:p>
    <w:p w14:paraId="4A4A1986" w14:textId="77777777" w:rsidR="001E3A52" w:rsidRPr="00AE3202" w:rsidRDefault="001E3A52" w:rsidP="00AE3202">
      <w:pPr>
        <w:pStyle w:val="NoSpacing"/>
        <w:numPr>
          <w:ilvl w:val="0"/>
          <w:numId w:val="36"/>
        </w:numPr>
        <w:rPr>
          <w:rFonts w:ascii="Times New Roman" w:hAnsi="Times New Roman" w:cs="Times New Roman"/>
        </w:rPr>
      </w:pPr>
      <w:r w:rsidRPr="00AE3202">
        <w:rPr>
          <w:rFonts w:ascii="Times New Roman" w:hAnsi="Times New Roman" w:cs="Times New Roman"/>
        </w:rPr>
        <w:t>Scholarship opportunities</w:t>
      </w:r>
    </w:p>
    <w:p w14:paraId="17C20A44" w14:textId="77777777" w:rsidR="001E3A52" w:rsidRPr="00AE3202" w:rsidRDefault="001E3A52" w:rsidP="00AE3202">
      <w:pPr>
        <w:pStyle w:val="NoSpacing"/>
        <w:numPr>
          <w:ilvl w:val="0"/>
          <w:numId w:val="36"/>
        </w:numPr>
        <w:rPr>
          <w:rFonts w:ascii="Times New Roman" w:hAnsi="Times New Roman" w:cs="Times New Roman"/>
        </w:rPr>
      </w:pPr>
      <w:r w:rsidRPr="00AE3202">
        <w:rPr>
          <w:rFonts w:ascii="Times New Roman" w:hAnsi="Times New Roman" w:cs="Times New Roman"/>
        </w:rPr>
        <w:t>Coach vs. Player Charity Game</w:t>
      </w:r>
    </w:p>
    <w:p w14:paraId="0A108B5A" w14:textId="77777777" w:rsidR="001E3A52" w:rsidRPr="00AE3202" w:rsidRDefault="001E3A52" w:rsidP="00AE3202">
      <w:pPr>
        <w:pStyle w:val="NoSpacing"/>
        <w:numPr>
          <w:ilvl w:val="0"/>
          <w:numId w:val="36"/>
        </w:numPr>
        <w:rPr>
          <w:rFonts w:ascii="Times New Roman" w:hAnsi="Times New Roman" w:cs="Times New Roman"/>
        </w:rPr>
      </w:pPr>
      <w:r w:rsidRPr="00AE3202">
        <w:rPr>
          <w:rFonts w:ascii="Times New Roman" w:hAnsi="Times New Roman" w:cs="Times New Roman"/>
        </w:rPr>
        <w:t>Fundraising opportunities</w:t>
      </w:r>
    </w:p>
    <w:p w14:paraId="37BEBB76" w14:textId="77777777" w:rsidR="001E3A52" w:rsidRPr="00AE3202" w:rsidRDefault="001E3A52" w:rsidP="00AE3202">
      <w:pPr>
        <w:pStyle w:val="NoSpacing"/>
        <w:numPr>
          <w:ilvl w:val="0"/>
          <w:numId w:val="36"/>
        </w:numPr>
        <w:rPr>
          <w:rFonts w:ascii="Times New Roman" w:hAnsi="Times New Roman" w:cs="Times New Roman"/>
        </w:rPr>
      </w:pPr>
      <w:r w:rsidRPr="00AE3202">
        <w:rPr>
          <w:rFonts w:ascii="Times New Roman" w:hAnsi="Times New Roman" w:cs="Times New Roman"/>
        </w:rPr>
        <w:t>Registration information</w:t>
      </w:r>
    </w:p>
    <w:p w14:paraId="2B2A6773" w14:textId="77777777" w:rsidR="001E3A52" w:rsidRPr="00AE3202" w:rsidRDefault="001E3A52" w:rsidP="00AE3202">
      <w:pPr>
        <w:pStyle w:val="NoSpacing"/>
        <w:numPr>
          <w:ilvl w:val="0"/>
          <w:numId w:val="36"/>
        </w:numPr>
        <w:rPr>
          <w:rFonts w:ascii="Times New Roman" w:hAnsi="Times New Roman" w:cs="Times New Roman"/>
        </w:rPr>
      </w:pPr>
      <w:r w:rsidRPr="00AE3202">
        <w:rPr>
          <w:rFonts w:ascii="Times New Roman" w:hAnsi="Times New Roman" w:cs="Times New Roman"/>
        </w:rPr>
        <w:t>Organization events</w:t>
      </w:r>
    </w:p>
    <w:p w14:paraId="14CF687E" w14:textId="77777777" w:rsidR="001E3A52" w:rsidRPr="00AE3202" w:rsidRDefault="001E3A52" w:rsidP="00AE3202">
      <w:pPr>
        <w:pStyle w:val="NoSpacing"/>
        <w:numPr>
          <w:ilvl w:val="0"/>
          <w:numId w:val="36"/>
        </w:numPr>
        <w:rPr>
          <w:rFonts w:ascii="Times New Roman" w:hAnsi="Times New Roman" w:cs="Times New Roman"/>
        </w:rPr>
      </w:pPr>
      <w:r w:rsidRPr="00AE3202">
        <w:rPr>
          <w:rFonts w:ascii="Times New Roman" w:hAnsi="Times New Roman" w:cs="Times New Roman"/>
        </w:rPr>
        <w:t>Awards and recognition</w:t>
      </w:r>
    </w:p>
    <w:p w14:paraId="73E868B6"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Managers play an important role in ensuring these communications reach every family in a timely manner.</w:t>
      </w:r>
    </w:p>
    <w:p w14:paraId="3605FE23" w14:textId="6689B23A" w:rsidR="001E3A52" w:rsidRPr="00AE3202" w:rsidRDefault="001E3A52" w:rsidP="00AE3202">
      <w:pPr>
        <w:pStyle w:val="NoSpacing"/>
        <w:rPr>
          <w:rFonts w:ascii="Times New Roman" w:hAnsi="Times New Roman" w:cs="Times New Roman"/>
        </w:rPr>
      </w:pPr>
    </w:p>
    <w:p w14:paraId="1EF34D79" w14:textId="77777777" w:rsidR="001E3A52" w:rsidRPr="00AE3202" w:rsidRDefault="001E3A52" w:rsidP="00AE3202">
      <w:pPr>
        <w:pStyle w:val="NoSpacing"/>
        <w:rPr>
          <w:rFonts w:ascii="Times New Roman" w:hAnsi="Times New Roman" w:cs="Times New Roman"/>
          <w:b/>
          <w:bCs/>
        </w:rPr>
      </w:pPr>
      <w:r w:rsidRPr="00AE3202">
        <w:rPr>
          <w:rFonts w:ascii="Times New Roman" w:hAnsi="Times New Roman" w:cs="Times New Roman"/>
          <w:b/>
          <w:bCs/>
        </w:rPr>
        <w:t>Team Culture</w:t>
      </w:r>
    </w:p>
    <w:p w14:paraId="76EFDCBE"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A Team Manager does much more than organize schedules.</w:t>
      </w:r>
    </w:p>
    <w:p w14:paraId="6AF4514B"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You help set the tone for your team's culture.</w:t>
      </w:r>
    </w:p>
    <w:p w14:paraId="39DF9638"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Encourage positive communication, welcome new families, and help create an environment where everyone feels included. Small gestures—such as introducing new families, organizing a preseason gathering, or celebrating birthdays and milestones—can make a lasting impact on the team's experience.</w:t>
      </w:r>
    </w:p>
    <w:p w14:paraId="5192B271"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Every team is different. Some teams enjoy holiday parties, team dinners, fundraisers, or end-of-season celebrations. While these activities are optional, they often help build friendships that extend beyond the rink.</w:t>
      </w:r>
    </w:p>
    <w:p w14:paraId="03D47990" w14:textId="2EEB98FE" w:rsidR="001E3A52" w:rsidRPr="00AE3202" w:rsidRDefault="001E3A52" w:rsidP="00AE3202">
      <w:pPr>
        <w:pStyle w:val="NoSpacing"/>
        <w:rPr>
          <w:rFonts w:ascii="Times New Roman" w:hAnsi="Times New Roman" w:cs="Times New Roman"/>
        </w:rPr>
      </w:pPr>
    </w:p>
    <w:p w14:paraId="09483AFE" w14:textId="77777777" w:rsidR="001E3A52" w:rsidRPr="00AE3202" w:rsidRDefault="001E3A52" w:rsidP="00AE3202">
      <w:pPr>
        <w:pStyle w:val="NoSpacing"/>
        <w:rPr>
          <w:rFonts w:ascii="Times New Roman" w:hAnsi="Times New Roman" w:cs="Times New Roman"/>
        </w:rPr>
      </w:pPr>
      <w:r w:rsidRPr="00AE3202">
        <w:rPr>
          <w:rFonts w:ascii="Apple Color Emoji" w:hAnsi="Apple Color Emoji" w:cs="Apple Color Emoji"/>
        </w:rPr>
        <w:t>💙</w:t>
      </w:r>
      <w:r w:rsidRPr="00AE3202">
        <w:rPr>
          <w:rFonts w:ascii="Times New Roman" w:hAnsi="Times New Roman" w:cs="Times New Roman"/>
        </w:rPr>
        <w:t xml:space="preserve"> From Experienced Managers</w:t>
      </w:r>
    </w:p>
    <w:p w14:paraId="330BE629"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Choose</w:t>
      </w:r>
      <w:r w:rsidRPr="00AE3202">
        <w:rPr>
          <w:rStyle w:val="apple-converted-space"/>
          <w:rFonts w:ascii="Times New Roman" w:hAnsi="Times New Roman" w:cs="Times New Roman"/>
          <w:color w:val="000000"/>
        </w:rPr>
        <w:t> </w:t>
      </w:r>
      <w:r w:rsidRPr="00AE3202">
        <w:rPr>
          <w:rStyle w:val="Strong"/>
          <w:rFonts w:ascii="Times New Roman" w:hAnsi="Times New Roman" w:cs="Times New Roman"/>
          <w:color w:val="000000"/>
        </w:rPr>
        <w:t>one</w:t>
      </w:r>
      <w:r w:rsidRPr="00AE3202">
        <w:rPr>
          <w:rStyle w:val="apple-converted-space"/>
          <w:rFonts w:ascii="Times New Roman" w:hAnsi="Times New Roman" w:cs="Times New Roman"/>
          <w:color w:val="000000"/>
        </w:rPr>
        <w:t> </w:t>
      </w:r>
      <w:r w:rsidRPr="00AE3202">
        <w:rPr>
          <w:rFonts w:ascii="Times New Roman" w:hAnsi="Times New Roman" w:cs="Times New Roman"/>
        </w:rPr>
        <w:t>primary communication platform and encourage families to use it consistently.</w:t>
      </w:r>
    </w:p>
    <w:p w14:paraId="6A897C19"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Respond to questions promptly—even if it's simply to say you're checking on the answer.</w:t>
      </w:r>
    </w:p>
    <w:p w14:paraId="376AB6AE"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Schedule changes happen. Communicate them as soon as possible.</w:t>
      </w:r>
    </w:p>
    <w:p w14:paraId="13EF04C2" w14:textId="699079ED"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lastRenderedPageBreak/>
        <w:t xml:space="preserve">Don't feel like </w:t>
      </w:r>
      <w:r w:rsidR="00116117">
        <w:rPr>
          <w:rFonts w:ascii="Times New Roman" w:hAnsi="Times New Roman" w:cs="Times New Roman"/>
        </w:rPr>
        <w:t>it is your responsibility to do everything by yourself.</w:t>
      </w:r>
      <w:r w:rsidRPr="00AE3202">
        <w:rPr>
          <w:rFonts w:ascii="Times New Roman" w:hAnsi="Times New Roman" w:cs="Times New Roman"/>
        </w:rPr>
        <w:t xml:space="preserve"> Parents are often happy to help when given a specific task.</w:t>
      </w:r>
    </w:p>
    <w:p w14:paraId="53964E42" w14:textId="77777777" w:rsidR="001E3A52" w:rsidRPr="00AE3202" w:rsidRDefault="001E3A52" w:rsidP="00AE3202">
      <w:pPr>
        <w:pStyle w:val="NoSpacing"/>
        <w:rPr>
          <w:rFonts w:ascii="Times New Roman" w:hAnsi="Times New Roman" w:cs="Times New Roman"/>
        </w:rPr>
      </w:pPr>
      <w:r w:rsidRPr="00AE3202">
        <w:rPr>
          <w:rFonts w:ascii="Times New Roman" w:hAnsi="Times New Roman" w:cs="Times New Roman"/>
        </w:rPr>
        <w:t>Introduce yourself to new families early in the season. A warm welcome goes a long way toward making everyone feel like part of the team.</w:t>
      </w:r>
    </w:p>
    <w:p w14:paraId="532258FE" w14:textId="5BC0B475"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2DB6965B">
          <v:rect id="_x0000_i1035" alt="" style="width:431.95pt;height:.05pt;mso-width-percent:0;mso-height-percent:0;mso-width-percent:0;mso-height-percent:0" o:hrpct="923" o:hralign="center" o:hrstd="t" o:hr="t" fillcolor="#a0a0a0" stroked="f"/>
        </w:pict>
      </w:r>
    </w:p>
    <w:p w14:paraId="67BCF345" w14:textId="77777777" w:rsidR="00AE3202" w:rsidRPr="00AE3202" w:rsidRDefault="00AE3202" w:rsidP="00AE3202">
      <w:pPr>
        <w:pStyle w:val="NoSpacing"/>
        <w:rPr>
          <w:rFonts w:ascii="Times New Roman" w:hAnsi="Times New Roman" w:cs="Times New Roman"/>
          <w:b/>
          <w:bCs/>
          <w:color w:val="365F91" w:themeColor="accent1" w:themeShade="BF"/>
          <w:sz w:val="28"/>
          <w:szCs w:val="28"/>
        </w:rPr>
      </w:pPr>
      <w:r w:rsidRPr="00AE3202">
        <w:rPr>
          <w:rFonts w:ascii="Times New Roman" w:hAnsi="Times New Roman" w:cs="Times New Roman"/>
          <w:b/>
          <w:bCs/>
          <w:color w:val="365F91" w:themeColor="accent1" w:themeShade="BF"/>
          <w:sz w:val="28"/>
          <w:szCs w:val="28"/>
        </w:rPr>
        <w:t>USA Hockey Roster</w:t>
      </w:r>
    </w:p>
    <w:p w14:paraId="626B0EFC" w14:textId="77777777" w:rsidR="002E0DC0" w:rsidRDefault="002E0DC0" w:rsidP="00AE3202">
      <w:pPr>
        <w:pStyle w:val="NoSpacing"/>
        <w:rPr>
          <w:rFonts w:ascii="Times New Roman" w:hAnsi="Times New Roman" w:cs="Times New Roman"/>
        </w:rPr>
      </w:pPr>
    </w:p>
    <w:p w14:paraId="56CD8697" w14:textId="3FF2D891"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The official USA Hockey roster is one of the most frequently used documents throughout the season.</w:t>
      </w:r>
    </w:p>
    <w:p w14:paraId="25B1379B"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Once player registration has been completed, the Registrar will provide your official roster. Many tournaments require a copy before your arrival, so it's a good idea to keep both digital and printed copies available.</w:t>
      </w:r>
    </w:p>
    <w:p w14:paraId="1AAF0C9A" w14:textId="77777777" w:rsidR="00AE3202" w:rsidRPr="00AE3202" w:rsidRDefault="00AE3202" w:rsidP="00AE3202">
      <w:pPr>
        <w:pStyle w:val="NoSpacing"/>
        <w:rPr>
          <w:rFonts w:ascii="Times New Roman" w:hAnsi="Times New Roman" w:cs="Times New Roman"/>
        </w:rPr>
      </w:pPr>
      <w:r w:rsidRPr="00AE3202">
        <w:rPr>
          <w:rStyle w:val="Strong"/>
          <w:rFonts w:ascii="Times New Roman" w:hAnsi="Times New Roman" w:cs="Times New Roman"/>
          <w:color w:val="000000"/>
        </w:rPr>
        <w:t>Best Practice</w:t>
      </w:r>
    </w:p>
    <w:p w14:paraId="48833AE0" w14:textId="77777777" w:rsidR="00AE3202" w:rsidRPr="00AE3202" w:rsidRDefault="00AE3202" w:rsidP="00AE3202">
      <w:pPr>
        <w:pStyle w:val="NoSpacing"/>
        <w:numPr>
          <w:ilvl w:val="0"/>
          <w:numId w:val="37"/>
        </w:numPr>
        <w:rPr>
          <w:rFonts w:ascii="Times New Roman" w:hAnsi="Times New Roman" w:cs="Times New Roman"/>
        </w:rPr>
      </w:pPr>
      <w:r w:rsidRPr="00AE3202">
        <w:rPr>
          <w:rFonts w:ascii="Times New Roman" w:hAnsi="Times New Roman" w:cs="Times New Roman"/>
        </w:rPr>
        <w:t>Create a note on your phone that includes:</w:t>
      </w:r>
    </w:p>
    <w:p w14:paraId="6D766F6D" w14:textId="77777777" w:rsidR="00AE3202" w:rsidRPr="00AE3202" w:rsidRDefault="00AE3202" w:rsidP="00AE3202">
      <w:pPr>
        <w:pStyle w:val="NoSpacing"/>
        <w:numPr>
          <w:ilvl w:val="0"/>
          <w:numId w:val="37"/>
        </w:numPr>
        <w:rPr>
          <w:rFonts w:ascii="Times New Roman" w:hAnsi="Times New Roman" w:cs="Times New Roman"/>
        </w:rPr>
      </w:pPr>
      <w:r w:rsidRPr="00AE3202">
        <w:rPr>
          <w:rFonts w:ascii="Times New Roman" w:hAnsi="Times New Roman" w:cs="Times New Roman"/>
        </w:rPr>
        <w:t>USA Hockey roster link</w:t>
      </w:r>
    </w:p>
    <w:p w14:paraId="739D9072" w14:textId="77777777" w:rsidR="00AE3202" w:rsidRPr="00AE3202" w:rsidRDefault="00AE3202" w:rsidP="00AE3202">
      <w:pPr>
        <w:pStyle w:val="NoSpacing"/>
        <w:numPr>
          <w:ilvl w:val="0"/>
          <w:numId w:val="37"/>
        </w:numPr>
        <w:rPr>
          <w:rFonts w:ascii="Times New Roman" w:hAnsi="Times New Roman" w:cs="Times New Roman"/>
        </w:rPr>
      </w:pPr>
      <w:r w:rsidRPr="00AE3202">
        <w:rPr>
          <w:rFonts w:ascii="Times New Roman" w:hAnsi="Times New Roman" w:cs="Times New Roman"/>
        </w:rPr>
        <w:t>Plain text roster</w:t>
      </w:r>
    </w:p>
    <w:p w14:paraId="7EBB5C2C" w14:textId="77777777" w:rsidR="00AE3202" w:rsidRPr="00AE3202" w:rsidRDefault="00AE3202" w:rsidP="00AE3202">
      <w:pPr>
        <w:pStyle w:val="NoSpacing"/>
        <w:numPr>
          <w:ilvl w:val="0"/>
          <w:numId w:val="37"/>
        </w:numPr>
        <w:rPr>
          <w:rFonts w:ascii="Times New Roman" w:hAnsi="Times New Roman" w:cs="Times New Roman"/>
        </w:rPr>
      </w:pPr>
      <w:r w:rsidRPr="00AE3202">
        <w:rPr>
          <w:rFonts w:ascii="Times New Roman" w:hAnsi="Times New Roman" w:cs="Times New Roman"/>
        </w:rPr>
        <w:t>Coach contact information</w:t>
      </w:r>
    </w:p>
    <w:p w14:paraId="74CC0070" w14:textId="77777777" w:rsidR="00AE3202" w:rsidRPr="00AE3202" w:rsidRDefault="00AE3202" w:rsidP="00AE3202">
      <w:pPr>
        <w:pStyle w:val="NoSpacing"/>
        <w:numPr>
          <w:ilvl w:val="0"/>
          <w:numId w:val="37"/>
        </w:numPr>
        <w:rPr>
          <w:rFonts w:ascii="Times New Roman" w:hAnsi="Times New Roman" w:cs="Times New Roman"/>
        </w:rPr>
      </w:pPr>
      <w:r w:rsidRPr="00AE3202">
        <w:rPr>
          <w:rFonts w:ascii="Times New Roman" w:hAnsi="Times New Roman" w:cs="Times New Roman"/>
        </w:rPr>
        <w:t>Team Manager contact information</w:t>
      </w:r>
    </w:p>
    <w:p w14:paraId="5139BDA6" w14:textId="77777777" w:rsidR="00AE3202" w:rsidRPr="00AE3202" w:rsidRDefault="00AE3202" w:rsidP="00AE3202">
      <w:pPr>
        <w:pStyle w:val="NoSpacing"/>
        <w:numPr>
          <w:ilvl w:val="0"/>
          <w:numId w:val="37"/>
        </w:numPr>
        <w:rPr>
          <w:rFonts w:ascii="Times New Roman" w:hAnsi="Times New Roman" w:cs="Times New Roman"/>
        </w:rPr>
      </w:pPr>
      <w:r w:rsidRPr="00AE3202">
        <w:rPr>
          <w:rFonts w:ascii="Times New Roman" w:hAnsi="Times New Roman" w:cs="Times New Roman"/>
        </w:rPr>
        <w:t>League login information</w:t>
      </w:r>
    </w:p>
    <w:p w14:paraId="2F2D77FA"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You'll use this information throughout the season for tournament registrations, scheduling, and communication.</w:t>
      </w:r>
    </w:p>
    <w:p w14:paraId="7E607028"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50B2E1B9">
          <v:rect id="_x0000_i1034" alt="" style="width:431.95pt;height:.05pt;mso-width-percent:0;mso-height-percent:0;mso-width-percent:0;mso-height-percent:0" o:hrpct="923" o:hralign="center" o:hrstd="t" o:hr="t" fillcolor="#a0a0a0" stroked="f"/>
        </w:pict>
      </w:r>
    </w:p>
    <w:p w14:paraId="54BBB387" w14:textId="77777777" w:rsidR="00AE3202" w:rsidRPr="002E0DC0" w:rsidRDefault="00AE3202" w:rsidP="00AE3202">
      <w:pPr>
        <w:pStyle w:val="NoSpacing"/>
        <w:rPr>
          <w:rFonts w:ascii="Times New Roman" w:hAnsi="Times New Roman" w:cs="Times New Roman"/>
          <w:b/>
          <w:bCs/>
          <w:color w:val="365F91" w:themeColor="accent1" w:themeShade="BF"/>
          <w:sz w:val="28"/>
          <w:szCs w:val="28"/>
        </w:rPr>
      </w:pPr>
      <w:r w:rsidRPr="002E0DC0">
        <w:rPr>
          <w:rFonts w:ascii="Times New Roman" w:hAnsi="Times New Roman" w:cs="Times New Roman"/>
          <w:b/>
          <w:bCs/>
          <w:color w:val="365F91" w:themeColor="accent1" w:themeShade="BF"/>
          <w:sz w:val="28"/>
          <w:szCs w:val="28"/>
        </w:rPr>
        <w:t>Consent to Treat Forms</w:t>
      </w:r>
    </w:p>
    <w:p w14:paraId="45AE7AE8" w14:textId="77777777" w:rsidR="002E0DC0" w:rsidRDefault="002E0DC0" w:rsidP="00AE3202">
      <w:pPr>
        <w:pStyle w:val="NoSpacing"/>
        <w:rPr>
          <w:rFonts w:ascii="Times New Roman" w:hAnsi="Times New Roman" w:cs="Times New Roman"/>
        </w:rPr>
      </w:pPr>
    </w:p>
    <w:p w14:paraId="3FE32BC4" w14:textId="578AB878"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 xml:space="preserve">Every player </w:t>
      </w:r>
      <w:r w:rsidR="00116117">
        <w:rPr>
          <w:rFonts w:ascii="Times New Roman" w:hAnsi="Times New Roman" w:cs="Times New Roman"/>
        </w:rPr>
        <w:t>must</w:t>
      </w:r>
      <w:r w:rsidRPr="00AE3202">
        <w:rPr>
          <w:rFonts w:ascii="Times New Roman" w:hAnsi="Times New Roman" w:cs="Times New Roman"/>
        </w:rPr>
        <w:t xml:space="preserve"> have a completed Consent to Treat form before participating with the team.</w:t>
      </w:r>
    </w:p>
    <w:p w14:paraId="0912E35C"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If a player is traveling with another family and requires medical attention, this form allows medical personnel to provide treatment when a parent or guardian is unavailable.</w:t>
      </w:r>
    </w:p>
    <w:p w14:paraId="34A8FC24" w14:textId="77777777" w:rsidR="00AE3202" w:rsidRPr="00AE3202" w:rsidRDefault="00AE3202" w:rsidP="00AE3202">
      <w:pPr>
        <w:pStyle w:val="NoSpacing"/>
        <w:rPr>
          <w:rFonts w:ascii="Times New Roman" w:hAnsi="Times New Roman" w:cs="Times New Roman"/>
        </w:rPr>
      </w:pPr>
      <w:r w:rsidRPr="00AE3202">
        <w:rPr>
          <w:rStyle w:val="Strong"/>
          <w:rFonts w:ascii="Times New Roman" w:hAnsi="Times New Roman" w:cs="Times New Roman"/>
          <w:color w:val="000000"/>
        </w:rPr>
        <w:t>Best Practice</w:t>
      </w:r>
    </w:p>
    <w:p w14:paraId="51DDC200"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Rather than carrying paper copies all season, keep digital copies in a secure folder on your phone or tablet. This allows you to quickly access or share the form should an emergency arise.</w:t>
      </w:r>
    </w:p>
    <w:p w14:paraId="43685A6F"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798A46AD">
          <v:rect id="_x0000_i1033" alt="" style="width:431.95pt;height:.05pt;mso-width-percent:0;mso-height-percent:0;mso-width-percent:0;mso-height-percent:0" o:hrpct="923" o:hralign="center" o:hrstd="t" o:hr="t" fillcolor="#a0a0a0" stroked="f"/>
        </w:pict>
      </w:r>
    </w:p>
    <w:p w14:paraId="15622566" w14:textId="77777777" w:rsidR="00AE3202" w:rsidRPr="002E0DC0" w:rsidRDefault="00AE3202" w:rsidP="00AE3202">
      <w:pPr>
        <w:pStyle w:val="NoSpacing"/>
        <w:rPr>
          <w:rFonts w:ascii="Times New Roman" w:hAnsi="Times New Roman" w:cs="Times New Roman"/>
          <w:b/>
          <w:bCs/>
          <w:color w:val="365F91" w:themeColor="accent1" w:themeShade="BF"/>
          <w:sz w:val="28"/>
          <w:szCs w:val="28"/>
        </w:rPr>
      </w:pPr>
      <w:r w:rsidRPr="002E0DC0">
        <w:rPr>
          <w:rFonts w:ascii="Times New Roman" w:hAnsi="Times New Roman" w:cs="Times New Roman"/>
          <w:b/>
          <w:bCs/>
          <w:color w:val="365F91" w:themeColor="accent1" w:themeShade="BF"/>
          <w:sz w:val="28"/>
          <w:szCs w:val="28"/>
        </w:rPr>
        <w:t>Electronic Scoresheets</w:t>
      </w:r>
    </w:p>
    <w:p w14:paraId="18FE65A5" w14:textId="77777777" w:rsidR="002E0DC0" w:rsidRDefault="002E0DC0" w:rsidP="00AE3202">
      <w:pPr>
        <w:pStyle w:val="NoSpacing"/>
        <w:rPr>
          <w:rFonts w:ascii="Times New Roman" w:hAnsi="Times New Roman" w:cs="Times New Roman"/>
        </w:rPr>
      </w:pPr>
    </w:p>
    <w:p w14:paraId="7141820F" w14:textId="51ADF0DE"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Electronic scoresheets are now used for league play.</w:t>
      </w:r>
    </w:p>
    <w:p w14:paraId="792768A4"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Managers will receive league login information prior to the season.</w:t>
      </w:r>
    </w:p>
    <w:p w14:paraId="77E64AB2"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Before each game:</w:t>
      </w:r>
    </w:p>
    <w:p w14:paraId="58CC76E3" w14:textId="77777777" w:rsidR="00AE3202" w:rsidRPr="00AE3202" w:rsidRDefault="00AE3202" w:rsidP="006018BD">
      <w:pPr>
        <w:pStyle w:val="NoSpacing"/>
        <w:numPr>
          <w:ilvl w:val="0"/>
          <w:numId w:val="38"/>
        </w:numPr>
        <w:rPr>
          <w:rFonts w:ascii="Times New Roman" w:hAnsi="Times New Roman" w:cs="Times New Roman"/>
        </w:rPr>
      </w:pPr>
      <w:r w:rsidRPr="00AE3202">
        <w:rPr>
          <w:rFonts w:ascii="Times New Roman" w:hAnsi="Times New Roman" w:cs="Times New Roman"/>
        </w:rPr>
        <w:t>Verify your active roster.</w:t>
      </w:r>
    </w:p>
    <w:p w14:paraId="36F9D5C8" w14:textId="77777777" w:rsidR="00AE3202" w:rsidRPr="00AE3202" w:rsidRDefault="00AE3202" w:rsidP="006018BD">
      <w:pPr>
        <w:pStyle w:val="NoSpacing"/>
        <w:numPr>
          <w:ilvl w:val="0"/>
          <w:numId w:val="38"/>
        </w:numPr>
        <w:rPr>
          <w:rFonts w:ascii="Times New Roman" w:hAnsi="Times New Roman" w:cs="Times New Roman"/>
        </w:rPr>
      </w:pPr>
      <w:r w:rsidRPr="00AE3202">
        <w:rPr>
          <w:rFonts w:ascii="Times New Roman" w:hAnsi="Times New Roman" w:cs="Times New Roman"/>
        </w:rPr>
        <w:t>Confirm coaches and team staff.</w:t>
      </w:r>
    </w:p>
    <w:p w14:paraId="298B220A" w14:textId="77777777" w:rsidR="00AE3202" w:rsidRPr="00AE3202" w:rsidRDefault="00AE3202" w:rsidP="006018BD">
      <w:pPr>
        <w:pStyle w:val="NoSpacing"/>
        <w:numPr>
          <w:ilvl w:val="0"/>
          <w:numId w:val="38"/>
        </w:numPr>
        <w:rPr>
          <w:rFonts w:ascii="Times New Roman" w:hAnsi="Times New Roman" w:cs="Times New Roman"/>
        </w:rPr>
      </w:pPr>
      <w:r w:rsidRPr="00AE3202">
        <w:rPr>
          <w:rFonts w:ascii="Times New Roman" w:hAnsi="Times New Roman" w:cs="Times New Roman"/>
        </w:rPr>
        <w:t>Complete any required electronic sign-ins.</w:t>
      </w:r>
    </w:p>
    <w:p w14:paraId="59A59EF1" w14:textId="77777777" w:rsidR="00AE3202" w:rsidRPr="00AE3202" w:rsidRDefault="00AE3202" w:rsidP="006018BD">
      <w:pPr>
        <w:pStyle w:val="NoSpacing"/>
        <w:numPr>
          <w:ilvl w:val="0"/>
          <w:numId w:val="38"/>
        </w:numPr>
        <w:rPr>
          <w:rFonts w:ascii="Times New Roman" w:hAnsi="Times New Roman" w:cs="Times New Roman"/>
        </w:rPr>
      </w:pPr>
      <w:r w:rsidRPr="00AE3202">
        <w:rPr>
          <w:rFonts w:ascii="Times New Roman" w:hAnsi="Times New Roman" w:cs="Times New Roman"/>
        </w:rPr>
        <w:t>Ensure the visiting team has completed their roster for home games.</w:t>
      </w:r>
    </w:p>
    <w:p w14:paraId="41CF5E10" w14:textId="77777777" w:rsidR="00AE3202" w:rsidRPr="00AE3202" w:rsidRDefault="00AE3202" w:rsidP="00AE3202">
      <w:pPr>
        <w:pStyle w:val="NoSpacing"/>
        <w:rPr>
          <w:rFonts w:ascii="Times New Roman" w:hAnsi="Times New Roman" w:cs="Times New Roman"/>
        </w:rPr>
      </w:pPr>
      <w:r w:rsidRPr="006018BD">
        <w:rPr>
          <w:rFonts w:ascii="Times New Roman" w:hAnsi="Times New Roman" w:cs="Times New Roman"/>
          <w:i/>
          <w:iCs/>
        </w:rPr>
        <w:t>Travel and House leagues may have slightly different procedures. Additional league-specific instructions will be provided before the season begins</w:t>
      </w:r>
      <w:r w:rsidRPr="00AE3202">
        <w:rPr>
          <w:rFonts w:ascii="Times New Roman" w:hAnsi="Times New Roman" w:cs="Times New Roman"/>
        </w:rPr>
        <w:t>.</w:t>
      </w:r>
    </w:p>
    <w:p w14:paraId="4B5875D6" w14:textId="77777777" w:rsidR="00AE3202" w:rsidRPr="00AE3202" w:rsidRDefault="00AE3202" w:rsidP="00AE3202">
      <w:pPr>
        <w:pStyle w:val="NoSpacing"/>
        <w:rPr>
          <w:rFonts w:ascii="Times New Roman" w:hAnsi="Times New Roman" w:cs="Times New Roman"/>
        </w:rPr>
      </w:pPr>
      <w:r w:rsidRPr="00AE3202">
        <w:rPr>
          <w:rStyle w:val="Strong"/>
          <w:rFonts w:ascii="Times New Roman" w:hAnsi="Times New Roman" w:cs="Times New Roman"/>
          <w:color w:val="000000"/>
        </w:rPr>
        <w:t>Organization Note:</w:t>
      </w:r>
      <w:r w:rsidRPr="00AE3202">
        <w:rPr>
          <w:rStyle w:val="apple-converted-space"/>
          <w:rFonts w:ascii="Times New Roman" w:hAnsi="Times New Roman" w:cs="Times New Roman"/>
          <w:color w:val="000000"/>
        </w:rPr>
        <w:t> </w:t>
      </w:r>
      <w:r w:rsidRPr="00AE3202">
        <w:rPr>
          <w:rFonts w:ascii="Times New Roman" w:hAnsi="Times New Roman" w:cs="Times New Roman"/>
        </w:rPr>
        <w:t>WYHA provides an iPad for home games. The storage location, passcode, and login procedures will be provided before the season begins.</w:t>
      </w:r>
    </w:p>
    <w:p w14:paraId="1BAD6D68"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48C65E32">
          <v:rect id="_x0000_i1032" alt="" style="width:431.95pt;height:.05pt;mso-width-percent:0;mso-height-percent:0;mso-width-percent:0;mso-height-percent:0" o:hrpct="923" o:hralign="center" o:hrstd="t" o:hr="t" fillcolor="#a0a0a0" stroked="f"/>
        </w:pict>
      </w:r>
    </w:p>
    <w:p w14:paraId="02F20A44"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4D04E2C7"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7FD2A324"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674B0060" w14:textId="4F7CBFB0" w:rsidR="00AE3202" w:rsidRPr="006018BD" w:rsidRDefault="00AE3202" w:rsidP="00AE3202">
      <w:pPr>
        <w:pStyle w:val="NoSpacing"/>
        <w:rPr>
          <w:rFonts w:ascii="Times New Roman" w:hAnsi="Times New Roman" w:cs="Times New Roman"/>
          <w:b/>
          <w:bCs/>
          <w:color w:val="365F91" w:themeColor="accent1" w:themeShade="BF"/>
          <w:sz w:val="28"/>
          <w:szCs w:val="28"/>
        </w:rPr>
      </w:pPr>
      <w:r w:rsidRPr="006018BD">
        <w:rPr>
          <w:rFonts w:ascii="Times New Roman" w:hAnsi="Times New Roman" w:cs="Times New Roman"/>
          <w:b/>
          <w:bCs/>
          <w:color w:val="365F91" w:themeColor="accent1" w:themeShade="BF"/>
          <w:sz w:val="28"/>
          <w:szCs w:val="28"/>
        </w:rPr>
        <w:lastRenderedPageBreak/>
        <w:t>Roster Stickers</w:t>
      </w:r>
    </w:p>
    <w:p w14:paraId="11392F90" w14:textId="77777777" w:rsidR="006018BD" w:rsidRDefault="006018BD" w:rsidP="00AE3202">
      <w:pPr>
        <w:pStyle w:val="NoSpacing"/>
        <w:rPr>
          <w:rFonts w:ascii="Times New Roman" w:hAnsi="Times New Roman" w:cs="Times New Roman"/>
        </w:rPr>
      </w:pPr>
    </w:p>
    <w:p w14:paraId="435A5BA9" w14:textId="2B846591"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Some tournaments and leagues still require roster stickers.</w:t>
      </w:r>
    </w:p>
    <w:p w14:paraId="7C7B34BD"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These are the responsibility of each individual team, not WYHA.</w:t>
      </w:r>
    </w:p>
    <w:p w14:paraId="1DA32867"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Sample templates and Avery label information are available on the Manager Resources page.</w:t>
      </w:r>
    </w:p>
    <w:p w14:paraId="1751C6EB"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7D188E09">
          <v:rect id="_x0000_i1031" alt="" style="width:431.95pt;height:.05pt;mso-width-percent:0;mso-height-percent:0;mso-width-percent:0;mso-height-percent:0" o:hrpct="923" o:hralign="center" o:hrstd="t" o:hr="t" fillcolor="#a0a0a0" stroked="f"/>
        </w:pict>
      </w:r>
    </w:p>
    <w:p w14:paraId="3748F47F" w14:textId="77777777" w:rsidR="00AE3202" w:rsidRPr="006018BD" w:rsidRDefault="00AE3202" w:rsidP="00AE3202">
      <w:pPr>
        <w:pStyle w:val="NoSpacing"/>
        <w:rPr>
          <w:rFonts w:ascii="Times New Roman" w:hAnsi="Times New Roman" w:cs="Times New Roman"/>
          <w:b/>
          <w:bCs/>
          <w:color w:val="365F91" w:themeColor="accent1" w:themeShade="BF"/>
          <w:sz w:val="28"/>
          <w:szCs w:val="28"/>
        </w:rPr>
      </w:pPr>
      <w:r w:rsidRPr="006018BD">
        <w:rPr>
          <w:rFonts w:ascii="Times New Roman" w:hAnsi="Times New Roman" w:cs="Times New Roman"/>
          <w:b/>
          <w:bCs/>
          <w:color w:val="365F91" w:themeColor="accent1" w:themeShade="BF"/>
          <w:sz w:val="28"/>
          <w:szCs w:val="28"/>
        </w:rPr>
        <w:t>Scheduling &amp; Tournaments</w:t>
      </w:r>
    </w:p>
    <w:p w14:paraId="7BB5C79F" w14:textId="77777777" w:rsidR="006018BD" w:rsidRDefault="006018BD" w:rsidP="00AE3202">
      <w:pPr>
        <w:pStyle w:val="NoSpacing"/>
        <w:rPr>
          <w:rFonts w:ascii="Times New Roman" w:hAnsi="Times New Roman" w:cs="Times New Roman"/>
        </w:rPr>
      </w:pPr>
    </w:p>
    <w:p w14:paraId="04D87EC9" w14:textId="4A460835"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League Scheduling</w:t>
      </w:r>
    </w:p>
    <w:p w14:paraId="0084A5E9"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Scheduling is one of the most important responsibilities of a Team Manager.</w:t>
      </w:r>
    </w:p>
    <w:p w14:paraId="7BDD9AA8"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Work closely with your Head Coach and the Ice Scheduler throughout the scheduling process.</w:t>
      </w:r>
    </w:p>
    <w:p w14:paraId="7F831604"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Before league scheduling begins, determine:</w:t>
      </w:r>
    </w:p>
    <w:p w14:paraId="62F08DEA" w14:textId="77777777" w:rsidR="00AE3202" w:rsidRPr="00AE3202" w:rsidRDefault="00AE3202" w:rsidP="006018BD">
      <w:pPr>
        <w:pStyle w:val="NoSpacing"/>
        <w:numPr>
          <w:ilvl w:val="0"/>
          <w:numId w:val="39"/>
        </w:numPr>
        <w:rPr>
          <w:rFonts w:ascii="Times New Roman" w:hAnsi="Times New Roman" w:cs="Times New Roman"/>
        </w:rPr>
      </w:pPr>
      <w:r w:rsidRPr="00AE3202">
        <w:rPr>
          <w:rFonts w:ascii="Times New Roman" w:hAnsi="Times New Roman" w:cs="Times New Roman"/>
        </w:rPr>
        <w:t>Which tournaments your team plans to attend.</w:t>
      </w:r>
    </w:p>
    <w:p w14:paraId="41812A97" w14:textId="77777777" w:rsidR="00AE3202" w:rsidRPr="00AE3202" w:rsidRDefault="00AE3202" w:rsidP="006018BD">
      <w:pPr>
        <w:pStyle w:val="NoSpacing"/>
        <w:numPr>
          <w:ilvl w:val="0"/>
          <w:numId w:val="39"/>
        </w:numPr>
        <w:rPr>
          <w:rFonts w:ascii="Times New Roman" w:hAnsi="Times New Roman" w:cs="Times New Roman"/>
        </w:rPr>
      </w:pPr>
      <w:r w:rsidRPr="00AE3202">
        <w:rPr>
          <w:rFonts w:ascii="Times New Roman" w:hAnsi="Times New Roman" w:cs="Times New Roman"/>
        </w:rPr>
        <w:t>Any weekends your team is unavailable.</w:t>
      </w:r>
    </w:p>
    <w:p w14:paraId="134BC1DE" w14:textId="77777777" w:rsidR="00AE3202" w:rsidRPr="00AE3202" w:rsidRDefault="00AE3202" w:rsidP="006018BD">
      <w:pPr>
        <w:pStyle w:val="NoSpacing"/>
        <w:numPr>
          <w:ilvl w:val="0"/>
          <w:numId w:val="39"/>
        </w:numPr>
        <w:rPr>
          <w:rFonts w:ascii="Times New Roman" w:hAnsi="Times New Roman" w:cs="Times New Roman"/>
        </w:rPr>
      </w:pPr>
      <w:r w:rsidRPr="00AE3202">
        <w:rPr>
          <w:rFonts w:ascii="Times New Roman" w:hAnsi="Times New Roman" w:cs="Times New Roman"/>
        </w:rPr>
        <w:t>Team preferences for home games when possible.</w:t>
      </w:r>
    </w:p>
    <w:p w14:paraId="5C592169"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The more information you have before scheduling begins, the easier the process will be.</w:t>
      </w:r>
    </w:p>
    <w:p w14:paraId="6263A916" w14:textId="4B873C1A" w:rsidR="00AE3202" w:rsidRPr="00AE3202" w:rsidRDefault="00AE3202" w:rsidP="00AE3202">
      <w:pPr>
        <w:pStyle w:val="NoSpacing"/>
        <w:rPr>
          <w:rFonts w:ascii="Times New Roman" w:hAnsi="Times New Roman" w:cs="Times New Roman"/>
        </w:rPr>
      </w:pPr>
    </w:p>
    <w:p w14:paraId="245A9912" w14:textId="77777777"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Blackout Dates</w:t>
      </w:r>
    </w:p>
    <w:p w14:paraId="42AF067B" w14:textId="6007428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Blackout dates are dates when you do</w:t>
      </w:r>
      <w:r w:rsidRPr="00AE3202">
        <w:rPr>
          <w:rStyle w:val="apple-converted-space"/>
          <w:rFonts w:ascii="Times New Roman" w:hAnsi="Times New Roman" w:cs="Times New Roman"/>
          <w:color w:val="000000"/>
        </w:rPr>
        <w:t> </w:t>
      </w:r>
      <w:r w:rsidRPr="00AE3202">
        <w:rPr>
          <w:rStyle w:val="Strong"/>
          <w:rFonts w:ascii="Times New Roman" w:hAnsi="Times New Roman" w:cs="Times New Roman"/>
          <w:color w:val="000000"/>
        </w:rPr>
        <w:t>not</w:t>
      </w:r>
      <w:r w:rsidRPr="00AE3202">
        <w:rPr>
          <w:rStyle w:val="apple-converted-space"/>
          <w:rFonts w:ascii="Times New Roman" w:hAnsi="Times New Roman" w:cs="Times New Roman"/>
          <w:color w:val="000000"/>
        </w:rPr>
        <w:t> </w:t>
      </w:r>
      <w:r w:rsidRPr="00AE3202">
        <w:rPr>
          <w:rFonts w:ascii="Times New Roman" w:hAnsi="Times New Roman" w:cs="Times New Roman"/>
        </w:rPr>
        <w:t xml:space="preserve">want </w:t>
      </w:r>
      <w:r w:rsidR="006018BD">
        <w:rPr>
          <w:rFonts w:ascii="Times New Roman" w:hAnsi="Times New Roman" w:cs="Times New Roman"/>
        </w:rPr>
        <w:t>practices</w:t>
      </w:r>
      <w:r w:rsidRPr="00AE3202">
        <w:rPr>
          <w:rFonts w:ascii="Times New Roman" w:hAnsi="Times New Roman" w:cs="Times New Roman"/>
        </w:rPr>
        <w:t xml:space="preserve"> scheduled.</w:t>
      </w:r>
    </w:p>
    <w:p w14:paraId="4F986656"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Examples include:</w:t>
      </w:r>
    </w:p>
    <w:p w14:paraId="249AE04A" w14:textId="77777777" w:rsidR="00AE3202" w:rsidRPr="00AE3202" w:rsidRDefault="00AE3202" w:rsidP="006018BD">
      <w:pPr>
        <w:pStyle w:val="NoSpacing"/>
        <w:numPr>
          <w:ilvl w:val="0"/>
          <w:numId w:val="40"/>
        </w:numPr>
        <w:rPr>
          <w:rFonts w:ascii="Times New Roman" w:hAnsi="Times New Roman" w:cs="Times New Roman"/>
        </w:rPr>
      </w:pPr>
      <w:r w:rsidRPr="00AE3202">
        <w:rPr>
          <w:rFonts w:ascii="Times New Roman" w:hAnsi="Times New Roman" w:cs="Times New Roman"/>
        </w:rPr>
        <w:t>Tournament weekends</w:t>
      </w:r>
    </w:p>
    <w:p w14:paraId="649B31B3" w14:textId="77777777" w:rsidR="00AE3202" w:rsidRPr="00AE3202" w:rsidRDefault="00AE3202" w:rsidP="006018BD">
      <w:pPr>
        <w:pStyle w:val="NoSpacing"/>
        <w:numPr>
          <w:ilvl w:val="0"/>
          <w:numId w:val="40"/>
        </w:numPr>
        <w:rPr>
          <w:rFonts w:ascii="Times New Roman" w:hAnsi="Times New Roman" w:cs="Times New Roman"/>
        </w:rPr>
      </w:pPr>
      <w:r w:rsidRPr="00AE3202">
        <w:rPr>
          <w:rFonts w:ascii="Times New Roman" w:hAnsi="Times New Roman" w:cs="Times New Roman"/>
        </w:rPr>
        <w:t>Holiday weekends</w:t>
      </w:r>
    </w:p>
    <w:p w14:paraId="30CE906C" w14:textId="77777777" w:rsidR="00AE3202" w:rsidRPr="00AE3202" w:rsidRDefault="00AE3202" w:rsidP="006018BD">
      <w:pPr>
        <w:pStyle w:val="NoSpacing"/>
        <w:numPr>
          <w:ilvl w:val="0"/>
          <w:numId w:val="40"/>
        </w:numPr>
        <w:rPr>
          <w:rFonts w:ascii="Times New Roman" w:hAnsi="Times New Roman" w:cs="Times New Roman"/>
        </w:rPr>
      </w:pPr>
      <w:r w:rsidRPr="00AE3202">
        <w:rPr>
          <w:rFonts w:ascii="Times New Roman" w:hAnsi="Times New Roman" w:cs="Times New Roman"/>
        </w:rPr>
        <w:t>Other known conflicts</w:t>
      </w:r>
    </w:p>
    <w:p w14:paraId="7F874464"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Travel teams should submit blackout dates as early as possible, typically in the spring or by the deadline established by the Ice Scheduler.</w:t>
      </w:r>
    </w:p>
    <w:p w14:paraId="0357A346"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Late changes become increasingly difficult once schedules are published.</w:t>
      </w:r>
    </w:p>
    <w:p w14:paraId="541F59F8" w14:textId="1E1993E7" w:rsidR="00AE3202" w:rsidRPr="00AE3202" w:rsidRDefault="00AE3202" w:rsidP="00AE3202">
      <w:pPr>
        <w:pStyle w:val="NoSpacing"/>
        <w:rPr>
          <w:rFonts w:ascii="Times New Roman" w:hAnsi="Times New Roman" w:cs="Times New Roman"/>
        </w:rPr>
      </w:pPr>
    </w:p>
    <w:p w14:paraId="51CB5902" w14:textId="77777777"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Home Games</w:t>
      </w:r>
    </w:p>
    <w:p w14:paraId="01227A5F"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Once your home schedule has been assigned:</w:t>
      </w:r>
    </w:p>
    <w:p w14:paraId="22BD3D6B" w14:textId="77777777" w:rsidR="00AE3202" w:rsidRPr="00AE3202" w:rsidRDefault="00AE3202" w:rsidP="006018BD">
      <w:pPr>
        <w:pStyle w:val="NoSpacing"/>
        <w:numPr>
          <w:ilvl w:val="0"/>
          <w:numId w:val="41"/>
        </w:numPr>
        <w:rPr>
          <w:rFonts w:ascii="Times New Roman" w:hAnsi="Times New Roman" w:cs="Times New Roman"/>
        </w:rPr>
      </w:pPr>
      <w:r w:rsidRPr="00AE3202">
        <w:rPr>
          <w:rFonts w:ascii="Times New Roman" w:hAnsi="Times New Roman" w:cs="Times New Roman"/>
        </w:rPr>
        <w:t>Review every game carefully.</w:t>
      </w:r>
    </w:p>
    <w:p w14:paraId="50EA0079" w14:textId="77777777" w:rsidR="00AE3202" w:rsidRPr="00AE3202" w:rsidRDefault="00AE3202" w:rsidP="006018BD">
      <w:pPr>
        <w:pStyle w:val="NoSpacing"/>
        <w:numPr>
          <w:ilvl w:val="0"/>
          <w:numId w:val="41"/>
        </w:numPr>
        <w:rPr>
          <w:rFonts w:ascii="Times New Roman" w:hAnsi="Times New Roman" w:cs="Times New Roman"/>
        </w:rPr>
      </w:pPr>
      <w:r w:rsidRPr="00AE3202">
        <w:rPr>
          <w:rFonts w:ascii="Times New Roman" w:hAnsi="Times New Roman" w:cs="Times New Roman"/>
        </w:rPr>
        <w:t>Verify opponents.</w:t>
      </w:r>
    </w:p>
    <w:p w14:paraId="3C20F5B1" w14:textId="77777777" w:rsidR="00AE3202" w:rsidRPr="00AE3202" w:rsidRDefault="00AE3202" w:rsidP="006018BD">
      <w:pPr>
        <w:pStyle w:val="NoSpacing"/>
        <w:numPr>
          <w:ilvl w:val="0"/>
          <w:numId w:val="41"/>
        </w:numPr>
        <w:rPr>
          <w:rFonts w:ascii="Times New Roman" w:hAnsi="Times New Roman" w:cs="Times New Roman"/>
        </w:rPr>
      </w:pPr>
      <w:r w:rsidRPr="00AE3202">
        <w:rPr>
          <w:rFonts w:ascii="Times New Roman" w:hAnsi="Times New Roman" w:cs="Times New Roman"/>
        </w:rPr>
        <w:t>Confirm dates and times.</w:t>
      </w:r>
    </w:p>
    <w:p w14:paraId="577E4D5C" w14:textId="77777777" w:rsidR="00AE3202" w:rsidRPr="00AE3202" w:rsidRDefault="00AE3202" w:rsidP="006018BD">
      <w:pPr>
        <w:pStyle w:val="NoSpacing"/>
        <w:numPr>
          <w:ilvl w:val="0"/>
          <w:numId w:val="41"/>
        </w:numPr>
        <w:rPr>
          <w:rFonts w:ascii="Times New Roman" w:hAnsi="Times New Roman" w:cs="Times New Roman"/>
        </w:rPr>
      </w:pPr>
      <w:r w:rsidRPr="00AE3202">
        <w:rPr>
          <w:rFonts w:ascii="Times New Roman" w:hAnsi="Times New Roman" w:cs="Times New Roman"/>
        </w:rPr>
        <w:t>Confirm rink locations.</w:t>
      </w:r>
    </w:p>
    <w:p w14:paraId="236A95E5" w14:textId="77777777" w:rsidR="00AE3202" w:rsidRPr="00AE3202" w:rsidRDefault="00AE3202" w:rsidP="006018BD">
      <w:pPr>
        <w:pStyle w:val="NoSpacing"/>
        <w:numPr>
          <w:ilvl w:val="0"/>
          <w:numId w:val="41"/>
        </w:numPr>
        <w:rPr>
          <w:rFonts w:ascii="Times New Roman" w:hAnsi="Times New Roman" w:cs="Times New Roman"/>
        </w:rPr>
      </w:pPr>
      <w:r w:rsidRPr="00AE3202">
        <w:rPr>
          <w:rFonts w:ascii="Times New Roman" w:hAnsi="Times New Roman" w:cs="Times New Roman"/>
        </w:rPr>
        <w:t>Report any issues immediately.</w:t>
      </w:r>
    </w:p>
    <w:p w14:paraId="4B053301" w14:textId="564BD251" w:rsidR="00AE3202" w:rsidRPr="00AE3202" w:rsidRDefault="00AE3202" w:rsidP="00AE3202">
      <w:pPr>
        <w:pStyle w:val="NoSpacing"/>
        <w:rPr>
          <w:rFonts w:ascii="Times New Roman" w:hAnsi="Times New Roman" w:cs="Times New Roman"/>
        </w:rPr>
      </w:pPr>
    </w:p>
    <w:p w14:paraId="21828BC6" w14:textId="77777777"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Away Games</w:t>
      </w:r>
    </w:p>
    <w:p w14:paraId="2838FFAD"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Managers are responsible for entering away games into Crossbar.</w:t>
      </w:r>
    </w:p>
    <w:p w14:paraId="2DB55409"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Do not wait for these games to be added by the organization.</w:t>
      </w:r>
    </w:p>
    <w:p w14:paraId="20659BFD"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Once entered, review your complete schedule to ensure everything is accurate.</w:t>
      </w:r>
    </w:p>
    <w:p w14:paraId="751DEDA8" w14:textId="35D05F9E" w:rsidR="00AE3202" w:rsidRPr="00AE3202" w:rsidRDefault="00AE3202" w:rsidP="00AE3202">
      <w:pPr>
        <w:pStyle w:val="NoSpacing"/>
        <w:rPr>
          <w:rFonts w:ascii="Times New Roman" w:hAnsi="Times New Roman" w:cs="Times New Roman"/>
        </w:rPr>
      </w:pPr>
    </w:p>
    <w:p w14:paraId="18334171" w14:textId="77777777"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Tournament Planning</w:t>
      </w:r>
    </w:p>
    <w:p w14:paraId="016245D3"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Tournament planning often begins months before the season.</w:t>
      </w:r>
    </w:p>
    <w:p w14:paraId="321D64DA"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Discuss with your coach and families:</w:t>
      </w:r>
    </w:p>
    <w:p w14:paraId="2CB2D7B0" w14:textId="77777777" w:rsidR="00AE3202" w:rsidRPr="00AE3202" w:rsidRDefault="00AE3202" w:rsidP="006018BD">
      <w:pPr>
        <w:pStyle w:val="NoSpacing"/>
        <w:numPr>
          <w:ilvl w:val="0"/>
          <w:numId w:val="42"/>
        </w:numPr>
        <w:rPr>
          <w:rFonts w:ascii="Times New Roman" w:hAnsi="Times New Roman" w:cs="Times New Roman"/>
        </w:rPr>
      </w:pPr>
      <w:r w:rsidRPr="00AE3202">
        <w:rPr>
          <w:rFonts w:ascii="Times New Roman" w:hAnsi="Times New Roman" w:cs="Times New Roman"/>
        </w:rPr>
        <w:t>Number of tournaments</w:t>
      </w:r>
    </w:p>
    <w:p w14:paraId="64094DC5" w14:textId="77777777" w:rsidR="00AE3202" w:rsidRPr="00AE3202" w:rsidRDefault="00AE3202" w:rsidP="006018BD">
      <w:pPr>
        <w:pStyle w:val="NoSpacing"/>
        <w:numPr>
          <w:ilvl w:val="0"/>
          <w:numId w:val="42"/>
        </w:numPr>
        <w:rPr>
          <w:rFonts w:ascii="Times New Roman" w:hAnsi="Times New Roman" w:cs="Times New Roman"/>
        </w:rPr>
      </w:pPr>
      <w:r w:rsidRPr="00AE3202">
        <w:rPr>
          <w:rFonts w:ascii="Times New Roman" w:hAnsi="Times New Roman" w:cs="Times New Roman"/>
        </w:rPr>
        <w:t>Travel expectations</w:t>
      </w:r>
    </w:p>
    <w:p w14:paraId="53F9640E" w14:textId="77777777" w:rsidR="00AE3202" w:rsidRPr="00AE3202" w:rsidRDefault="00AE3202" w:rsidP="006018BD">
      <w:pPr>
        <w:pStyle w:val="NoSpacing"/>
        <w:numPr>
          <w:ilvl w:val="0"/>
          <w:numId w:val="42"/>
        </w:numPr>
        <w:rPr>
          <w:rFonts w:ascii="Times New Roman" w:hAnsi="Times New Roman" w:cs="Times New Roman"/>
        </w:rPr>
      </w:pPr>
      <w:r w:rsidRPr="00AE3202">
        <w:rPr>
          <w:rFonts w:ascii="Times New Roman" w:hAnsi="Times New Roman" w:cs="Times New Roman"/>
        </w:rPr>
        <w:t>Budget</w:t>
      </w:r>
    </w:p>
    <w:p w14:paraId="21805B62" w14:textId="77777777" w:rsidR="00AE3202" w:rsidRPr="00AE3202" w:rsidRDefault="00AE3202" w:rsidP="006018BD">
      <w:pPr>
        <w:pStyle w:val="NoSpacing"/>
        <w:numPr>
          <w:ilvl w:val="0"/>
          <w:numId w:val="42"/>
        </w:numPr>
        <w:rPr>
          <w:rFonts w:ascii="Times New Roman" w:hAnsi="Times New Roman" w:cs="Times New Roman"/>
        </w:rPr>
      </w:pPr>
      <w:r w:rsidRPr="00AE3202">
        <w:rPr>
          <w:rFonts w:ascii="Times New Roman" w:hAnsi="Times New Roman" w:cs="Times New Roman"/>
        </w:rPr>
        <w:t>Hotel requirements</w:t>
      </w:r>
    </w:p>
    <w:p w14:paraId="543E8076" w14:textId="77777777" w:rsidR="00AE3202" w:rsidRPr="00AE3202" w:rsidRDefault="00AE3202" w:rsidP="006018BD">
      <w:pPr>
        <w:pStyle w:val="NoSpacing"/>
        <w:numPr>
          <w:ilvl w:val="0"/>
          <w:numId w:val="42"/>
        </w:numPr>
        <w:rPr>
          <w:rFonts w:ascii="Times New Roman" w:hAnsi="Times New Roman" w:cs="Times New Roman"/>
        </w:rPr>
      </w:pPr>
      <w:r w:rsidRPr="00AE3202">
        <w:rPr>
          <w:rFonts w:ascii="Times New Roman" w:hAnsi="Times New Roman" w:cs="Times New Roman"/>
        </w:rPr>
        <w:t>Registration deadlines</w:t>
      </w:r>
    </w:p>
    <w:p w14:paraId="7CD3221A"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Popular tournaments fill quickly, so early planning is encouraged.</w:t>
      </w:r>
    </w:p>
    <w:p w14:paraId="4AD04D95"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lastRenderedPageBreak/>
        <w:t>As tournaments are confirmed, notify the Ice Scheduler so practices and home games can be scheduled appropriately.</w:t>
      </w:r>
    </w:p>
    <w:p w14:paraId="343D3CFF" w14:textId="15F10359" w:rsidR="00AE3202" w:rsidRPr="00AE3202" w:rsidRDefault="00AE3202" w:rsidP="00AE3202">
      <w:pPr>
        <w:pStyle w:val="NoSpacing"/>
        <w:rPr>
          <w:rFonts w:ascii="Times New Roman" w:hAnsi="Times New Roman" w:cs="Times New Roman"/>
        </w:rPr>
      </w:pPr>
    </w:p>
    <w:p w14:paraId="2C59E3BF" w14:textId="77777777"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Schedule Changes</w:t>
      </w:r>
    </w:p>
    <w:p w14:paraId="0F82D973"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Schedule changes happen.</w:t>
      </w:r>
    </w:p>
    <w:p w14:paraId="29DCDA0F"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When they do:</w:t>
      </w:r>
    </w:p>
    <w:p w14:paraId="18A63DA7" w14:textId="77777777" w:rsidR="00AE3202" w:rsidRPr="00AE3202" w:rsidRDefault="00AE3202" w:rsidP="006018BD">
      <w:pPr>
        <w:pStyle w:val="NoSpacing"/>
        <w:numPr>
          <w:ilvl w:val="0"/>
          <w:numId w:val="43"/>
        </w:numPr>
        <w:rPr>
          <w:rFonts w:ascii="Times New Roman" w:hAnsi="Times New Roman" w:cs="Times New Roman"/>
        </w:rPr>
      </w:pPr>
      <w:r w:rsidRPr="00AE3202">
        <w:rPr>
          <w:rFonts w:ascii="Times New Roman" w:hAnsi="Times New Roman" w:cs="Times New Roman"/>
        </w:rPr>
        <w:t>Update Crossbar.</w:t>
      </w:r>
    </w:p>
    <w:p w14:paraId="3C97FF18" w14:textId="77777777" w:rsidR="00AE3202" w:rsidRPr="00AE3202" w:rsidRDefault="00AE3202" w:rsidP="006018BD">
      <w:pPr>
        <w:pStyle w:val="NoSpacing"/>
        <w:numPr>
          <w:ilvl w:val="0"/>
          <w:numId w:val="43"/>
        </w:numPr>
        <w:rPr>
          <w:rFonts w:ascii="Times New Roman" w:hAnsi="Times New Roman" w:cs="Times New Roman"/>
        </w:rPr>
      </w:pPr>
      <w:r w:rsidRPr="00AE3202">
        <w:rPr>
          <w:rFonts w:ascii="Times New Roman" w:hAnsi="Times New Roman" w:cs="Times New Roman"/>
        </w:rPr>
        <w:t>Notify families promptly.</w:t>
      </w:r>
    </w:p>
    <w:p w14:paraId="2E2203E0" w14:textId="77777777" w:rsidR="00AE3202" w:rsidRPr="00AE3202" w:rsidRDefault="00AE3202" w:rsidP="006018BD">
      <w:pPr>
        <w:pStyle w:val="NoSpacing"/>
        <w:numPr>
          <w:ilvl w:val="0"/>
          <w:numId w:val="43"/>
        </w:numPr>
        <w:rPr>
          <w:rFonts w:ascii="Times New Roman" w:hAnsi="Times New Roman" w:cs="Times New Roman"/>
        </w:rPr>
      </w:pPr>
      <w:r w:rsidRPr="00AE3202">
        <w:rPr>
          <w:rFonts w:ascii="Times New Roman" w:hAnsi="Times New Roman" w:cs="Times New Roman"/>
        </w:rPr>
        <w:t>Notify the Ice Scheduler if required.</w:t>
      </w:r>
    </w:p>
    <w:p w14:paraId="69FB7F24" w14:textId="77777777" w:rsidR="00AE3202" w:rsidRPr="00AE3202" w:rsidRDefault="00AE3202" w:rsidP="006018BD">
      <w:pPr>
        <w:pStyle w:val="NoSpacing"/>
        <w:numPr>
          <w:ilvl w:val="0"/>
          <w:numId w:val="43"/>
        </w:numPr>
        <w:rPr>
          <w:rFonts w:ascii="Times New Roman" w:hAnsi="Times New Roman" w:cs="Times New Roman"/>
        </w:rPr>
      </w:pPr>
      <w:r w:rsidRPr="00AE3202">
        <w:rPr>
          <w:rFonts w:ascii="Times New Roman" w:hAnsi="Times New Roman" w:cs="Times New Roman"/>
        </w:rPr>
        <w:t>Cancel officials if applicable.</w:t>
      </w:r>
    </w:p>
    <w:p w14:paraId="70496EF4" w14:textId="77777777" w:rsidR="00AE3202" w:rsidRPr="00AE3202" w:rsidRDefault="00AE3202" w:rsidP="006018BD">
      <w:pPr>
        <w:pStyle w:val="NoSpacing"/>
        <w:numPr>
          <w:ilvl w:val="0"/>
          <w:numId w:val="43"/>
        </w:numPr>
        <w:rPr>
          <w:rFonts w:ascii="Times New Roman" w:hAnsi="Times New Roman" w:cs="Times New Roman"/>
        </w:rPr>
      </w:pPr>
      <w:r w:rsidRPr="00AE3202">
        <w:rPr>
          <w:rFonts w:ascii="Times New Roman" w:hAnsi="Times New Roman" w:cs="Times New Roman"/>
        </w:rPr>
        <w:t>Coordinate any necessary ice trades.</w:t>
      </w:r>
    </w:p>
    <w:p w14:paraId="4C326F8A"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The sooner everyone is informed, the smoother the adjustment will be.</w:t>
      </w:r>
    </w:p>
    <w:p w14:paraId="45EDE65C"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6F75C765">
          <v:rect id="_x0000_i1030" alt="" style="width:431.95pt;height:.05pt;mso-width-percent:0;mso-height-percent:0;mso-width-percent:0;mso-height-percent:0" o:hrpct="923" o:hralign="center" o:hrstd="t" o:hr="t" fillcolor="#a0a0a0" stroked="f"/>
        </w:pict>
      </w:r>
    </w:p>
    <w:p w14:paraId="52AB4078" w14:textId="77777777" w:rsidR="00AE3202" w:rsidRPr="006018BD" w:rsidRDefault="00AE3202" w:rsidP="00AE3202">
      <w:pPr>
        <w:pStyle w:val="NoSpacing"/>
        <w:rPr>
          <w:rFonts w:ascii="Times New Roman" w:hAnsi="Times New Roman" w:cs="Times New Roman"/>
          <w:b/>
          <w:bCs/>
          <w:color w:val="365F91" w:themeColor="accent1" w:themeShade="BF"/>
          <w:sz w:val="28"/>
          <w:szCs w:val="28"/>
        </w:rPr>
      </w:pPr>
      <w:r w:rsidRPr="006018BD">
        <w:rPr>
          <w:rFonts w:ascii="Times New Roman" w:hAnsi="Times New Roman" w:cs="Times New Roman"/>
          <w:b/>
          <w:bCs/>
          <w:color w:val="365F91" w:themeColor="accent1" w:themeShade="BF"/>
          <w:sz w:val="28"/>
          <w:szCs w:val="28"/>
        </w:rPr>
        <w:t>Game Day Operations</w:t>
      </w:r>
    </w:p>
    <w:p w14:paraId="12BF976E" w14:textId="77777777" w:rsidR="006018BD" w:rsidRDefault="006018BD" w:rsidP="00AE3202">
      <w:pPr>
        <w:pStyle w:val="NoSpacing"/>
        <w:rPr>
          <w:rFonts w:ascii="Times New Roman" w:hAnsi="Times New Roman" w:cs="Times New Roman"/>
        </w:rPr>
      </w:pPr>
    </w:p>
    <w:p w14:paraId="0ED52EC3" w14:textId="49DBDD24"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Volunteers</w:t>
      </w:r>
    </w:p>
    <w:p w14:paraId="236FA949"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Every team relies on volunteers to help games run smoothly.</w:t>
      </w:r>
    </w:p>
    <w:p w14:paraId="0DBE2313"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Depending on the game, volunteers may include:</w:t>
      </w:r>
    </w:p>
    <w:p w14:paraId="5254434D" w14:textId="77777777" w:rsidR="00AE3202" w:rsidRPr="00AE3202" w:rsidRDefault="00AE3202" w:rsidP="006018BD">
      <w:pPr>
        <w:pStyle w:val="NoSpacing"/>
        <w:numPr>
          <w:ilvl w:val="0"/>
          <w:numId w:val="44"/>
        </w:numPr>
        <w:rPr>
          <w:rFonts w:ascii="Times New Roman" w:hAnsi="Times New Roman" w:cs="Times New Roman"/>
        </w:rPr>
      </w:pPr>
      <w:r w:rsidRPr="00AE3202">
        <w:rPr>
          <w:rFonts w:ascii="Times New Roman" w:hAnsi="Times New Roman" w:cs="Times New Roman"/>
        </w:rPr>
        <w:t>Scorekeeper</w:t>
      </w:r>
    </w:p>
    <w:p w14:paraId="05A6D20B" w14:textId="77777777" w:rsidR="00AE3202" w:rsidRPr="00AE3202" w:rsidRDefault="00AE3202" w:rsidP="006018BD">
      <w:pPr>
        <w:pStyle w:val="NoSpacing"/>
        <w:numPr>
          <w:ilvl w:val="0"/>
          <w:numId w:val="44"/>
        </w:numPr>
        <w:rPr>
          <w:rFonts w:ascii="Times New Roman" w:hAnsi="Times New Roman" w:cs="Times New Roman"/>
        </w:rPr>
      </w:pPr>
      <w:r w:rsidRPr="00AE3202">
        <w:rPr>
          <w:rFonts w:ascii="Times New Roman" w:hAnsi="Times New Roman" w:cs="Times New Roman"/>
        </w:rPr>
        <w:t>Timekeeper</w:t>
      </w:r>
    </w:p>
    <w:p w14:paraId="6BD4A724" w14:textId="77777777" w:rsidR="00AE3202" w:rsidRPr="00AE3202" w:rsidRDefault="00AE3202" w:rsidP="006018BD">
      <w:pPr>
        <w:pStyle w:val="NoSpacing"/>
        <w:numPr>
          <w:ilvl w:val="0"/>
          <w:numId w:val="44"/>
        </w:numPr>
        <w:rPr>
          <w:rFonts w:ascii="Times New Roman" w:hAnsi="Times New Roman" w:cs="Times New Roman"/>
        </w:rPr>
      </w:pPr>
      <w:r w:rsidRPr="00AE3202">
        <w:rPr>
          <w:rFonts w:ascii="Times New Roman" w:hAnsi="Times New Roman" w:cs="Times New Roman"/>
        </w:rPr>
        <w:t>Penalty Box Attendant</w:t>
      </w:r>
    </w:p>
    <w:p w14:paraId="581D044A" w14:textId="77777777" w:rsidR="00AE3202" w:rsidRPr="00AE3202" w:rsidRDefault="00AE3202" w:rsidP="006018BD">
      <w:pPr>
        <w:pStyle w:val="NoSpacing"/>
        <w:numPr>
          <w:ilvl w:val="0"/>
          <w:numId w:val="44"/>
        </w:numPr>
        <w:rPr>
          <w:rFonts w:ascii="Times New Roman" w:hAnsi="Times New Roman" w:cs="Times New Roman"/>
        </w:rPr>
      </w:pPr>
      <w:r w:rsidRPr="00AE3202">
        <w:rPr>
          <w:rFonts w:ascii="Times New Roman" w:hAnsi="Times New Roman" w:cs="Times New Roman"/>
        </w:rPr>
        <w:t>Locker Room Monitor</w:t>
      </w:r>
    </w:p>
    <w:p w14:paraId="6C3A8098"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Many managers find it helpful to create a volunteer signup at the beginning of the season.</w:t>
      </w:r>
    </w:p>
    <w:p w14:paraId="1B642EC6" w14:textId="2B199D6C"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Volunteer signup templates are available on the Manager Resources page.</w:t>
      </w:r>
    </w:p>
    <w:p w14:paraId="6D631674" w14:textId="5A1A23BB" w:rsidR="00AE3202" w:rsidRPr="00AE3202" w:rsidRDefault="00AE3202" w:rsidP="00AE3202">
      <w:pPr>
        <w:pStyle w:val="NoSpacing"/>
        <w:rPr>
          <w:rFonts w:ascii="Times New Roman" w:hAnsi="Times New Roman" w:cs="Times New Roman"/>
        </w:rPr>
      </w:pPr>
    </w:p>
    <w:p w14:paraId="0D6146A5" w14:textId="77777777"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Locker Room Monitors</w:t>
      </w:r>
    </w:p>
    <w:p w14:paraId="67DFEDFF"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Every team must have a screened adult present whenever players are in the locker room.</w:t>
      </w:r>
    </w:p>
    <w:p w14:paraId="14BA4979"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Locker Room Monitors must:</w:t>
      </w:r>
    </w:p>
    <w:p w14:paraId="49A167C5" w14:textId="77777777" w:rsidR="00AE3202" w:rsidRPr="00AE3202" w:rsidRDefault="00AE3202" w:rsidP="006018BD">
      <w:pPr>
        <w:pStyle w:val="NoSpacing"/>
        <w:numPr>
          <w:ilvl w:val="0"/>
          <w:numId w:val="45"/>
        </w:numPr>
        <w:rPr>
          <w:rFonts w:ascii="Times New Roman" w:hAnsi="Times New Roman" w:cs="Times New Roman"/>
        </w:rPr>
      </w:pPr>
      <w:r w:rsidRPr="00AE3202">
        <w:rPr>
          <w:rFonts w:ascii="Times New Roman" w:hAnsi="Times New Roman" w:cs="Times New Roman"/>
        </w:rPr>
        <w:t>Complete USA Hockey registration.</w:t>
      </w:r>
    </w:p>
    <w:p w14:paraId="5016CEFA" w14:textId="77777777" w:rsidR="00AE3202" w:rsidRPr="00AE3202" w:rsidRDefault="00AE3202" w:rsidP="006018BD">
      <w:pPr>
        <w:pStyle w:val="NoSpacing"/>
        <w:numPr>
          <w:ilvl w:val="0"/>
          <w:numId w:val="45"/>
        </w:numPr>
        <w:rPr>
          <w:rFonts w:ascii="Times New Roman" w:hAnsi="Times New Roman" w:cs="Times New Roman"/>
        </w:rPr>
      </w:pPr>
      <w:r w:rsidRPr="00AE3202">
        <w:rPr>
          <w:rFonts w:ascii="Times New Roman" w:hAnsi="Times New Roman" w:cs="Times New Roman"/>
        </w:rPr>
        <w:t>Complete SafeSport.</w:t>
      </w:r>
    </w:p>
    <w:p w14:paraId="160F2191" w14:textId="77777777" w:rsidR="00AE3202" w:rsidRPr="00AE3202" w:rsidRDefault="00AE3202" w:rsidP="006018BD">
      <w:pPr>
        <w:pStyle w:val="NoSpacing"/>
        <w:numPr>
          <w:ilvl w:val="0"/>
          <w:numId w:val="45"/>
        </w:numPr>
        <w:rPr>
          <w:rFonts w:ascii="Times New Roman" w:hAnsi="Times New Roman" w:cs="Times New Roman"/>
        </w:rPr>
      </w:pPr>
      <w:r w:rsidRPr="00AE3202">
        <w:rPr>
          <w:rFonts w:ascii="Times New Roman" w:hAnsi="Times New Roman" w:cs="Times New Roman"/>
        </w:rPr>
        <w:t>Pass the required Background Check.</w:t>
      </w:r>
    </w:p>
    <w:p w14:paraId="5D877BDC" w14:textId="77777777" w:rsidR="00AE3202" w:rsidRPr="006018BD" w:rsidRDefault="00AE3202" w:rsidP="00AE3202">
      <w:pPr>
        <w:pStyle w:val="NoSpacing"/>
        <w:rPr>
          <w:rFonts w:ascii="Times New Roman" w:hAnsi="Times New Roman" w:cs="Times New Roman"/>
          <w:i/>
          <w:iCs/>
        </w:rPr>
      </w:pPr>
      <w:r w:rsidRPr="006018BD">
        <w:rPr>
          <w:rFonts w:ascii="Times New Roman" w:hAnsi="Times New Roman" w:cs="Times New Roman"/>
          <w:i/>
          <w:iCs/>
        </w:rPr>
        <w:t>If your team includes female players, additional USA Hockey locker room requirements may apply.</w:t>
      </w:r>
    </w:p>
    <w:p w14:paraId="31A78C00"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Always review current SafeSport policies before the season begins.</w:t>
      </w:r>
    </w:p>
    <w:p w14:paraId="03B2B71E" w14:textId="37D991D4" w:rsidR="00AE3202" w:rsidRPr="00AE3202" w:rsidRDefault="00AE3202" w:rsidP="00AE3202">
      <w:pPr>
        <w:pStyle w:val="NoSpacing"/>
        <w:rPr>
          <w:rFonts w:ascii="Times New Roman" w:hAnsi="Times New Roman" w:cs="Times New Roman"/>
        </w:rPr>
      </w:pPr>
    </w:p>
    <w:p w14:paraId="7A27A893" w14:textId="77777777"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Picture Day &amp; Organization Events</w:t>
      </w:r>
    </w:p>
    <w:p w14:paraId="5E7B15D2"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Managers help communicate organization-wide events throughout the season.</w:t>
      </w:r>
    </w:p>
    <w:p w14:paraId="3301143F"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These may include:</w:t>
      </w:r>
    </w:p>
    <w:p w14:paraId="4B72917F" w14:textId="77777777" w:rsidR="00AE3202" w:rsidRPr="00AE3202" w:rsidRDefault="00AE3202" w:rsidP="006018BD">
      <w:pPr>
        <w:pStyle w:val="NoSpacing"/>
        <w:numPr>
          <w:ilvl w:val="0"/>
          <w:numId w:val="46"/>
        </w:numPr>
        <w:rPr>
          <w:rFonts w:ascii="Times New Roman" w:hAnsi="Times New Roman" w:cs="Times New Roman"/>
        </w:rPr>
      </w:pPr>
      <w:r w:rsidRPr="00AE3202">
        <w:rPr>
          <w:rFonts w:ascii="Times New Roman" w:hAnsi="Times New Roman" w:cs="Times New Roman"/>
        </w:rPr>
        <w:t>Picture Day</w:t>
      </w:r>
    </w:p>
    <w:p w14:paraId="0544A276" w14:textId="77777777" w:rsidR="00AE3202" w:rsidRPr="00AE3202" w:rsidRDefault="00AE3202" w:rsidP="006018BD">
      <w:pPr>
        <w:pStyle w:val="NoSpacing"/>
        <w:numPr>
          <w:ilvl w:val="0"/>
          <w:numId w:val="46"/>
        </w:numPr>
        <w:rPr>
          <w:rFonts w:ascii="Times New Roman" w:hAnsi="Times New Roman" w:cs="Times New Roman"/>
        </w:rPr>
      </w:pPr>
      <w:r w:rsidRPr="00AE3202">
        <w:rPr>
          <w:rFonts w:ascii="Times New Roman" w:hAnsi="Times New Roman" w:cs="Times New Roman"/>
        </w:rPr>
        <w:t>Apparel ordering</w:t>
      </w:r>
    </w:p>
    <w:p w14:paraId="35193CDE" w14:textId="77777777" w:rsidR="00AE3202" w:rsidRPr="00AE3202" w:rsidRDefault="00AE3202" w:rsidP="006018BD">
      <w:pPr>
        <w:pStyle w:val="NoSpacing"/>
        <w:numPr>
          <w:ilvl w:val="0"/>
          <w:numId w:val="46"/>
        </w:numPr>
        <w:rPr>
          <w:rFonts w:ascii="Times New Roman" w:hAnsi="Times New Roman" w:cs="Times New Roman"/>
        </w:rPr>
      </w:pPr>
      <w:r w:rsidRPr="00AE3202">
        <w:rPr>
          <w:rFonts w:ascii="Times New Roman" w:hAnsi="Times New Roman" w:cs="Times New Roman"/>
        </w:rPr>
        <w:t>Scholarship opportunities</w:t>
      </w:r>
    </w:p>
    <w:p w14:paraId="2440ECBD" w14:textId="77777777" w:rsidR="00AE3202" w:rsidRPr="00AE3202" w:rsidRDefault="00AE3202" w:rsidP="006018BD">
      <w:pPr>
        <w:pStyle w:val="NoSpacing"/>
        <w:numPr>
          <w:ilvl w:val="0"/>
          <w:numId w:val="46"/>
        </w:numPr>
        <w:rPr>
          <w:rFonts w:ascii="Times New Roman" w:hAnsi="Times New Roman" w:cs="Times New Roman"/>
        </w:rPr>
      </w:pPr>
      <w:r w:rsidRPr="00AE3202">
        <w:rPr>
          <w:rFonts w:ascii="Times New Roman" w:hAnsi="Times New Roman" w:cs="Times New Roman"/>
        </w:rPr>
        <w:t>Fundraisers</w:t>
      </w:r>
    </w:p>
    <w:p w14:paraId="69C6CB33" w14:textId="77777777" w:rsidR="00AE3202" w:rsidRPr="00AE3202" w:rsidRDefault="00AE3202" w:rsidP="006018BD">
      <w:pPr>
        <w:pStyle w:val="NoSpacing"/>
        <w:numPr>
          <w:ilvl w:val="0"/>
          <w:numId w:val="46"/>
        </w:numPr>
        <w:rPr>
          <w:rFonts w:ascii="Times New Roman" w:hAnsi="Times New Roman" w:cs="Times New Roman"/>
        </w:rPr>
      </w:pPr>
      <w:r w:rsidRPr="00AE3202">
        <w:rPr>
          <w:rFonts w:ascii="Times New Roman" w:hAnsi="Times New Roman" w:cs="Times New Roman"/>
        </w:rPr>
        <w:t>Coach vs. Player Charity Game</w:t>
      </w:r>
    </w:p>
    <w:p w14:paraId="0A6E5ABE" w14:textId="77777777" w:rsidR="00AE3202" w:rsidRPr="00AE3202" w:rsidRDefault="00AE3202" w:rsidP="006018BD">
      <w:pPr>
        <w:pStyle w:val="NoSpacing"/>
        <w:numPr>
          <w:ilvl w:val="0"/>
          <w:numId w:val="46"/>
        </w:numPr>
        <w:rPr>
          <w:rFonts w:ascii="Times New Roman" w:hAnsi="Times New Roman" w:cs="Times New Roman"/>
        </w:rPr>
      </w:pPr>
      <w:r w:rsidRPr="00AE3202">
        <w:rPr>
          <w:rFonts w:ascii="Times New Roman" w:hAnsi="Times New Roman" w:cs="Times New Roman"/>
        </w:rPr>
        <w:t>Registration information</w:t>
      </w:r>
    </w:p>
    <w:p w14:paraId="469BDE20" w14:textId="77777777" w:rsidR="00AE3202" w:rsidRPr="00AE3202" w:rsidRDefault="00AE3202" w:rsidP="006018BD">
      <w:pPr>
        <w:pStyle w:val="NoSpacing"/>
        <w:numPr>
          <w:ilvl w:val="0"/>
          <w:numId w:val="46"/>
        </w:numPr>
        <w:rPr>
          <w:rFonts w:ascii="Times New Roman" w:hAnsi="Times New Roman" w:cs="Times New Roman"/>
        </w:rPr>
      </w:pPr>
      <w:r w:rsidRPr="00AE3202">
        <w:rPr>
          <w:rFonts w:ascii="Times New Roman" w:hAnsi="Times New Roman" w:cs="Times New Roman"/>
        </w:rPr>
        <w:t>Awards and recognition</w:t>
      </w:r>
    </w:p>
    <w:p w14:paraId="64A546D1"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Prompt communication helps ensure families don't miss important deadlines.</w:t>
      </w:r>
    </w:p>
    <w:p w14:paraId="339AADEC" w14:textId="30BC4423" w:rsidR="00AE3202" w:rsidRPr="00AE3202" w:rsidRDefault="00AE3202" w:rsidP="00AE3202">
      <w:pPr>
        <w:pStyle w:val="NoSpacing"/>
        <w:rPr>
          <w:rFonts w:ascii="Times New Roman" w:hAnsi="Times New Roman" w:cs="Times New Roman"/>
        </w:rPr>
      </w:pPr>
    </w:p>
    <w:p w14:paraId="500F0316" w14:textId="77777777" w:rsidR="00AE3202" w:rsidRPr="006018BD" w:rsidRDefault="00AE3202" w:rsidP="00AE3202">
      <w:pPr>
        <w:pStyle w:val="NoSpacing"/>
        <w:rPr>
          <w:rFonts w:ascii="Times New Roman" w:hAnsi="Times New Roman" w:cs="Times New Roman"/>
          <w:b/>
          <w:bCs/>
        </w:rPr>
      </w:pPr>
      <w:r w:rsidRPr="006018BD">
        <w:rPr>
          <w:rFonts w:ascii="Times New Roman" w:hAnsi="Times New Roman" w:cs="Times New Roman"/>
          <w:b/>
          <w:bCs/>
        </w:rPr>
        <w:t>Team Events</w:t>
      </w:r>
    </w:p>
    <w:p w14:paraId="6AF6405A"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Many teams choose to organize optional activities throughout the season.</w:t>
      </w:r>
    </w:p>
    <w:p w14:paraId="040FA2FA"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lastRenderedPageBreak/>
        <w:t>Examples include:</w:t>
      </w:r>
    </w:p>
    <w:p w14:paraId="66EC020C" w14:textId="77777777" w:rsidR="00AE3202" w:rsidRPr="00AE3202" w:rsidRDefault="00AE3202" w:rsidP="006018BD">
      <w:pPr>
        <w:pStyle w:val="NoSpacing"/>
        <w:numPr>
          <w:ilvl w:val="0"/>
          <w:numId w:val="47"/>
        </w:numPr>
        <w:rPr>
          <w:rFonts w:ascii="Times New Roman" w:hAnsi="Times New Roman" w:cs="Times New Roman"/>
        </w:rPr>
      </w:pPr>
      <w:r w:rsidRPr="00AE3202">
        <w:rPr>
          <w:rFonts w:ascii="Times New Roman" w:hAnsi="Times New Roman" w:cs="Times New Roman"/>
        </w:rPr>
        <w:t>Preseason gatherings</w:t>
      </w:r>
    </w:p>
    <w:p w14:paraId="07176D2A" w14:textId="77777777" w:rsidR="00AE3202" w:rsidRPr="00AE3202" w:rsidRDefault="00AE3202" w:rsidP="006018BD">
      <w:pPr>
        <w:pStyle w:val="NoSpacing"/>
        <w:numPr>
          <w:ilvl w:val="0"/>
          <w:numId w:val="47"/>
        </w:numPr>
        <w:rPr>
          <w:rFonts w:ascii="Times New Roman" w:hAnsi="Times New Roman" w:cs="Times New Roman"/>
        </w:rPr>
      </w:pPr>
      <w:r w:rsidRPr="00AE3202">
        <w:rPr>
          <w:rFonts w:ascii="Times New Roman" w:hAnsi="Times New Roman" w:cs="Times New Roman"/>
        </w:rPr>
        <w:t>Team dinners</w:t>
      </w:r>
    </w:p>
    <w:p w14:paraId="28C39FD4" w14:textId="77777777" w:rsidR="00AE3202" w:rsidRPr="00AE3202" w:rsidRDefault="00AE3202" w:rsidP="006018BD">
      <w:pPr>
        <w:pStyle w:val="NoSpacing"/>
        <w:numPr>
          <w:ilvl w:val="0"/>
          <w:numId w:val="47"/>
        </w:numPr>
        <w:rPr>
          <w:rFonts w:ascii="Times New Roman" w:hAnsi="Times New Roman" w:cs="Times New Roman"/>
        </w:rPr>
      </w:pPr>
      <w:r w:rsidRPr="00AE3202">
        <w:rPr>
          <w:rFonts w:ascii="Times New Roman" w:hAnsi="Times New Roman" w:cs="Times New Roman"/>
        </w:rPr>
        <w:t>Holiday parties</w:t>
      </w:r>
    </w:p>
    <w:p w14:paraId="73D74B00" w14:textId="77777777" w:rsidR="00AE3202" w:rsidRPr="00AE3202" w:rsidRDefault="00AE3202" w:rsidP="006018BD">
      <w:pPr>
        <w:pStyle w:val="NoSpacing"/>
        <w:numPr>
          <w:ilvl w:val="0"/>
          <w:numId w:val="47"/>
        </w:numPr>
        <w:rPr>
          <w:rFonts w:ascii="Times New Roman" w:hAnsi="Times New Roman" w:cs="Times New Roman"/>
        </w:rPr>
      </w:pPr>
      <w:r w:rsidRPr="00AE3202">
        <w:rPr>
          <w:rFonts w:ascii="Times New Roman" w:hAnsi="Times New Roman" w:cs="Times New Roman"/>
        </w:rPr>
        <w:t>Fundraisers</w:t>
      </w:r>
    </w:p>
    <w:p w14:paraId="256527AD" w14:textId="77777777" w:rsidR="00AE3202" w:rsidRPr="00AE3202" w:rsidRDefault="00AE3202" w:rsidP="006018BD">
      <w:pPr>
        <w:pStyle w:val="NoSpacing"/>
        <w:numPr>
          <w:ilvl w:val="0"/>
          <w:numId w:val="47"/>
        </w:numPr>
        <w:rPr>
          <w:rFonts w:ascii="Times New Roman" w:hAnsi="Times New Roman" w:cs="Times New Roman"/>
        </w:rPr>
      </w:pPr>
      <w:r w:rsidRPr="00AE3202">
        <w:rPr>
          <w:rFonts w:ascii="Times New Roman" w:hAnsi="Times New Roman" w:cs="Times New Roman"/>
        </w:rPr>
        <w:t>End-of-season celebrations</w:t>
      </w:r>
    </w:p>
    <w:p w14:paraId="34AFE83F"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These events are optional but often help strengthen relationships between players and families.</w:t>
      </w:r>
    </w:p>
    <w:p w14:paraId="5B6D8EE7"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37CE5390">
          <v:rect id="_x0000_i1029" alt="" style="width:431.95pt;height:.05pt;mso-width-percent:0;mso-height-percent:0;mso-width-percent:0;mso-height-percent:0" o:hrpct="923" o:hralign="center" o:hrstd="t" o:hr="t" fillcolor="#a0a0a0" stroked="f"/>
        </w:pict>
      </w:r>
    </w:p>
    <w:p w14:paraId="151021D7" w14:textId="77777777" w:rsidR="00AE3202" w:rsidRPr="006018BD" w:rsidRDefault="00AE3202" w:rsidP="00AE3202">
      <w:pPr>
        <w:pStyle w:val="NoSpacing"/>
        <w:rPr>
          <w:rFonts w:ascii="Times New Roman" w:hAnsi="Times New Roman" w:cs="Times New Roman"/>
          <w:b/>
          <w:bCs/>
          <w:color w:val="365F91" w:themeColor="accent1" w:themeShade="BF"/>
          <w:sz w:val="28"/>
          <w:szCs w:val="28"/>
        </w:rPr>
      </w:pPr>
      <w:r w:rsidRPr="006018BD">
        <w:rPr>
          <w:rFonts w:ascii="Times New Roman" w:hAnsi="Times New Roman" w:cs="Times New Roman"/>
          <w:b/>
          <w:bCs/>
          <w:color w:val="365F91" w:themeColor="accent1" w:themeShade="BF"/>
          <w:sz w:val="28"/>
          <w:szCs w:val="28"/>
        </w:rPr>
        <w:t>Player Safety &amp; Sportsmanship</w:t>
      </w:r>
    </w:p>
    <w:p w14:paraId="47D676EA" w14:textId="77777777" w:rsidR="006018BD" w:rsidRDefault="006018BD" w:rsidP="00AE3202">
      <w:pPr>
        <w:pStyle w:val="NoSpacing"/>
        <w:rPr>
          <w:rFonts w:ascii="Times New Roman" w:hAnsi="Times New Roman" w:cs="Times New Roman"/>
        </w:rPr>
      </w:pPr>
    </w:p>
    <w:p w14:paraId="26EEFA7E" w14:textId="11DF8AA4"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Player safety is everyone's responsibility.</w:t>
      </w:r>
    </w:p>
    <w:p w14:paraId="390C6EE5"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As Team Manager, help reinforce a safe, respectful, and positive environment for players, coaches, officials, volunteers, and spectators.</w:t>
      </w:r>
    </w:p>
    <w:p w14:paraId="2D0706BB"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WYHA follows all USA Hockey policies, including:</w:t>
      </w:r>
    </w:p>
    <w:p w14:paraId="019A0EFA" w14:textId="77777777" w:rsidR="00AE3202" w:rsidRPr="00AE3202" w:rsidRDefault="00AE3202" w:rsidP="006018BD">
      <w:pPr>
        <w:pStyle w:val="NoSpacing"/>
        <w:numPr>
          <w:ilvl w:val="0"/>
          <w:numId w:val="48"/>
        </w:numPr>
        <w:rPr>
          <w:rFonts w:ascii="Times New Roman" w:hAnsi="Times New Roman" w:cs="Times New Roman"/>
        </w:rPr>
      </w:pPr>
      <w:r w:rsidRPr="00AE3202">
        <w:rPr>
          <w:rFonts w:ascii="Times New Roman" w:hAnsi="Times New Roman" w:cs="Times New Roman"/>
        </w:rPr>
        <w:t>SafeSport</w:t>
      </w:r>
    </w:p>
    <w:p w14:paraId="0E3D3489" w14:textId="77777777" w:rsidR="00AE3202" w:rsidRPr="00AE3202" w:rsidRDefault="00AE3202" w:rsidP="006018BD">
      <w:pPr>
        <w:pStyle w:val="NoSpacing"/>
        <w:numPr>
          <w:ilvl w:val="0"/>
          <w:numId w:val="48"/>
        </w:numPr>
        <w:rPr>
          <w:rFonts w:ascii="Times New Roman" w:hAnsi="Times New Roman" w:cs="Times New Roman"/>
        </w:rPr>
      </w:pPr>
      <w:r w:rsidRPr="00AE3202">
        <w:rPr>
          <w:rFonts w:ascii="Times New Roman" w:hAnsi="Times New Roman" w:cs="Times New Roman"/>
        </w:rPr>
        <w:t>Locker Room Policy</w:t>
      </w:r>
    </w:p>
    <w:p w14:paraId="5D152996" w14:textId="77777777" w:rsidR="00AE3202" w:rsidRPr="00AE3202" w:rsidRDefault="00AE3202" w:rsidP="006018BD">
      <w:pPr>
        <w:pStyle w:val="NoSpacing"/>
        <w:numPr>
          <w:ilvl w:val="0"/>
          <w:numId w:val="48"/>
        </w:numPr>
        <w:rPr>
          <w:rFonts w:ascii="Times New Roman" w:hAnsi="Times New Roman" w:cs="Times New Roman"/>
        </w:rPr>
      </w:pPr>
      <w:r w:rsidRPr="00AE3202">
        <w:rPr>
          <w:rFonts w:ascii="Times New Roman" w:hAnsi="Times New Roman" w:cs="Times New Roman"/>
        </w:rPr>
        <w:t>Electronic Communication Policy</w:t>
      </w:r>
    </w:p>
    <w:p w14:paraId="0FE93F37" w14:textId="77777777" w:rsidR="00AE3202" w:rsidRPr="00AE3202" w:rsidRDefault="00AE3202" w:rsidP="006018BD">
      <w:pPr>
        <w:pStyle w:val="NoSpacing"/>
        <w:numPr>
          <w:ilvl w:val="0"/>
          <w:numId w:val="48"/>
        </w:numPr>
        <w:rPr>
          <w:rFonts w:ascii="Times New Roman" w:hAnsi="Times New Roman" w:cs="Times New Roman"/>
        </w:rPr>
      </w:pPr>
      <w:r w:rsidRPr="00AE3202">
        <w:rPr>
          <w:rFonts w:ascii="Times New Roman" w:hAnsi="Times New Roman" w:cs="Times New Roman"/>
        </w:rPr>
        <w:t>Travel Policy</w:t>
      </w:r>
    </w:p>
    <w:p w14:paraId="022AE971" w14:textId="77777777" w:rsidR="00AE3202" w:rsidRPr="00AE3202" w:rsidRDefault="00AE3202" w:rsidP="006018BD">
      <w:pPr>
        <w:pStyle w:val="NoSpacing"/>
        <w:numPr>
          <w:ilvl w:val="0"/>
          <w:numId w:val="48"/>
        </w:numPr>
        <w:rPr>
          <w:rFonts w:ascii="Times New Roman" w:hAnsi="Times New Roman" w:cs="Times New Roman"/>
        </w:rPr>
      </w:pPr>
      <w:r w:rsidRPr="00AE3202">
        <w:rPr>
          <w:rFonts w:ascii="Times New Roman" w:hAnsi="Times New Roman" w:cs="Times New Roman"/>
        </w:rPr>
        <w:t>Zero Tolerance Policy</w:t>
      </w:r>
    </w:p>
    <w:p w14:paraId="434A39F7" w14:textId="77777777"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Managers are not expected to enforce these policies alone, but they should be familiar with them and know who to contact when questions arise.</w:t>
      </w:r>
    </w:p>
    <w:p w14:paraId="119E8F21"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01688678">
          <v:rect id="_x0000_i1028" alt="" style="width:431.95pt;height:.05pt;mso-width-percent:0;mso-height-percent:0;mso-width-percent:0;mso-height-percent:0" o:hrpct="923" o:hralign="center" o:hrstd="t" o:hr="t" fillcolor="#a0a0a0" stroked="f"/>
        </w:pict>
      </w:r>
    </w:p>
    <w:p w14:paraId="0AE599AB" w14:textId="77777777" w:rsidR="00AE3202" w:rsidRPr="006018BD" w:rsidRDefault="00AE3202" w:rsidP="00AE3202">
      <w:pPr>
        <w:pStyle w:val="NoSpacing"/>
        <w:rPr>
          <w:rFonts w:ascii="Times New Roman" w:hAnsi="Times New Roman" w:cs="Times New Roman"/>
          <w:b/>
          <w:bCs/>
          <w:color w:val="365F91" w:themeColor="accent1" w:themeShade="BF"/>
          <w:sz w:val="28"/>
          <w:szCs w:val="28"/>
        </w:rPr>
      </w:pPr>
      <w:r w:rsidRPr="006018BD">
        <w:rPr>
          <w:rFonts w:ascii="Times New Roman" w:hAnsi="Times New Roman" w:cs="Times New Roman"/>
          <w:b/>
          <w:bCs/>
          <w:color w:val="365F91" w:themeColor="accent1" w:themeShade="BF"/>
          <w:sz w:val="28"/>
          <w:szCs w:val="28"/>
        </w:rPr>
        <w:t>Helpful Resources</w:t>
      </w:r>
    </w:p>
    <w:p w14:paraId="440E9569" w14:textId="77777777" w:rsidR="006018BD" w:rsidRDefault="006018BD" w:rsidP="00AE3202">
      <w:pPr>
        <w:pStyle w:val="NoSpacing"/>
        <w:rPr>
          <w:rFonts w:ascii="Times New Roman" w:hAnsi="Times New Roman" w:cs="Times New Roman"/>
        </w:rPr>
      </w:pPr>
    </w:p>
    <w:p w14:paraId="2544DCD6" w14:textId="75972FB8"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Additional resources are available through the WYHA website and Manager Resources page, including:</w:t>
      </w:r>
    </w:p>
    <w:p w14:paraId="5DD8BB8E" w14:textId="77777777" w:rsidR="00AE3202" w:rsidRPr="00AE3202" w:rsidRDefault="00AE3202" w:rsidP="008F1491">
      <w:pPr>
        <w:pStyle w:val="NoSpacing"/>
        <w:numPr>
          <w:ilvl w:val="0"/>
          <w:numId w:val="49"/>
        </w:numPr>
        <w:rPr>
          <w:rFonts w:ascii="Times New Roman" w:hAnsi="Times New Roman" w:cs="Times New Roman"/>
        </w:rPr>
      </w:pPr>
      <w:r w:rsidRPr="00AE3202">
        <w:rPr>
          <w:rFonts w:ascii="Times New Roman" w:hAnsi="Times New Roman" w:cs="Times New Roman"/>
        </w:rPr>
        <w:t>Consent to Treat Forms</w:t>
      </w:r>
    </w:p>
    <w:p w14:paraId="5EA0312B" w14:textId="77777777" w:rsidR="00AE3202" w:rsidRPr="00AE3202" w:rsidRDefault="00AE3202" w:rsidP="008F1491">
      <w:pPr>
        <w:pStyle w:val="NoSpacing"/>
        <w:numPr>
          <w:ilvl w:val="0"/>
          <w:numId w:val="49"/>
        </w:numPr>
        <w:rPr>
          <w:rFonts w:ascii="Times New Roman" w:hAnsi="Times New Roman" w:cs="Times New Roman"/>
        </w:rPr>
      </w:pPr>
      <w:r w:rsidRPr="00AE3202">
        <w:rPr>
          <w:rFonts w:ascii="Times New Roman" w:hAnsi="Times New Roman" w:cs="Times New Roman"/>
        </w:rPr>
        <w:t>Volunteer Signup Templates</w:t>
      </w:r>
    </w:p>
    <w:p w14:paraId="428B1EC1" w14:textId="77777777" w:rsidR="00AE3202" w:rsidRPr="00AE3202" w:rsidRDefault="00AE3202" w:rsidP="008F1491">
      <w:pPr>
        <w:pStyle w:val="NoSpacing"/>
        <w:numPr>
          <w:ilvl w:val="0"/>
          <w:numId w:val="49"/>
        </w:numPr>
        <w:rPr>
          <w:rFonts w:ascii="Times New Roman" w:hAnsi="Times New Roman" w:cs="Times New Roman"/>
        </w:rPr>
      </w:pPr>
      <w:r w:rsidRPr="00AE3202">
        <w:rPr>
          <w:rFonts w:ascii="Times New Roman" w:hAnsi="Times New Roman" w:cs="Times New Roman"/>
        </w:rPr>
        <w:t>Clock Operation Instructions</w:t>
      </w:r>
    </w:p>
    <w:p w14:paraId="6E27ADAC" w14:textId="77777777" w:rsidR="00AE3202" w:rsidRPr="00AE3202" w:rsidRDefault="00AE3202" w:rsidP="008F1491">
      <w:pPr>
        <w:pStyle w:val="NoSpacing"/>
        <w:numPr>
          <w:ilvl w:val="0"/>
          <w:numId w:val="49"/>
        </w:numPr>
        <w:rPr>
          <w:rFonts w:ascii="Times New Roman" w:hAnsi="Times New Roman" w:cs="Times New Roman"/>
        </w:rPr>
      </w:pPr>
      <w:r w:rsidRPr="00AE3202">
        <w:rPr>
          <w:rFonts w:ascii="Times New Roman" w:hAnsi="Times New Roman" w:cs="Times New Roman"/>
        </w:rPr>
        <w:t>Crossbar Guides</w:t>
      </w:r>
    </w:p>
    <w:p w14:paraId="033E9E58" w14:textId="77777777" w:rsidR="00AE3202" w:rsidRPr="00AE3202" w:rsidRDefault="00AE3202" w:rsidP="008F1491">
      <w:pPr>
        <w:pStyle w:val="NoSpacing"/>
        <w:numPr>
          <w:ilvl w:val="0"/>
          <w:numId w:val="49"/>
        </w:numPr>
        <w:rPr>
          <w:rFonts w:ascii="Times New Roman" w:hAnsi="Times New Roman" w:cs="Times New Roman"/>
        </w:rPr>
      </w:pPr>
      <w:r w:rsidRPr="00AE3202">
        <w:rPr>
          <w:rFonts w:ascii="Times New Roman" w:hAnsi="Times New Roman" w:cs="Times New Roman"/>
        </w:rPr>
        <w:t>Avery Roster Label Templates</w:t>
      </w:r>
    </w:p>
    <w:p w14:paraId="144D3704" w14:textId="77777777" w:rsidR="00AE3202" w:rsidRPr="00AE3202" w:rsidRDefault="00AE3202" w:rsidP="008F1491">
      <w:pPr>
        <w:pStyle w:val="NoSpacing"/>
        <w:numPr>
          <w:ilvl w:val="0"/>
          <w:numId w:val="49"/>
        </w:numPr>
        <w:rPr>
          <w:rFonts w:ascii="Times New Roman" w:hAnsi="Times New Roman" w:cs="Times New Roman"/>
        </w:rPr>
      </w:pPr>
      <w:r w:rsidRPr="00AE3202">
        <w:rPr>
          <w:rFonts w:ascii="Times New Roman" w:hAnsi="Times New Roman" w:cs="Times New Roman"/>
        </w:rPr>
        <w:t>Parent Meeting Agenda</w:t>
      </w:r>
    </w:p>
    <w:p w14:paraId="71444BE6" w14:textId="77777777" w:rsidR="00AE3202" w:rsidRPr="00AE3202" w:rsidRDefault="00AE3202" w:rsidP="008F1491">
      <w:pPr>
        <w:pStyle w:val="NoSpacing"/>
        <w:numPr>
          <w:ilvl w:val="0"/>
          <w:numId w:val="49"/>
        </w:numPr>
        <w:rPr>
          <w:rFonts w:ascii="Times New Roman" w:hAnsi="Times New Roman" w:cs="Times New Roman"/>
        </w:rPr>
      </w:pPr>
      <w:r w:rsidRPr="00AE3202">
        <w:rPr>
          <w:rFonts w:ascii="Times New Roman" w:hAnsi="Times New Roman" w:cs="Times New Roman"/>
        </w:rPr>
        <w:t>Tournament Planning Resources</w:t>
      </w:r>
    </w:p>
    <w:p w14:paraId="6420B748" w14:textId="77777777" w:rsidR="00AE3202" w:rsidRPr="00AE3202" w:rsidRDefault="00AE3202" w:rsidP="008F1491">
      <w:pPr>
        <w:pStyle w:val="NoSpacing"/>
        <w:numPr>
          <w:ilvl w:val="0"/>
          <w:numId w:val="49"/>
        </w:numPr>
        <w:rPr>
          <w:rFonts w:ascii="Times New Roman" w:hAnsi="Times New Roman" w:cs="Times New Roman"/>
        </w:rPr>
      </w:pPr>
      <w:r w:rsidRPr="00AE3202">
        <w:rPr>
          <w:rFonts w:ascii="Times New Roman" w:hAnsi="Times New Roman" w:cs="Times New Roman"/>
        </w:rPr>
        <w:t>SafeSport Information</w:t>
      </w:r>
    </w:p>
    <w:p w14:paraId="5624213E" w14:textId="77777777" w:rsidR="00AE3202" w:rsidRDefault="00AE3202" w:rsidP="008F1491">
      <w:pPr>
        <w:pStyle w:val="NoSpacing"/>
        <w:numPr>
          <w:ilvl w:val="0"/>
          <w:numId w:val="49"/>
        </w:numPr>
        <w:rPr>
          <w:rFonts w:ascii="Times New Roman" w:hAnsi="Times New Roman" w:cs="Times New Roman"/>
        </w:rPr>
      </w:pPr>
      <w:r w:rsidRPr="00AE3202">
        <w:rPr>
          <w:rFonts w:ascii="Times New Roman" w:hAnsi="Times New Roman" w:cs="Times New Roman"/>
        </w:rPr>
        <w:t>USA Hockey Resources</w:t>
      </w:r>
    </w:p>
    <w:p w14:paraId="7408D0C8" w14:textId="26FB6487" w:rsidR="008F1491" w:rsidRPr="00AE3202" w:rsidRDefault="008F1491" w:rsidP="008F1491">
      <w:pPr>
        <w:pStyle w:val="NoSpacing"/>
        <w:numPr>
          <w:ilvl w:val="0"/>
          <w:numId w:val="49"/>
        </w:numPr>
        <w:rPr>
          <w:rFonts w:ascii="Times New Roman" w:hAnsi="Times New Roman" w:cs="Times New Roman"/>
        </w:rPr>
      </w:pPr>
      <w:r>
        <w:rPr>
          <w:rFonts w:ascii="Times New Roman" w:hAnsi="Times New Roman" w:cs="Times New Roman"/>
        </w:rPr>
        <w:t>Canadian Travel Permit</w:t>
      </w:r>
    </w:p>
    <w:p w14:paraId="431C2A6E"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21FB6431">
          <v:rect id="_x0000_i1027" alt="" style="width:431.95pt;height:.05pt;mso-width-percent:0;mso-height-percent:0;mso-width-percent:0;mso-height-percent:0" o:hrpct="923" o:hralign="center" o:hrstd="t" o:hr="t" fillcolor="#a0a0a0" stroked="f"/>
        </w:pict>
      </w:r>
    </w:p>
    <w:p w14:paraId="28CAB8E7"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7E684A6A"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32ADAC2E"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31E3698D"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66D8ED36"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47FEB9D9"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537A7B89"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278743A4"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632A4C9E" w14:textId="77777777" w:rsidR="00B56E1E" w:rsidRDefault="00B56E1E" w:rsidP="00AE3202">
      <w:pPr>
        <w:pStyle w:val="NoSpacing"/>
        <w:rPr>
          <w:rFonts w:ascii="Times New Roman" w:hAnsi="Times New Roman" w:cs="Times New Roman"/>
          <w:b/>
          <w:bCs/>
          <w:color w:val="365F91" w:themeColor="accent1" w:themeShade="BF"/>
          <w:sz w:val="28"/>
          <w:szCs w:val="28"/>
        </w:rPr>
      </w:pPr>
    </w:p>
    <w:p w14:paraId="2A948ECF" w14:textId="0B3AA075" w:rsidR="00AE3202" w:rsidRDefault="00AE3202" w:rsidP="00AE3202">
      <w:pPr>
        <w:pStyle w:val="NoSpacing"/>
        <w:rPr>
          <w:rFonts w:ascii="Times New Roman" w:hAnsi="Times New Roman" w:cs="Times New Roman"/>
          <w:b/>
          <w:bCs/>
          <w:color w:val="365F91" w:themeColor="accent1" w:themeShade="BF"/>
          <w:sz w:val="28"/>
          <w:szCs w:val="28"/>
        </w:rPr>
      </w:pPr>
      <w:r w:rsidRPr="008F1491">
        <w:rPr>
          <w:rFonts w:ascii="Times New Roman" w:hAnsi="Times New Roman" w:cs="Times New Roman"/>
          <w:b/>
          <w:bCs/>
          <w:color w:val="365F91" w:themeColor="accent1" w:themeShade="BF"/>
          <w:sz w:val="28"/>
          <w:szCs w:val="28"/>
        </w:rPr>
        <w:lastRenderedPageBreak/>
        <w:t>Who Do I Contact?</w:t>
      </w:r>
    </w:p>
    <w:p w14:paraId="5EFA68FD" w14:textId="77777777" w:rsidR="00B56E1E" w:rsidRDefault="00B56E1E" w:rsidP="00AE3202">
      <w:pPr>
        <w:pStyle w:val="NoSpacing"/>
        <w:rPr>
          <w:rFonts w:ascii="Times New Roman" w:hAnsi="Times New Roman" w:cs="Times New Roman"/>
          <w:color w:val="000000"/>
        </w:rPr>
      </w:pPr>
    </w:p>
    <w:p w14:paraId="25D24D70" w14:textId="73DDAA11" w:rsidR="00B56E1E" w:rsidRPr="00B56E1E" w:rsidRDefault="00B56E1E" w:rsidP="00AE3202">
      <w:pPr>
        <w:pStyle w:val="NoSpacing"/>
        <w:rPr>
          <w:rFonts w:ascii="Times New Roman" w:hAnsi="Times New Roman" w:cs="Times New Roman"/>
          <w:b/>
          <w:bCs/>
          <w:color w:val="365F91" w:themeColor="accent1" w:themeShade="BF"/>
        </w:rPr>
      </w:pPr>
      <w:r w:rsidRPr="00B56E1E">
        <w:rPr>
          <w:rFonts w:ascii="Times New Roman" w:hAnsi="Times New Roman" w:cs="Times New Roman"/>
          <w:color w:val="000000"/>
        </w:rPr>
        <w:t>The Board is here to support you throughout the season. If you're not sure who to contact, start with the appropriate person below. If you</w:t>
      </w:r>
      <w:r w:rsidR="00116117">
        <w:rPr>
          <w:rFonts w:ascii="Times New Roman" w:hAnsi="Times New Roman" w:cs="Times New Roman"/>
          <w:color w:val="000000"/>
        </w:rPr>
        <w:t xml:space="preserve"> are</w:t>
      </w:r>
      <w:r w:rsidRPr="00B56E1E">
        <w:rPr>
          <w:rFonts w:ascii="Times New Roman" w:hAnsi="Times New Roman" w:cs="Times New Roman"/>
          <w:color w:val="000000"/>
        </w:rPr>
        <w:t xml:space="preserve"> ever unsure, any Board member will be happy to point you in the right direction.</w:t>
      </w:r>
    </w:p>
    <w:tbl>
      <w:tblPr>
        <w:tblpPr w:leftFromText="180" w:rightFromText="180" w:vertAnchor="text" w:tblpXSpec="right" w:tblpY="1"/>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4370"/>
        <w:gridCol w:w="4270"/>
      </w:tblGrid>
      <w:tr w:rsidR="008F1491" w:rsidRPr="008F1491" w14:paraId="5EB87308" w14:textId="77777777" w:rsidTr="00B56E1E">
        <w:trPr>
          <w:tblHeader/>
          <w:tblCellSpacing w:w="15" w:type="dxa"/>
        </w:trPr>
        <w:tc>
          <w:tcPr>
            <w:tcW w:w="0" w:type="auto"/>
            <w:vAlign w:val="center"/>
            <w:hideMark/>
          </w:tcPr>
          <w:p w14:paraId="13488460" w14:textId="77777777" w:rsidR="00B56E1E" w:rsidRDefault="00B56E1E" w:rsidP="00B56E1E">
            <w:pPr>
              <w:spacing w:after="0" w:line="240" w:lineRule="auto"/>
              <w:jc w:val="center"/>
              <w:rPr>
                <w:rFonts w:ascii="Times New Roman" w:eastAsia="Times New Roman" w:hAnsi="Times New Roman" w:cs="Times New Roman"/>
                <w:b/>
                <w:bCs/>
              </w:rPr>
            </w:pPr>
          </w:p>
          <w:p w14:paraId="41651CE5" w14:textId="479AA8BF" w:rsidR="008F1491" w:rsidRPr="008F1491" w:rsidRDefault="008F1491" w:rsidP="00B56E1E">
            <w:pPr>
              <w:spacing w:after="0" w:line="240" w:lineRule="auto"/>
              <w:jc w:val="center"/>
              <w:rPr>
                <w:rFonts w:ascii="Times New Roman" w:eastAsia="Times New Roman" w:hAnsi="Times New Roman" w:cs="Times New Roman"/>
                <w:b/>
                <w:bCs/>
              </w:rPr>
            </w:pPr>
            <w:r w:rsidRPr="008F1491">
              <w:rPr>
                <w:rFonts w:ascii="Times New Roman" w:eastAsia="Times New Roman" w:hAnsi="Times New Roman" w:cs="Times New Roman"/>
                <w:b/>
                <w:bCs/>
              </w:rPr>
              <w:t>If you have a question about...</w:t>
            </w:r>
          </w:p>
        </w:tc>
        <w:tc>
          <w:tcPr>
            <w:tcW w:w="0" w:type="auto"/>
            <w:vAlign w:val="center"/>
            <w:hideMark/>
          </w:tcPr>
          <w:p w14:paraId="5F125E4C" w14:textId="77777777" w:rsidR="008F1491" w:rsidRPr="008F1491" w:rsidRDefault="008F1491" w:rsidP="00B56E1E">
            <w:pPr>
              <w:spacing w:after="0" w:line="240" w:lineRule="auto"/>
              <w:jc w:val="center"/>
              <w:rPr>
                <w:rFonts w:ascii="Times New Roman" w:eastAsia="Times New Roman" w:hAnsi="Times New Roman" w:cs="Times New Roman"/>
                <w:b/>
                <w:bCs/>
              </w:rPr>
            </w:pPr>
            <w:r w:rsidRPr="008F1491">
              <w:rPr>
                <w:rFonts w:ascii="Times New Roman" w:eastAsia="Times New Roman" w:hAnsi="Times New Roman" w:cs="Times New Roman"/>
                <w:b/>
                <w:bCs/>
              </w:rPr>
              <w:t>Contact</w:t>
            </w:r>
          </w:p>
        </w:tc>
      </w:tr>
      <w:tr w:rsidR="008F1491" w:rsidRPr="008F1491" w14:paraId="47432F06" w14:textId="77777777" w:rsidTr="00B56E1E">
        <w:trPr>
          <w:tblCellSpacing w:w="15" w:type="dxa"/>
        </w:trPr>
        <w:tc>
          <w:tcPr>
            <w:tcW w:w="0" w:type="auto"/>
            <w:vAlign w:val="center"/>
            <w:hideMark/>
          </w:tcPr>
          <w:p w14:paraId="6521E98C"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rPr>
              <w:t>Registration</w:t>
            </w:r>
          </w:p>
        </w:tc>
        <w:tc>
          <w:tcPr>
            <w:tcW w:w="0" w:type="auto"/>
            <w:vAlign w:val="center"/>
            <w:hideMark/>
          </w:tcPr>
          <w:p w14:paraId="6109926C"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b/>
                <w:bCs/>
              </w:rPr>
              <w:t>Chrissy Sapere</w:t>
            </w:r>
            <w:r w:rsidRPr="008F1491">
              <w:rPr>
                <w:rFonts w:ascii="Times New Roman" w:eastAsia="Times New Roman" w:hAnsi="Times New Roman" w:cs="Times New Roman"/>
              </w:rPr>
              <w:t> – Registrar</w:t>
            </w:r>
          </w:p>
        </w:tc>
      </w:tr>
      <w:tr w:rsidR="008F1491" w:rsidRPr="008F1491" w14:paraId="0C3D4E9B" w14:textId="77777777" w:rsidTr="00B56E1E">
        <w:trPr>
          <w:tblCellSpacing w:w="15" w:type="dxa"/>
        </w:trPr>
        <w:tc>
          <w:tcPr>
            <w:tcW w:w="0" w:type="auto"/>
            <w:vAlign w:val="center"/>
            <w:hideMark/>
          </w:tcPr>
          <w:p w14:paraId="776FC155"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rPr>
              <w:t>USA Hockey Registration, SafeSport &amp; Volunteer Credentials</w:t>
            </w:r>
          </w:p>
        </w:tc>
        <w:tc>
          <w:tcPr>
            <w:tcW w:w="0" w:type="auto"/>
            <w:vAlign w:val="center"/>
            <w:hideMark/>
          </w:tcPr>
          <w:p w14:paraId="1558D703"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b/>
                <w:bCs/>
              </w:rPr>
              <w:t>Chrissy Sapere</w:t>
            </w:r>
            <w:r w:rsidRPr="008F1491">
              <w:rPr>
                <w:rFonts w:ascii="Times New Roman" w:eastAsia="Times New Roman" w:hAnsi="Times New Roman" w:cs="Times New Roman"/>
              </w:rPr>
              <w:t> – Registrar</w:t>
            </w:r>
          </w:p>
        </w:tc>
      </w:tr>
      <w:tr w:rsidR="008F1491" w:rsidRPr="008F1491" w14:paraId="02FA4EB8" w14:textId="77777777" w:rsidTr="00B56E1E">
        <w:trPr>
          <w:tblCellSpacing w:w="15" w:type="dxa"/>
        </w:trPr>
        <w:tc>
          <w:tcPr>
            <w:tcW w:w="0" w:type="auto"/>
            <w:vAlign w:val="center"/>
            <w:hideMark/>
          </w:tcPr>
          <w:p w14:paraId="26FD52D9"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rPr>
              <w:t>Scheduling, Ice Time &amp; Game Changes</w:t>
            </w:r>
          </w:p>
        </w:tc>
        <w:tc>
          <w:tcPr>
            <w:tcW w:w="0" w:type="auto"/>
            <w:vAlign w:val="center"/>
            <w:hideMark/>
          </w:tcPr>
          <w:p w14:paraId="5F600DB2"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b/>
                <w:bCs/>
              </w:rPr>
              <w:t>Lisa Cammilleri</w:t>
            </w:r>
            <w:r w:rsidRPr="008F1491">
              <w:rPr>
                <w:rFonts w:ascii="Times New Roman" w:eastAsia="Times New Roman" w:hAnsi="Times New Roman" w:cs="Times New Roman"/>
              </w:rPr>
              <w:t> – Ice Scheduler</w:t>
            </w:r>
          </w:p>
        </w:tc>
      </w:tr>
      <w:tr w:rsidR="008F1491" w:rsidRPr="008F1491" w14:paraId="6783F148" w14:textId="77777777" w:rsidTr="00B56E1E">
        <w:trPr>
          <w:tblCellSpacing w:w="15" w:type="dxa"/>
        </w:trPr>
        <w:tc>
          <w:tcPr>
            <w:tcW w:w="0" w:type="auto"/>
            <w:vAlign w:val="center"/>
            <w:hideMark/>
          </w:tcPr>
          <w:p w14:paraId="57AA8F48"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rPr>
              <w:t>Crossbar &amp; Team Website</w:t>
            </w:r>
          </w:p>
        </w:tc>
        <w:tc>
          <w:tcPr>
            <w:tcW w:w="0" w:type="auto"/>
            <w:vAlign w:val="center"/>
            <w:hideMark/>
          </w:tcPr>
          <w:p w14:paraId="45479DF7"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b/>
                <w:bCs/>
              </w:rPr>
              <w:t>John S. or Tonia F.</w:t>
            </w:r>
            <w:r w:rsidRPr="008F1491">
              <w:rPr>
                <w:rFonts w:ascii="Times New Roman" w:eastAsia="Times New Roman" w:hAnsi="Times New Roman" w:cs="Times New Roman"/>
              </w:rPr>
              <w:t> – IT &amp; Communications</w:t>
            </w:r>
          </w:p>
        </w:tc>
      </w:tr>
      <w:tr w:rsidR="008F1491" w:rsidRPr="008F1491" w14:paraId="21D99973" w14:textId="77777777" w:rsidTr="00B56E1E">
        <w:trPr>
          <w:tblCellSpacing w:w="15" w:type="dxa"/>
        </w:trPr>
        <w:tc>
          <w:tcPr>
            <w:tcW w:w="0" w:type="auto"/>
            <w:vAlign w:val="center"/>
            <w:hideMark/>
          </w:tcPr>
          <w:p w14:paraId="4BCC4E38" w14:textId="77777777" w:rsidR="008F1491" w:rsidRPr="008F1491" w:rsidRDefault="008F1491" w:rsidP="00B56E1E">
            <w:pPr>
              <w:spacing w:after="0" w:line="240" w:lineRule="auto"/>
              <w:rPr>
                <w:rFonts w:ascii="Times New Roman" w:eastAsia="Times New Roman" w:hAnsi="Times New Roman" w:cs="Times New Roman"/>
              </w:rPr>
            </w:pPr>
            <w:proofErr w:type="gramStart"/>
            <w:r w:rsidRPr="008F1491">
              <w:rPr>
                <w:rFonts w:ascii="Times New Roman" w:eastAsia="Times New Roman" w:hAnsi="Times New Roman" w:cs="Times New Roman"/>
              </w:rPr>
              <w:t>Social Media</w:t>
            </w:r>
            <w:proofErr w:type="gramEnd"/>
          </w:p>
        </w:tc>
        <w:tc>
          <w:tcPr>
            <w:tcW w:w="0" w:type="auto"/>
            <w:vAlign w:val="center"/>
            <w:hideMark/>
          </w:tcPr>
          <w:p w14:paraId="77E185DE"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b/>
                <w:bCs/>
              </w:rPr>
              <w:t>Tonia Finke</w:t>
            </w:r>
            <w:r w:rsidRPr="008F1491">
              <w:rPr>
                <w:rFonts w:ascii="Times New Roman" w:eastAsia="Times New Roman" w:hAnsi="Times New Roman" w:cs="Times New Roman"/>
              </w:rPr>
              <w:t> – Director of Community &amp; Communications</w:t>
            </w:r>
          </w:p>
        </w:tc>
      </w:tr>
      <w:tr w:rsidR="008F1491" w:rsidRPr="008F1491" w14:paraId="43C2EC7B" w14:textId="77777777" w:rsidTr="00B56E1E">
        <w:trPr>
          <w:tblCellSpacing w:w="15" w:type="dxa"/>
        </w:trPr>
        <w:tc>
          <w:tcPr>
            <w:tcW w:w="0" w:type="auto"/>
            <w:vAlign w:val="center"/>
            <w:hideMark/>
          </w:tcPr>
          <w:p w14:paraId="33E097BC"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rPr>
              <w:t>Jerseys &amp; Equipment</w:t>
            </w:r>
          </w:p>
        </w:tc>
        <w:tc>
          <w:tcPr>
            <w:tcW w:w="0" w:type="auto"/>
            <w:vAlign w:val="center"/>
            <w:hideMark/>
          </w:tcPr>
          <w:p w14:paraId="4A29E1A9"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b/>
                <w:bCs/>
              </w:rPr>
              <w:t>Rob Dyer</w:t>
            </w:r>
            <w:r w:rsidRPr="008F1491">
              <w:rPr>
                <w:rFonts w:ascii="Times New Roman" w:eastAsia="Times New Roman" w:hAnsi="Times New Roman" w:cs="Times New Roman"/>
              </w:rPr>
              <w:t> – Equipment Manager</w:t>
            </w:r>
          </w:p>
        </w:tc>
      </w:tr>
      <w:tr w:rsidR="008F1491" w:rsidRPr="008F1491" w14:paraId="326014DB" w14:textId="77777777" w:rsidTr="00B56E1E">
        <w:trPr>
          <w:tblCellSpacing w:w="15" w:type="dxa"/>
        </w:trPr>
        <w:tc>
          <w:tcPr>
            <w:tcW w:w="0" w:type="auto"/>
            <w:vAlign w:val="center"/>
            <w:hideMark/>
          </w:tcPr>
          <w:p w14:paraId="27F70D97"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rPr>
              <w:t>Travel Program</w:t>
            </w:r>
          </w:p>
        </w:tc>
        <w:tc>
          <w:tcPr>
            <w:tcW w:w="0" w:type="auto"/>
            <w:vAlign w:val="center"/>
            <w:hideMark/>
          </w:tcPr>
          <w:p w14:paraId="4BD12AB4"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b/>
                <w:bCs/>
              </w:rPr>
              <w:t>Shane Riley</w:t>
            </w:r>
            <w:r w:rsidRPr="008F1491">
              <w:rPr>
                <w:rFonts w:ascii="Times New Roman" w:eastAsia="Times New Roman" w:hAnsi="Times New Roman" w:cs="Times New Roman"/>
              </w:rPr>
              <w:t> – Travel Director</w:t>
            </w:r>
          </w:p>
        </w:tc>
      </w:tr>
      <w:tr w:rsidR="008F1491" w:rsidRPr="008F1491" w14:paraId="15C72CBE" w14:textId="77777777" w:rsidTr="00B56E1E">
        <w:trPr>
          <w:tblCellSpacing w:w="15" w:type="dxa"/>
        </w:trPr>
        <w:tc>
          <w:tcPr>
            <w:tcW w:w="0" w:type="auto"/>
            <w:vAlign w:val="center"/>
            <w:hideMark/>
          </w:tcPr>
          <w:p w14:paraId="2B0CEAC1"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rPr>
              <w:t>House Program</w:t>
            </w:r>
          </w:p>
        </w:tc>
        <w:tc>
          <w:tcPr>
            <w:tcW w:w="0" w:type="auto"/>
            <w:vAlign w:val="center"/>
            <w:hideMark/>
          </w:tcPr>
          <w:p w14:paraId="2996B5BF"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b/>
                <w:bCs/>
              </w:rPr>
              <w:t>Zach Parlet or Mark Huss</w:t>
            </w:r>
            <w:r w:rsidRPr="008F1491">
              <w:rPr>
                <w:rFonts w:ascii="Times New Roman" w:eastAsia="Times New Roman" w:hAnsi="Times New Roman" w:cs="Times New Roman"/>
              </w:rPr>
              <w:t> – House Directors</w:t>
            </w:r>
          </w:p>
        </w:tc>
      </w:tr>
      <w:tr w:rsidR="008F1491" w:rsidRPr="008F1491" w14:paraId="4CB44A3C" w14:textId="77777777" w:rsidTr="00B56E1E">
        <w:trPr>
          <w:tblCellSpacing w:w="15" w:type="dxa"/>
        </w:trPr>
        <w:tc>
          <w:tcPr>
            <w:tcW w:w="0" w:type="auto"/>
            <w:vAlign w:val="center"/>
            <w:hideMark/>
          </w:tcPr>
          <w:p w14:paraId="150C2C06"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rPr>
              <w:t>General Questions</w:t>
            </w:r>
          </w:p>
        </w:tc>
        <w:tc>
          <w:tcPr>
            <w:tcW w:w="0" w:type="auto"/>
            <w:vAlign w:val="center"/>
            <w:hideMark/>
          </w:tcPr>
          <w:p w14:paraId="0F01A219" w14:textId="77777777" w:rsidR="008F1491" w:rsidRPr="008F1491" w:rsidRDefault="008F1491" w:rsidP="00B56E1E">
            <w:pPr>
              <w:spacing w:after="0" w:line="240" w:lineRule="auto"/>
              <w:rPr>
                <w:rFonts w:ascii="Times New Roman" w:eastAsia="Times New Roman" w:hAnsi="Times New Roman" w:cs="Times New Roman"/>
              </w:rPr>
            </w:pPr>
            <w:r w:rsidRPr="008F1491">
              <w:rPr>
                <w:rFonts w:ascii="Times New Roman" w:eastAsia="Times New Roman" w:hAnsi="Times New Roman" w:cs="Times New Roman"/>
                <w:b/>
                <w:bCs/>
              </w:rPr>
              <w:t>WYHA Board of Directors</w:t>
            </w:r>
          </w:p>
        </w:tc>
      </w:tr>
    </w:tbl>
    <w:p w14:paraId="3B90BFA1" w14:textId="4E3F1A54" w:rsidR="008F1491" w:rsidRPr="008F1491" w:rsidRDefault="00B56E1E" w:rsidP="008F1491">
      <w:pPr>
        <w:spacing w:before="100" w:beforeAutospacing="1" w:after="100" w:afterAutospacing="1" w:line="240" w:lineRule="auto"/>
        <w:rPr>
          <w:rFonts w:ascii="Times New Roman" w:eastAsia="Times New Roman" w:hAnsi="Times New Roman" w:cs="Times New Roman"/>
          <w:color w:val="000000"/>
        </w:rPr>
      </w:pPr>
      <w:r w:rsidRPr="00B56E1E">
        <w:rPr>
          <w:rFonts w:ascii="Times New Roman" w:eastAsia="Times New Roman" w:hAnsi="Times New Roman" w:cs="Times New Roman"/>
          <w:b/>
          <w:bCs/>
          <w:color w:val="000000"/>
        </w:rPr>
        <w:br w:type="textWrapping" w:clear="all"/>
      </w:r>
      <w:r w:rsidR="008F1491" w:rsidRPr="008F1491">
        <w:rPr>
          <w:rFonts w:ascii="Times New Roman" w:eastAsia="Times New Roman" w:hAnsi="Times New Roman" w:cs="Times New Roman"/>
          <w:b/>
          <w:bCs/>
          <w:color w:val="000000"/>
        </w:rPr>
        <w:t>Need someone else?</w:t>
      </w:r>
      <w:r w:rsidR="008F1491" w:rsidRPr="008F1491">
        <w:rPr>
          <w:rFonts w:ascii="Times New Roman" w:eastAsia="Times New Roman" w:hAnsi="Times New Roman" w:cs="Times New Roman"/>
          <w:color w:val="000000"/>
        </w:rPr>
        <w:br/>
        <w:t>Visit the </w:t>
      </w:r>
      <w:r w:rsidR="008F1491" w:rsidRPr="008F1491">
        <w:rPr>
          <w:rFonts w:ascii="Times New Roman" w:eastAsia="Times New Roman" w:hAnsi="Times New Roman" w:cs="Times New Roman"/>
          <w:b/>
          <w:bCs/>
          <w:color w:val="000000"/>
        </w:rPr>
        <w:t>Board of Directors</w:t>
      </w:r>
      <w:r w:rsidR="008F1491" w:rsidRPr="008F1491">
        <w:rPr>
          <w:rFonts w:ascii="Times New Roman" w:eastAsia="Times New Roman" w:hAnsi="Times New Roman" w:cs="Times New Roman"/>
          <w:color w:val="000000"/>
        </w:rPr>
        <w:t> page on the WYHA website for a complete list of Board members, committee chairs, responsibilities, and contact information.</w:t>
      </w:r>
    </w:p>
    <w:p w14:paraId="7DDA8D4D" w14:textId="77777777" w:rsidR="008F1491" w:rsidRPr="008F1491" w:rsidRDefault="008F1491" w:rsidP="00AE3202">
      <w:pPr>
        <w:pStyle w:val="NoSpacing"/>
        <w:rPr>
          <w:rFonts w:ascii="Times New Roman" w:hAnsi="Times New Roman" w:cs="Times New Roman"/>
          <w:b/>
          <w:bCs/>
          <w:color w:val="365F91" w:themeColor="accent1" w:themeShade="BF"/>
          <w:sz w:val="28"/>
          <w:szCs w:val="28"/>
        </w:rPr>
      </w:pPr>
    </w:p>
    <w:p w14:paraId="069E7642"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443F60ED">
          <v:rect id="_x0000_i1026" alt="" style="width:431.95pt;height:.05pt;mso-width-percent:0;mso-height-percent:0;mso-width-percent:0;mso-height-percent:0" o:hrpct="923" o:hralign="center" o:hrstd="t" o:hr="t" fillcolor="#a0a0a0" stroked="f"/>
        </w:pict>
      </w:r>
    </w:p>
    <w:p w14:paraId="082B650C" w14:textId="77777777" w:rsidR="00AE3202" w:rsidRPr="00B56E1E" w:rsidRDefault="00AE3202" w:rsidP="00AE3202">
      <w:pPr>
        <w:pStyle w:val="NoSpacing"/>
        <w:rPr>
          <w:rFonts w:ascii="Times New Roman" w:hAnsi="Times New Roman" w:cs="Times New Roman"/>
          <w:b/>
          <w:bCs/>
          <w:color w:val="365F91" w:themeColor="accent1" w:themeShade="BF"/>
          <w:sz w:val="28"/>
          <w:szCs w:val="28"/>
        </w:rPr>
      </w:pPr>
      <w:r w:rsidRPr="00B56E1E">
        <w:rPr>
          <w:rFonts w:ascii="Times New Roman" w:hAnsi="Times New Roman" w:cs="Times New Roman"/>
          <w:b/>
          <w:bCs/>
          <w:color w:val="365F91" w:themeColor="accent1" w:themeShade="BF"/>
          <w:sz w:val="28"/>
          <w:szCs w:val="28"/>
        </w:rPr>
        <w:t>End-of-Season Checklist</w:t>
      </w:r>
    </w:p>
    <w:p w14:paraId="24FD34D3" w14:textId="77777777" w:rsidR="00B56E1E" w:rsidRDefault="00B56E1E" w:rsidP="00AE3202">
      <w:pPr>
        <w:pStyle w:val="NoSpacing"/>
        <w:rPr>
          <w:rFonts w:ascii="Times New Roman" w:hAnsi="Times New Roman" w:cs="Times New Roman"/>
        </w:rPr>
      </w:pPr>
    </w:p>
    <w:p w14:paraId="03D03124" w14:textId="73D15C56" w:rsidR="00AE3202" w:rsidRPr="00AE3202" w:rsidRDefault="00AE3202" w:rsidP="00AE3202">
      <w:pPr>
        <w:pStyle w:val="NoSpacing"/>
        <w:rPr>
          <w:rFonts w:ascii="Times New Roman" w:hAnsi="Times New Roman" w:cs="Times New Roman"/>
        </w:rPr>
      </w:pPr>
      <w:r w:rsidRPr="00AE3202">
        <w:rPr>
          <w:rFonts w:ascii="Times New Roman" w:hAnsi="Times New Roman" w:cs="Times New Roman"/>
        </w:rPr>
        <w:t xml:space="preserve">As the season </w:t>
      </w:r>
      <w:r w:rsidR="00116117">
        <w:rPr>
          <w:rFonts w:ascii="Times New Roman" w:hAnsi="Times New Roman" w:cs="Times New Roman"/>
        </w:rPr>
        <w:t>winds down</w:t>
      </w:r>
      <w:r w:rsidRPr="00AE3202">
        <w:rPr>
          <w:rFonts w:ascii="Times New Roman" w:hAnsi="Times New Roman" w:cs="Times New Roman"/>
        </w:rPr>
        <w:t>:</w:t>
      </w:r>
    </w:p>
    <w:p w14:paraId="64F9D2E5" w14:textId="77777777" w:rsidR="00AE3202" w:rsidRPr="00AE3202" w:rsidRDefault="00AE3202" w:rsidP="00B56E1E">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Coordinate your team's end-of-season gathering (if applicable).</w:t>
      </w:r>
    </w:p>
    <w:p w14:paraId="5F1C8A75" w14:textId="77777777" w:rsidR="00AE3202" w:rsidRPr="00AE3202" w:rsidRDefault="00AE3202" w:rsidP="00B56E1E">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Ensure all outstanding team finances have been settled.</w:t>
      </w:r>
    </w:p>
    <w:p w14:paraId="64F8A097" w14:textId="77777777" w:rsidR="00AE3202" w:rsidRPr="00AE3202" w:rsidRDefault="00AE3202" w:rsidP="00B56E1E">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Return any organization property.</w:t>
      </w:r>
    </w:p>
    <w:p w14:paraId="3135A4E3" w14:textId="77777777" w:rsidR="00AE3202" w:rsidRPr="00AE3202" w:rsidRDefault="00AE3202" w:rsidP="00B56E1E">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Thank your volunteers and families.</w:t>
      </w:r>
    </w:p>
    <w:p w14:paraId="72035EBF" w14:textId="77777777" w:rsidR="00AE3202" w:rsidRPr="00AE3202" w:rsidRDefault="00AE3202" w:rsidP="00B56E1E">
      <w:pPr>
        <w:pStyle w:val="NoSpacing"/>
        <w:ind w:left="720"/>
        <w:rPr>
          <w:rFonts w:ascii="Times New Roman" w:hAnsi="Times New Roman" w:cs="Times New Roman"/>
        </w:rPr>
      </w:pPr>
      <w:r w:rsidRPr="00AE3202">
        <w:rPr>
          <w:rFonts w:ascii="Segoe UI Symbol" w:hAnsi="Segoe UI Symbol" w:cs="Segoe UI Symbol"/>
        </w:rPr>
        <w:t>☐</w:t>
      </w:r>
      <w:r w:rsidRPr="00AE3202">
        <w:rPr>
          <w:rFonts w:ascii="Times New Roman" w:hAnsi="Times New Roman" w:cs="Times New Roman"/>
        </w:rPr>
        <w:t xml:space="preserve"> Celebrate the accomplishments of your players and coaches.</w:t>
      </w:r>
    </w:p>
    <w:p w14:paraId="0656ADC4" w14:textId="77777777" w:rsidR="00AE3202" w:rsidRPr="00AE3202" w:rsidRDefault="00FE0A41" w:rsidP="00AE3202">
      <w:pPr>
        <w:pStyle w:val="NoSpacing"/>
        <w:rPr>
          <w:rFonts w:ascii="Times New Roman" w:hAnsi="Times New Roman" w:cs="Times New Roman"/>
        </w:rPr>
      </w:pPr>
      <w:r w:rsidRPr="00FE0A41">
        <w:rPr>
          <w:rFonts w:ascii="Times New Roman" w:hAnsi="Times New Roman" w:cs="Times New Roman"/>
          <w:noProof/>
        </w:rPr>
        <w:pict w14:anchorId="4E76411F">
          <v:rect id="_x0000_i1025" alt="" style="width:431.95pt;height:.05pt;mso-width-percent:0;mso-height-percent:0;mso-width-percent:0;mso-height-percent:0" o:hrpct="923" o:hralign="center" o:hrstd="t" o:hr="t" fillcolor="#a0a0a0" stroked="f"/>
        </w:pict>
      </w:r>
    </w:p>
    <w:p w14:paraId="4654ECBA" w14:textId="77777777" w:rsidR="00AE3202" w:rsidRPr="00B56E1E" w:rsidRDefault="00AE3202" w:rsidP="00AE3202">
      <w:pPr>
        <w:pStyle w:val="NoSpacing"/>
        <w:rPr>
          <w:rFonts w:ascii="Times New Roman" w:hAnsi="Times New Roman" w:cs="Times New Roman"/>
          <w:b/>
          <w:bCs/>
          <w:color w:val="365F91" w:themeColor="accent1" w:themeShade="BF"/>
          <w:sz w:val="28"/>
          <w:szCs w:val="28"/>
        </w:rPr>
      </w:pPr>
      <w:r w:rsidRPr="00B56E1E">
        <w:rPr>
          <w:rFonts w:ascii="Times New Roman" w:hAnsi="Times New Roman" w:cs="Times New Roman"/>
          <w:b/>
          <w:bCs/>
          <w:color w:val="365F91" w:themeColor="accent1" w:themeShade="BF"/>
          <w:sz w:val="28"/>
          <w:szCs w:val="28"/>
        </w:rPr>
        <w:t>Final Thoughts</w:t>
      </w:r>
    </w:p>
    <w:p w14:paraId="55277A8C" w14:textId="77777777" w:rsidR="00B56E1E" w:rsidRDefault="00B56E1E" w:rsidP="00AE3202">
      <w:pPr>
        <w:pStyle w:val="NoSpacing"/>
        <w:rPr>
          <w:rFonts w:ascii="Times New Roman" w:hAnsi="Times New Roman" w:cs="Times New Roman"/>
        </w:rPr>
      </w:pPr>
    </w:p>
    <w:p w14:paraId="7ACB5E5C" w14:textId="77777777" w:rsidR="00B56E1E" w:rsidRPr="00B56E1E" w:rsidRDefault="00B56E1E" w:rsidP="00B56E1E">
      <w:pPr>
        <w:pStyle w:val="NoSpacing"/>
        <w:rPr>
          <w:rFonts w:ascii="Times New Roman" w:hAnsi="Times New Roman" w:cs="Times New Roman"/>
        </w:rPr>
      </w:pPr>
      <w:r w:rsidRPr="00B56E1E">
        <w:rPr>
          <w:rFonts w:ascii="Times New Roman" w:hAnsi="Times New Roman" w:cs="Times New Roman"/>
        </w:rPr>
        <w:t>Thank you for volunteering your time and talents to Webster Youth Hockey Association and Cyclones Hockey Club.</w:t>
      </w:r>
    </w:p>
    <w:p w14:paraId="66EFF89D" w14:textId="77777777" w:rsidR="00B56E1E" w:rsidRPr="00B56E1E" w:rsidRDefault="00B56E1E" w:rsidP="00B56E1E">
      <w:pPr>
        <w:pStyle w:val="NoSpacing"/>
        <w:rPr>
          <w:rFonts w:ascii="Times New Roman" w:hAnsi="Times New Roman" w:cs="Times New Roman"/>
        </w:rPr>
      </w:pPr>
      <w:r w:rsidRPr="00B56E1E">
        <w:rPr>
          <w:rFonts w:ascii="Times New Roman" w:hAnsi="Times New Roman" w:cs="Times New Roman"/>
        </w:rPr>
        <w:t>The role of Team Manager is one of the most important volunteer positions in our organization. Your organization, communication, and leadership help create a positive experience for our players, families, and coaches.</w:t>
      </w:r>
    </w:p>
    <w:p w14:paraId="1F218F5B" w14:textId="77777777" w:rsidR="00B56E1E" w:rsidRPr="00B56E1E" w:rsidRDefault="00B56E1E" w:rsidP="00B56E1E">
      <w:pPr>
        <w:pStyle w:val="NoSpacing"/>
        <w:rPr>
          <w:rFonts w:ascii="Times New Roman" w:hAnsi="Times New Roman" w:cs="Times New Roman"/>
        </w:rPr>
      </w:pPr>
      <w:r w:rsidRPr="00B56E1E">
        <w:rPr>
          <w:rFonts w:ascii="Times New Roman" w:hAnsi="Times New Roman" w:cs="Times New Roman"/>
        </w:rPr>
        <w:t>No season is perfect, but families will always remember how they were welcomed, supported, and kept informed.</w:t>
      </w:r>
    </w:p>
    <w:p w14:paraId="6585543F" w14:textId="77777777" w:rsidR="00B56E1E" w:rsidRPr="00B56E1E" w:rsidRDefault="00B56E1E" w:rsidP="00B56E1E">
      <w:pPr>
        <w:pStyle w:val="NoSpacing"/>
        <w:rPr>
          <w:rFonts w:ascii="Times New Roman" w:hAnsi="Times New Roman" w:cs="Times New Roman"/>
        </w:rPr>
      </w:pPr>
      <w:r w:rsidRPr="00B56E1E">
        <w:rPr>
          <w:rFonts w:ascii="Times New Roman" w:hAnsi="Times New Roman" w:cs="Times New Roman"/>
        </w:rPr>
        <w:t>Thank you for everything you do behind the scenes to strengthen our teams and our hockey community. We appreciate your commitment and wish you a fun, successful season.</w:t>
      </w:r>
    </w:p>
    <w:p w14:paraId="50433772" w14:textId="1BA23620" w:rsidR="00745373" w:rsidRPr="00B56E1E" w:rsidRDefault="00B56E1E" w:rsidP="00B56E1E">
      <w:pPr>
        <w:pStyle w:val="NoSpacing"/>
        <w:rPr>
          <w:rFonts w:ascii="Times New Roman" w:hAnsi="Times New Roman" w:cs="Times New Roman"/>
        </w:rPr>
      </w:pPr>
      <w:r w:rsidRPr="00B56E1E">
        <w:rPr>
          <w:rStyle w:val="Strong"/>
          <w:rFonts w:ascii="Times New Roman" w:hAnsi="Times New Roman" w:cs="Times New Roman"/>
          <w:color w:val="000000"/>
        </w:rPr>
        <w:t>We'll see you at the rink!</w:t>
      </w:r>
    </w:p>
    <w:sectPr w:rsidR="00745373" w:rsidRPr="00B56E1E"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Apple Color Emoji">
    <w:panose1 w:val="00000000000000000000"/>
    <w:charset w:val="00"/>
    <w:family w:val="auto"/>
    <w:pitch w:val="variable"/>
    <w:sig w:usb0="00000003" w:usb1="18000000" w:usb2="14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E2600A"/>
    <w:multiLevelType w:val="multilevel"/>
    <w:tmpl w:val="584E1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6AF1482"/>
    <w:multiLevelType w:val="multilevel"/>
    <w:tmpl w:val="FB56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DF056A5"/>
    <w:multiLevelType w:val="hybridMultilevel"/>
    <w:tmpl w:val="7AB87EB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F3B78C0"/>
    <w:multiLevelType w:val="hybridMultilevel"/>
    <w:tmpl w:val="421A2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D94E5F"/>
    <w:multiLevelType w:val="multilevel"/>
    <w:tmpl w:val="AF8C3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3636C12"/>
    <w:multiLevelType w:val="multilevel"/>
    <w:tmpl w:val="8014F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303767"/>
    <w:multiLevelType w:val="hybridMultilevel"/>
    <w:tmpl w:val="494C4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4662B6"/>
    <w:multiLevelType w:val="hybridMultilevel"/>
    <w:tmpl w:val="75722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395603"/>
    <w:multiLevelType w:val="hybridMultilevel"/>
    <w:tmpl w:val="DC600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FA2F17"/>
    <w:multiLevelType w:val="multilevel"/>
    <w:tmpl w:val="9B8A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9D3236"/>
    <w:multiLevelType w:val="hybridMultilevel"/>
    <w:tmpl w:val="212E4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3A29FA"/>
    <w:multiLevelType w:val="hybridMultilevel"/>
    <w:tmpl w:val="3B3CE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9683DDE"/>
    <w:multiLevelType w:val="multilevel"/>
    <w:tmpl w:val="807A5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E2757BC"/>
    <w:multiLevelType w:val="hybridMultilevel"/>
    <w:tmpl w:val="7486AD1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EB50224"/>
    <w:multiLevelType w:val="hybridMultilevel"/>
    <w:tmpl w:val="94645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EEC6235"/>
    <w:multiLevelType w:val="hybridMultilevel"/>
    <w:tmpl w:val="C096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75274C4"/>
    <w:multiLevelType w:val="multilevel"/>
    <w:tmpl w:val="8D3A5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8654330"/>
    <w:multiLevelType w:val="multilevel"/>
    <w:tmpl w:val="B1269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CE0286"/>
    <w:multiLevelType w:val="multilevel"/>
    <w:tmpl w:val="14C4E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EF20158"/>
    <w:multiLevelType w:val="multilevel"/>
    <w:tmpl w:val="9BF6B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092566A"/>
    <w:multiLevelType w:val="multilevel"/>
    <w:tmpl w:val="EAEAB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425AB3"/>
    <w:multiLevelType w:val="hybridMultilevel"/>
    <w:tmpl w:val="9C9EC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814196"/>
    <w:multiLevelType w:val="multilevel"/>
    <w:tmpl w:val="A4804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CED69BA"/>
    <w:multiLevelType w:val="multilevel"/>
    <w:tmpl w:val="8040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BF43D9"/>
    <w:multiLevelType w:val="hybridMultilevel"/>
    <w:tmpl w:val="39226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D74AA8"/>
    <w:multiLevelType w:val="multilevel"/>
    <w:tmpl w:val="8404F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003842"/>
    <w:multiLevelType w:val="hybridMultilevel"/>
    <w:tmpl w:val="FE2A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4022A1C"/>
    <w:multiLevelType w:val="multilevel"/>
    <w:tmpl w:val="5A1A3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AD27AE3"/>
    <w:multiLevelType w:val="multilevel"/>
    <w:tmpl w:val="413C0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E360B3C"/>
    <w:multiLevelType w:val="hybridMultilevel"/>
    <w:tmpl w:val="67A22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97817"/>
    <w:multiLevelType w:val="hybridMultilevel"/>
    <w:tmpl w:val="A40E4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81715C1"/>
    <w:multiLevelType w:val="multilevel"/>
    <w:tmpl w:val="68668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6D471C"/>
    <w:multiLevelType w:val="hybridMultilevel"/>
    <w:tmpl w:val="6A666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0275A93"/>
    <w:multiLevelType w:val="multilevel"/>
    <w:tmpl w:val="1040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E00B28"/>
    <w:multiLevelType w:val="hybridMultilevel"/>
    <w:tmpl w:val="70E8EB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556E98"/>
    <w:multiLevelType w:val="multilevel"/>
    <w:tmpl w:val="089EF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96E49CC"/>
    <w:multiLevelType w:val="multilevel"/>
    <w:tmpl w:val="D6E2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7B4A93"/>
    <w:multiLevelType w:val="hybridMultilevel"/>
    <w:tmpl w:val="4462DB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6B5474"/>
    <w:multiLevelType w:val="hybridMultilevel"/>
    <w:tmpl w:val="49A25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E5B3B44"/>
    <w:multiLevelType w:val="hybridMultilevel"/>
    <w:tmpl w:val="D57A2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1851100">
    <w:abstractNumId w:val="8"/>
  </w:num>
  <w:num w:numId="2" w16cid:durableId="1137800733">
    <w:abstractNumId w:val="6"/>
  </w:num>
  <w:num w:numId="3" w16cid:durableId="617950497">
    <w:abstractNumId w:val="5"/>
  </w:num>
  <w:num w:numId="4" w16cid:durableId="1695232440">
    <w:abstractNumId w:val="4"/>
  </w:num>
  <w:num w:numId="5" w16cid:durableId="604652999">
    <w:abstractNumId w:val="7"/>
  </w:num>
  <w:num w:numId="6" w16cid:durableId="171529960">
    <w:abstractNumId w:val="3"/>
  </w:num>
  <w:num w:numId="7" w16cid:durableId="1644962770">
    <w:abstractNumId w:val="2"/>
  </w:num>
  <w:num w:numId="8" w16cid:durableId="449203976">
    <w:abstractNumId w:val="1"/>
  </w:num>
  <w:num w:numId="9" w16cid:durableId="868301515">
    <w:abstractNumId w:val="0"/>
  </w:num>
  <w:num w:numId="10" w16cid:durableId="173344290">
    <w:abstractNumId w:val="21"/>
  </w:num>
  <w:num w:numId="11" w16cid:durableId="1718623598">
    <w:abstractNumId w:val="40"/>
  </w:num>
  <w:num w:numId="12" w16cid:durableId="2065714665">
    <w:abstractNumId w:val="34"/>
  </w:num>
  <w:num w:numId="13" w16cid:durableId="1504660051">
    <w:abstractNumId w:val="18"/>
  </w:num>
  <w:num w:numId="14" w16cid:durableId="1643347291">
    <w:abstractNumId w:val="9"/>
  </w:num>
  <w:num w:numId="15" w16cid:durableId="1082871584">
    <w:abstractNumId w:val="37"/>
  </w:num>
  <w:num w:numId="16" w16cid:durableId="112292702">
    <w:abstractNumId w:val="28"/>
  </w:num>
  <w:num w:numId="17" w16cid:durableId="1012754930">
    <w:abstractNumId w:val="25"/>
  </w:num>
  <w:num w:numId="18" w16cid:durableId="1891109981">
    <w:abstractNumId w:val="26"/>
  </w:num>
  <w:num w:numId="19" w16cid:durableId="1553157576">
    <w:abstractNumId w:val="42"/>
  </w:num>
  <w:num w:numId="20" w16cid:durableId="671100775">
    <w:abstractNumId w:val="31"/>
  </w:num>
  <w:num w:numId="21" w16cid:durableId="1289358659">
    <w:abstractNumId w:val="29"/>
  </w:num>
  <w:num w:numId="22" w16cid:durableId="2129887035">
    <w:abstractNumId w:val="45"/>
  </w:num>
  <w:num w:numId="23" w16cid:durableId="1438408829">
    <w:abstractNumId w:val="36"/>
  </w:num>
  <w:num w:numId="24" w16cid:durableId="13576742">
    <w:abstractNumId w:val="44"/>
  </w:num>
  <w:num w:numId="25" w16cid:durableId="416709333">
    <w:abstractNumId w:val="27"/>
  </w:num>
  <w:num w:numId="26" w16cid:durableId="889850200">
    <w:abstractNumId w:val="10"/>
  </w:num>
  <w:num w:numId="27" w16cid:durableId="417604208">
    <w:abstractNumId w:val="13"/>
  </w:num>
  <w:num w:numId="28" w16cid:durableId="684482419">
    <w:abstractNumId w:val="32"/>
  </w:num>
  <w:num w:numId="29" w16cid:durableId="743183845">
    <w:abstractNumId w:val="14"/>
  </w:num>
  <w:num w:numId="30" w16cid:durableId="1716392032">
    <w:abstractNumId w:val="41"/>
  </w:num>
  <w:num w:numId="31" w16cid:durableId="1374698102">
    <w:abstractNumId w:val="11"/>
  </w:num>
  <w:num w:numId="32" w16cid:durableId="49695266">
    <w:abstractNumId w:val="22"/>
  </w:num>
  <w:num w:numId="33" w16cid:durableId="832061031">
    <w:abstractNumId w:val="20"/>
  </w:num>
  <w:num w:numId="34" w16cid:durableId="898975098">
    <w:abstractNumId w:val="17"/>
  </w:num>
  <w:num w:numId="35" w16cid:durableId="2026245907">
    <w:abstractNumId w:val="46"/>
  </w:num>
  <w:num w:numId="36" w16cid:durableId="364135174">
    <w:abstractNumId w:val="43"/>
  </w:num>
  <w:num w:numId="37" w16cid:durableId="1727560733">
    <w:abstractNumId w:val="30"/>
  </w:num>
  <w:num w:numId="38" w16cid:durableId="1982538410">
    <w:abstractNumId w:val="15"/>
  </w:num>
  <w:num w:numId="39" w16cid:durableId="410394359">
    <w:abstractNumId w:val="24"/>
  </w:num>
  <w:num w:numId="40" w16cid:durableId="1190878312">
    <w:abstractNumId w:val="38"/>
  </w:num>
  <w:num w:numId="41" w16cid:durableId="128401341">
    <w:abstractNumId w:val="48"/>
  </w:num>
  <w:num w:numId="42" w16cid:durableId="842358710">
    <w:abstractNumId w:val="16"/>
  </w:num>
  <w:num w:numId="43" w16cid:durableId="1254245747">
    <w:abstractNumId w:val="19"/>
  </w:num>
  <w:num w:numId="44" w16cid:durableId="71590867">
    <w:abstractNumId w:val="33"/>
  </w:num>
  <w:num w:numId="45" w16cid:durableId="2119374074">
    <w:abstractNumId w:val="39"/>
  </w:num>
  <w:num w:numId="46" w16cid:durableId="1717972389">
    <w:abstractNumId w:val="35"/>
  </w:num>
  <w:num w:numId="47" w16cid:durableId="354619996">
    <w:abstractNumId w:val="12"/>
  </w:num>
  <w:num w:numId="48" w16cid:durableId="487790734">
    <w:abstractNumId w:val="23"/>
  </w:num>
  <w:num w:numId="49" w16cid:durableId="1574270963">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16117"/>
    <w:rsid w:val="0015074B"/>
    <w:rsid w:val="001E3A52"/>
    <w:rsid w:val="0029639D"/>
    <w:rsid w:val="002E0DC0"/>
    <w:rsid w:val="002E79A7"/>
    <w:rsid w:val="00326F90"/>
    <w:rsid w:val="00403152"/>
    <w:rsid w:val="006018BD"/>
    <w:rsid w:val="00745373"/>
    <w:rsid w:val="007B35B9"/>
    <w:rsid w:val="008F1491"/>
    <w:rsid w:val="009F0DB1"/>
    <w:rsid w:val="00AA1D8D"/>
    <w:rsid w:val="00AE3202"/>
    <w:rsid w:val="00B2355C"/>
    <w:rsid w:val="00B47730"/>
    <w:rsid w:val="00B56E1E"/>
    <w:rsid w:val="00CA1FED"/>
    <w:rsid w:val="00CB0664"/>
    <w:rsid w:val="00CB4CDA"/>
    <w:rsid w:val="00FC693F"/>
    <w:rsid w:val="00FE0A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B746708"/>
  <w14:defaultImageDpi w14:val="300"/>
  <w15:docId w15:val="{14AA6F66-3E5F-434D-BBAD-56E34F582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dq2pgselectionanchorcontainer">
    <w:name w:val="pdq2pg_selectionanchorcontainer"/>
    <w:basedOn w:val="Normal"/>
    <w:rsid w:val="001E3A52"/>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1E3A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1E3A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627068">
      <w:bodyDiv w:val="1"/>
      <w:marLeft w:val="0"/>
      <w:marRight w:val="0"/>
      <w:marTop w:val="0"/>
      <w:marBottom w:val="0"/>
      <w:divBdr>
        <w:top w:val="none" w:sz="0" w:space="0" w:color="auto"/>
        <w:left w:val="none" w:sz="0" w:space="0" w:color="auto"/>
        <w:bottom w:val="none" w:sz="0" w:space="0" w:color="auto"/>
        <w:right w:val="none" w:sz="0" w:space="0" w:color="auto"/>
      </w:divBdr>
    </w:div>
    <w:div w:id="142894656">
      <w:bodyDiv w:val="1"/>
      <w:marLeft w:val="0"/>
      <w:marRight w:val="0"/>
      <w:marTop w:val="0"/>
      <w:marBottom w:val="0"/>
      <w:divBdr>
        <w:top w:val="none" w:sz="0" w:space="0" w:color="auto"/>
        <w:left w:val="none" w:sz="0" w:space="0" w:color="auto"/>
        <w:bottom w:val="none" w:sz="0" w:space="0" w:color="auto"/>
        <w:right w:val="none" w:sz="0" w:space="0" w:color="auto"/>
      </w:divBdr>
    </w:div>
    <w:div w:id="481044286">
      <w:bodyDiv w:val="1"/>
      <w:marLeft w:val="0"/>
      <w:marRight w:val="0"/>
      <w:marTop w:val="0"/>
      <w:marBottom w:val="0"/>
      <w:divBdr>
        <w:top w:val="none" w:sz="0" w:space="0" w:color="auto"/>
        <w:left w:val="none" w:sz="0" w:space="0" w:color="auto"/>
        <w:bottom w:val="none" w:sz="0" w:space="0" w:color="auto"/>
        <w:right w:val="none" w:sz="0" w:space="0" w:color="auto"/>
      </w:divBdr>
      <w:divsChild>
        <w:div w:id="1340891184">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289505">
          <w:marLeft w:val="0"/>
          <w:marRight w:val="0"/>
          <w:marTop w:val="0"/>
          <w:marBottom w:val="0"/>
          <w:divBdr>
            <w:top w:val="none" w:sz="0" w:space="0" w:color="auto"/>
            <w:left w:val="none" w:sz="0" w:space="0" w:color="auto"/>
            <w:bottom w:val="none" w:sz="0" w:space="0" w:color="auto"/>
            <w:right w:val="none" w:sz="0" w:space="0" w:color="auto"/>
          </w:divBdr>
          <w:divsChild>
            <w:div w:id="132862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136209">
      <w:bodyDiv w:val="1"/>
      <w:marLeft w:val="0"/>
      <w:marRight w:val="0"/>
      <w:marTop w:val="0"/>
      <w:marBottom w:val="0"/>
      <w:divBdr>
        <w:top w:val="none" w:sz="0" w:space="0" w:color="auto"/>
        <w:left w:val="none" w:sz="0" w:space="0" w:color="auto"/>
        <w:bottom w:val="none" w:sz="0" w:space="0" w:color="auto"/>
        <w:right w:val="none" w:sz="0" w:space="0" w:color="auto"/>
      </w:divBdr>
      <w:divsChild>
        <w:div w:id="2035493390">
          <w:blockQuote w:val="1"/>
          <w:marLeft w:val="720"/>
          <w:marRight w:val="720"/>
          <w:marTop w:val="100"/>
          <w:marBottom w:val="100"/>
          <w:divBdr>
            <w:top w:val="none" w:sz="0" w:space="0" w:color="auto"/>
            <w:left w:val="none" w:sz="0" w:space="0" w:color="auto"/>
            <w:bottom w:val="none" w:sz="0" w:space="0" w:color="auto"/>
            <w:right w:val="none" w:sz="0" w:space="0" w:color="auto"/>
          </w:divBdr>
        </w:div>
        <w:div w:id="705565956">
          <w:marLeft w:val="0"/>
          <w:marRight w:val="0"/>
          <w:marTop w:val="0"/>
          <w:marBottom w:val="0"/>
          <w:divBdr>
            <w:top w:val="none" w:sz="0" w:space="0" w:color="auto"/>
            <w:left w:val="none" w:sz="0" w:space="0" w:color="auto"/>
            <w:bottom w:val="none" w:sz="0" w:space="0" w:color="auto"/>
            <w:right w:val="none" w:sz="0" w:space="0" w:color="auto"/>
          </w:divBdr>
          <w:divsChild>
            <w:div w:id="79556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063302">
      <w:bodyDiv w:val="1"/>
      <w:marLeft w:val="0"/>
      <w:marRight w:val="0"/>
      <w:marTop w:val="0"/>
      <w:marBottom w:val="0"/>
      <w:divBdr>
        <w:top w:val="none" w:sz="0" w:space="0" w:color="auto"/>
        <w:left w:val="none" w:sz="0" w:space="0" w:color="auto"/>
        <w:bottom w:val="none" w:sz="0" w:space="0" w:color="auto"/>
        <w:right w:val="none" w:sz="0" w:space="0" w:color="auto"/>
      </w:divBdr>
    </w:div>
    <w:div w:id="1470974753">
      <w:bodyDiv w:val="1"/>
      <w:marLeft w:val="0"/>
      <w:marRight w:val="0"/>
      <w:marTop w:val="0"/>
      <w:marBottom w:val="0"/>
      <w:divBdr>
        <w:top w:val="none" w:sz="0" w:space="0" w:color="auto"/>
        <w:left w:val="none" w:sz="0" w:space="0" w:color="auto"/>
        <w:bottom w:val="none" w:sz="0" w:space="0" w:color="auto"/>
        <w:right w:val="none" w:sz="0" w:space="0" w:color="auto"/>
      </w:divBdr>
    </w:div>
    <w:div w:id="1781486387">
      <w:bodyDiv w:val="1"/>
      <w:marLeft w:val="0"/>
      <w:marRight w:val="0"/>
      <w:marTop w:val="0"/>
      <w:marBottom w:val="0"/>
      <w:divBdr>
        <w:top w:val="none" w:sz="0" w:space="0" w:color="auto"/>
        <w:left w:val="none" w:sz="0" w:space="0" w:color="auto"/>
        <w:bottom w:val="none" w:sz="0" w:space="0" w:color="auto"/>
        <w:right w:val="none" w:sz="0" w:space="0" w:color="auto"/>
      </w:divBdr>
      <w:divsChild>
        <w:div w:id="2134472685">
          <w:marLeft w:val="0"/>
          <w:marRight w:val="0"/>
          <w:marTop w:val="0"/>
          <w:marBottom w:val="0"/>
          <w:divBdr>
            <w:top w:val="none" w:sz="0" w:space="0" w:color="auto"/>
            <w:left w:val="none" w:sz="0" w:space="0" w:color="auto"/>
            <w:bottom w:val="none" w:sz="0" w:space="0" w:color="auto"/>
            <w:right w:val="none" w:sz="0" w:space="0" w:color="auto"/>
          </w:divBdr>
          <w:divsChild>
            <w:div w:id="61814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636044">
      <w:bodyDiv w:val="1"/>
      <w:marLeft w:val="0"/>
      <w:marRight w:val="0"/>
      <w:marTop w:val="0"/>
      <w:marBottom w:val="0"/>
      <w:divBdr>
        <w:top w:val="none" w:sz="0" w:space="0" w:color="auto"/>
        <w:left w:val="none" w:sz="0" w:space="0" w:color="auto"/>
        <w:bottom w:val="none" w:sz="0" w:space="0" w:color="auto"/>
        <w:right w:val="none" w:sz="0" w:space="0" w:color="auto"/>
      </w:divBdr>
      <w:divsChild>
        <w:div w:id="1090542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2433</Words>
  <Characters>13871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16272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Tonia Finke</cp:lastModifiedBy>
  <cp:revision>3</cp:revision>
  <cp:lastPrinted>2026-08-09T21:34:00Z</cp:lastPrinted>
  <dcterms:created xsi:type="dcterms:W3CDTF">2026-08-09T21:33:00Z</dcterms:created>
  <dcterms:modified xsi:type="dcterms:W3CDTF">2026-08-09T21:50:00Z</dcterms:modified>
  <cp:category/>
</cp:coreProperties>
</file>