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8136"/>
        <w:gridCol w:w="2232"/>
      </w:tblGrid>
      <w:tr w:rsidR="003A2C21" w14:paraId="6FAC07B7" w14:textId="77777777">
        <w:trPr>
          <w:jc w:val="center"/>
        </w:trPr>
        <w:tc>
          <w:tcPr>
            <w:tcW w:w="8136" w:type="dxa"/>
            <w:shd w:val="clear" w:color="auto" w:fill="112B45"/>
            <w:tcMar>
              <w:top w:w="70" w:type="dxa"/>
              <w:left w:w="55" w:type="dxa"/>
              <w:bottom w:w="70" w:type="dxa"/>
              <w:right w:w="90" w:type="dxa"/>
            </w:tcMar>
          </w:tcPr>
          <w:p w14:paraId="5FB84A58" w14:textId="77777777" w:rsidR="003A2C21" w:rsidRDefault="00000000">
            <w:pPr>
              <w:spacing w:line="216" w:lineRule="auto"/>
            </w:pPr>
            <w:r>
              <w:rPr>
                <w:b/>
                <w:color w:val="FFFFFF"/>
                <w:sz w:val="46"/>
              </w:rPr>
              <w:t>OUR STORY &amp; GROWTH OF WFSC</w:t>
            </w:r>
          </w:p>
          <w:p w14:paraId="3C08EFB4" w14:textId="77777777" w:rsidR="003A2C21" w:rsidRDefault="00000000">
            <w:pPr>
              <w:spacing w:after="0"/>
            </w:pPr>
            <w:r w:rsidRPr="00FD09F3">
              <w:rPr>
                <w:b/>
                <w:color w:val="C59B52"/>
                <w:sz w:val="32"/>
                <w:szCs w:val="32"/>
              </w:rPr>
              <w:t>2026–2027 Sponsorship Opportunities</w:t>
            </w:r>
          </w:p>
        </w:tc>
        <w:tc>
          <w:tcPr>
            <w:tcW w:w="2232" w:type="dxa"/>
            <w:shd w:val="clear" w:color="auto" w:fill="112B45"/>
            <w:tcMar>
              <w:top w:w="45" w:type="dxa"/>
              <w:left w:w="25" w:type="dxa"/>
              <w:bottom w:w="45" w:type="dxa"/>
              <w:right w:w="25" w:type="dxa"/>
            </w:tcMar>
          </w:tcPr>
          <w:p w14:paraId="3DE0AF26" w14:textId="75F5FB58" w:rsidR="003A2C21" w:rsidRDefault="00FD09F3">
            <w:pPr>
              <w:spacing w:after="0"/>
              <w:jc w:val="right"/>
            </w:pPr>
            <w:r>
              <w:rPr>
                <w:noProof/>
              </w:rPr>
              <w:drawing>
                <wp:inline distT="0" distB="0" distL="0" distR="0" wp14:anchorId="78B848FD" wp14:editId="5B720533">
                  <wp:extent cx="1385570" cy="1385570"/>
                  <wp:effectExtent l="0" t="0" r="0" b="0"/>
                  <wp:docPr id="473331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331033" name="Picture 473331033"/>
                          <pic:cNvPicPr/>
                        </pic:nvPicPr>
                        <pic:blipFill>
                          <a:blip r:embed="rId8"/>
                          <a:stretch>
                            <a:fillRect/>
                          </a:stretch>
                        </pic:blipFill>
                        <pic:spPr>
                          <a:xfrm>
                            <a:off x="0" y="0"/>
                            <a:ext cx="1385570" cy="1385570"/>
                          </a:xfrm>
                          <a:prstGeom prst="rect">
                            <a:avLst/>
                          </a:prstGeom>
                        </pic:spPr>
                      </pic:pic>
                    </a:graphicData>
                  </a:graphic>
                </wp:inline>
              </w:drawing>
            </w:r>
          </w:p>
        </w:tc>
      </w:tr>
    </w:tbl>
    <w:p w14:paraId="35B0D930" w14:textId="77777777" w:rsidR="003A2C21" w:rsidRPr="00FD09F3" w:rsidRDefault="00000000">
      <w:pPr>
        <w:keepNext/>
        <w:spacing w:before="40" w:after="100"/>
        <w:rPr>
          <w:sz w:val="24"/>
          <w:szCs w:val="28"/>
        </w:rPr>
      </w:pPr>
      <w:r w:rsidRPr="00FD09F3">
        <w:rPr>
          <w:b/>
          <w:color w:val="18BFD0"/>
          <w:sz w:val="24"/>
          <w:szCs w:val="28"/>
        </w:rPr>
        <w:t>OUR STORY HIGHLIGHTS</w:t>
      </w:r>
    </w:p>
    <w:p w14:paraId="5C88DAE1" w14:textId="77777777" w:rsidR="003A2C21" w:rsidRDefault="00000000">
      <w:pPr>
        <w:spacing w:after="160" w:line="259" w:lineRule="auto"/>
      </w:pPr>
      <w:r>
        <w:t>What began with 25 skaters has grown into a thriving organization serving 96 athletes and their families. WFSC provides affordable, high-quality skating opportunities in western North Dakota through Learn to Skate, Aspire, competitive figure skating, hockey skating development, testing, competitions, and special events.</w:t>
      </w:r>
    </w:p>
    <w:tbl>
      <w:tblPr>
        <w:tblW w:w="0" w:type="auto"/>
        <w:jc w:val="center"/>
        <w:tblLayout w:type="fixed"/>
        <w:tblLook w:val="04A0" w:firstRow="1" w:lastRow="0" w:firstColumn="1" w:lastColumn="0" w:noHBand="0" w:noVBand="1"/>
      </w:tblPr>
      <w:tblGrid>
        <w:gridCol w:w="2131"/>
        <w:gridCol w:w="1421"/>
        <w:gridCol w:w="710"/>
        <w:gridCol w:w="1066"/>
        <w:gridCol w:w="1065"/>
        <w:gridCol w:w="711"/>
        <w:gridCol w:w="1420"/>
        <w:gridCol w:w="2132"/>
        <w:gridCol w:w="326"/>
      </w:tblGrid>
      <w:tr w:rsidR="003A2C21" w14:paraId="16F133C6" w14:textId="77777777">
        <w:trPr>
          <w:gridAfter w:val="1"/>
          <w:wAfter w:w="326" w:type="dxa"/>
          <w:jc w:val="center"/>
        </w:trPr>
        <w:tc>
          <w:tcPr>
            <w:tcW w:w="2131" w:type="dxa"/>
            <w:tcBorders>
              <w:top w:val="single" w:sz="8" w:space="0" w:color="18BFD0"/>
              <w:left w:val="single" w:sz="4" w:space="0" w:color="D8E6EA"/>
              <w:bottom w:val="single" w:sz="4" w:space="0" w:color="D8E6EA"/>
              <w:right w:val="single" w:sz="4" w:space="0" w:color="D8E6EA"/>
            </w:tcBorders>
            <w:shd w:val="clear" w:color="auto" w:fill="EDF6F8"/>
            <w:tcMar>
              <w:top w:w="110" w:type="dxa"/>
              <w:left w:w="65" w:type="dxa"/>
              <w:bottom w:w="110" w:type="dxa"/>
              <w:right w:w="65" w:type="dxa"/>
            </w:tcMar>
          </w:tcPr>
          <w:p w14:paraId="0941DEC8" w14:textId="41C9A1D6" w:rsidR="003A2C21" w:rsidRDefault="00FD09F3">
            <w:pPr>
              <w:spacing w:after="0" w:line="216" w:lineRule="auto"/>
              <w:jc w:val="center"/>
            </w:pPr>
            <w:r>
              <w:rPr>
                <w:b/>
                <w:color w:val="112B45"/>
                <w:sz w:val="38"/>
              </w:rPr>
              <w:t>82</w:t>
            </w:r>
          </w:p>
          <w:p w14:paraId="3F0C477E" w14:textId="77777777" w:rsidR="003A2C21" w:rsidRDefault="00000000">
            <w:pPr>
              <w:spacing w:after="0" w:line="216" w:lineRule="auto"/>
              <w:jc w:val="center"/>
            </w:pPr>
            <w:r>
              <w:rPr>
                <w:b/>
                <w:color w:val="66727C"/>
                <w:sz w:val="16"/>
              </w:rPr>
              <w:t>ATHLETES</w:t>
            </w:r>
          </w:p>
        </w:tc>
        <w:tc>
          <w:tcPr>
            <w:tcW w:w="2131" w:type="dxa"/>
            <w:gridSpan w:val="2"/>
            <w:tcBorders>
              <w:top w:val="single" w:sz="8" w:space="0" w:color="18BFD0"/>
              <w:left w:val="single" w:sz="4" w:space="0" w:color="D8E6EA"/>
              <w:bottom w:val="single" w:sz="4" w:space="0" w:color="D8E6EA"/>
              <w:right w:val="single" w:sz="4" w:space="0" w:color="D8E6EA"/>
            </w:tcBorders>
            <w:shd w:val="clear" w:color="auto" w:fill="EDF6F8"/>
            <w:tcMar>
              <w:top w:w="110" w:type="dxa"/>
              <w:left w:w="65" w:type="dxa"/>
              <w:bottom w:w="110" w:type="dxa"/>
              <w:right w:w="65" w:type="dxa"/>
            </w:tcMar>
          </w:tcPr>
          <w:p w14:paraId="551F8663" w14:textId="77777777" w:rsidR="003A2C21" w:rsidRDefault="00000000">
            <w:pPr>
              <w:spacing w:after="0" w:line="216" w:lineRule="auto"/>
              <w:jc w:val="center"/>
            </w:pPr>
            <w:r>
              <w:rPr>
                <w:b/>
                <w:color w:val="112B45"/>
                <w:sz w:val="38"/>
              </w:rPr>
              <w:t>4</w:t>
            </w:r>
          </w:p>
          <w:p w14:paraId="35736719" w14:textId="77777777" w:rsidR="003A2C21" w:rsidRDefault="00000000">
            <w:pPr>
              <w:spacing w:after="0" w:line="216" w:lineRule="auto"/>
              <w:jc w:val="center"/>
            </w:pPr>
            <w:r>
              <w:rPr>
                <w:b/>
                <w:color w:val="66727C"/>
                <w:sz w:val="16"/>
              </w:rPr>
              <w:t>COACHES</w:t>
            </w:r>
          </w:p>
        </w:tc>
        <w:tc>
          <w:tcPr>
            <w:tcW w:w="2131" w:type="dxa"/>
            <w:gridSpan w:val="2"/>
            <w:tcBorders>
              <w:top w:val="single" w:sz="8" w:space="0" w:color="18BFD0"/>
              <w:left w:val="single" w:sz="4" w:space="0" w:color="D8E6EA"/>
              <w:bottom w:val="single" w:sz="4" w:space="0" w:color="D8E6EA"/>
              <w:right w:val="single" w:sz="4" w:space="0" w:color="D8E6EA"/>
            </w:tcBorders>
            <w:shd w:val="clear" w:color="auto" w:fill="EDF6F8"/>
            <w:tcMar>
              <w:top w:w="110" w:type="dxa"/>
              <w:left w:w="65" w:type="dxa"/>
              <w:bottom w:w="110" w:type="dxa"/>
              <w:right w:w="65" w:type="dxa"/>
            </w:tcMar>
          </w:tcPr>
          <w:p w14:paraId="2746E979" w14:textId="7815E2C9" w:rsidR="003A2C21" w:rsidRDefault="00FD09F3">
            <w:pPr>
              <w:spacing w:after="0" w:line="216" w:lineRule="auto"/>
              <w:jc w:val="center"/>
            </w:pPr>
            <w:r>
              <w:rPr>
                <w:b/>
                <w:color w:val="112B45"/>
                <w:sz w:val="38"/>
              </w:rPr>
              <w:t>17</w:t>
            </w:r>
          </w:p>
          <w:p w14:paraId="6677940E" w14:textId="77777777" w:rsidR="003A2C21" w:rsidRDefault="00000000">
            <w:pPr>
              <w:spacing w:after="0" w:line="216" w:lineRule="auto"/>
              <w:jc w:val="center"/>
            </w:pPr>
            <w:r>
              <w:rPr>
                <w:b/>
                <w:color w:val="66727C"/>
                <w:sz w:val="16"/>
              </w:rPr>
              <w:t>SPONSORS</w:t>
            </w:r>
          </w:p>
        </w:tc>
        <w:tc>
          <w:tcPr>
            <w:tcW w:w="2131" w:type="dxa"/>
            <w:gridSpan w:val="2"/>
            <w:tcBorders>
              <w:top w:val="single" w:sz="8" w:space="0" w:color="18BFD0"/>
              <w:left w:val="single" w:sz="4" w:space="0" w:color="D8E6EA"/>
              <w:bottom w:val="single" w:sz="4" w:space="0" w:color="D8E6EA"/>
              <w:right w:val="single" w:sz="4" w:space="0" w:color="D8E6EA"/>
            </w:tcBorders>
            <w:shd w:val="clear" w:color="auto" w:fill="EDF6F8"/>
            <w:tcMar>
              <w:top w:w="110" w:type="dxa"/>
              <w:left w:w="65" w:type="dxa"/>
              <w:bottom w:w="110" w:type="dxa"/>
              <w:right w:w="65" w:type="dxa"/>
            </w:tcMar>
          </w:tcPr>
          <w:p w14:paraId="1477D9C5" w14:textId="77777777" w:rsidR="003A2C21" w:rsidRDefault="00000000">
            <w:pPr>
              <w:spacing w:after="0" w:line="216" w:lineRule="auto"/>
              <w:jc w:val="center"/>
            </w:pPr>
            <w:r>
              <w:rPr>
                <w:b/>
                <w:color w:val="112B45"/>
                <w:sz w:val="38"/>
              </w:rPr>
              <w:t>27</w:t>
            </w:r>
          </w:p>
          <w:p w14:paraId="54EA17A2" w14:textId="77777777" w:rsidR="003A2C21" w:rsidRDefault="00000000">
            <w:pPr>
              <w:spacing w:after="0" w:line="216" w:lineRule="auto"/>
              <w:jc w:val="center"/>
            </w:pPr>
            <w:r>
              <w:rPr>
                <w:b/>
                <w:color w:val="66727C"/>
                <w:sz w:val="16"/>
              </w:rPr>
              <w:t>USFS TESTS</w:t>
            </w:r>
          </w:p>
        </w:tc>
        <w:tc>
          <w:tcPr>
            <w:tcW w:w="2131" w:type="dxa"/>
            <w:tcBorders>
              <w:top w:val="single" w:sz="8" w:space="0" w:color="18BFD0"/>
              <w:left w:val="single" w:sz="4" w:space="0" w:color="D8E6EA"/>
              <w:bottom w:val="single" w:sz="4" w:space="0" w:color="D8E6EA"/>
              <w:right w:val="single" w:sz="4" w:space="0" w:color="D8E6EA"/>
            </w:tcBorders>
            <w:shd w:val="clear" w:color="auto" w:fill="EDF6F8"/>
            <w:tcMar>
              <w:top w:w="110" w:type="dxa"/>
              <w:left w:w="65" w:type="dxa"/>
              <w:bottom w:w="110" w:type="dxa"/>
              <w:right w:w="65" w:type="dxa"/>
            </w:tcMar>
          </w:tcPr>
          <w:p w14:paraId="33997D1E" w14:textId="77777777" w:rsidR="003A2C21" w:rsidRDefault="00000000">
            <w:pPr>
              <w:spacing w:after="0" w:line="216" w:lineRule="auto"/>
              <w:jc w:val="center"/>
            </w:pPr>
            <w:r>
              <w:rPr>
                <w:b/>
                <w:color w:val="112B45"/>
                <w:sz w:val="38"/>
              </w:rPr>
              <w:t>4</w:t>
            </w:r>
          </w:p>
          <w:p w14:paraId="2261A484" w14:textId="77777777" w:rsidR="003A2C21" w:rsidRDefault="00000000">
            <w:pPr>
              <w:spacing w:after="0" w:line="216" w:lineRule="auto"/>
              <w:jc w:val="center"/>
            </w:pPr>
            <w:r>
              <w:rPr>
                <w:b/>
                <w:color w:val="66727C"/>
                <w:sz w:val="16"/>
              </w:rPr>
              <w:t>COMPETITIONS</w:t>
            </w:r>
          </w:p>
        </w:tc>
      </w:tr>
      <w:tr w:rsidR="003A2C21" w14:paraId="292BFF23" w14:textId="77777777">
        <w:tblPrEx>
          <w:tblBorders>
            <w:top w:val="nil"/>
            <w:left w:val="nil"/>
            <w:bottom w:val="nil"/>
            <w:right w:val="nil"/>
            <w:insideH w:val="nil"/>
            <w:insideV w:val="nil"/>
          </w:tblBorders>
        </w:tblPrEx>
        <w:trPr>
          <w:gridAfter w:val="1"/>
          <w:wAfter w:w="205" w:type="dxa"/>
          <w:jc w:val="center"/>
        </w:trPr>
        <w:tc>
          <w:tcPr>
            <w:tcW w:w="5328" w:type="dxa"/>
            <w:gridSpan w:val="4"/>
            <w:tcMar>
              <w:top w:w="150" w:type="dxa"/>
              <w:left w:w="0" w:type="dxa"/>
              <w:bottom w:w="70" w:type="dxa"/>
              <w:right w:w="125" w:type="dxa"/>
            </w:tcMar>
          </w:tcPr>
          <w:p w14:paraId="3E5BE1E9" w14:textId="77777777" w:rsidR="003A2C21" w:rsidRDefault="003A2C21"/>
          <w:p w14:paraId="65F67D36" w14:textId="77777777" w:rsidR="003A2C21" w:rsidRDefault="00000000">
            <w:pPr>
              <w:keepNext/>
              <w:spacing w:before="40"/>
            </w:pPr>
            <w:r>
              <w:rPr>
                <w:b/>
                <w:color w:val="112B45"/>
              </w:rPr>
              <w:t>PROGRAMS &amp; SERVICES</w:t>
            </w:r>
          </w:p>
          <w:p w14:paraId="3C2E6B17" w14:textId="77777777" w:rsidR="003A2C21" w:rsidRDefault="00000000">
            <w:pPr>
              <w:spacing w:after="0"/>
            </w:pPr>
            <w:r>
              <w:rPr>
                <w:sz w:val="19"/>
              </w:rPr>
              <w:t>WFSC offers Learn to Skate programs, Aspire Development, Hockey Power &amp; Edge Dynamics, after-school figure skating and hockey programs, USFS testing tracks, and affordable access to sport for all skill levels.</w:t>
            </w:r>
          </w:p>
        </w:tc>
        <w:tc>
          <w:tcPr>
            <w:tcW w:w="5328" w:type="dxa"/>
            <w:gridSpan w:val="4"/>
            <w:tcMar>
              <w:top w:w="150" w:type="dxa"/>
              <w:left w:w="125" w:type="dxa"/>
              <w:bottom w:w="70" w:type="dxa"/>
              <w:right w:w="0" w:type="dxa"/>
            </w:tcMar>
          </w:tcPr>
          <w:p w14:paraId="5BCF2F77" w14:textId="77777777" w:rsidR="003A2C21" w:rsidRDefault="003A2C21"/>
          <w:p w14:paraId="365CC777" w14:textId="77777777" w:rsidR="003A2C21" w:rsidRDefault="00000000">
            <w:pPr>
              <w:keepNext/>
              <w:spacing w:before="40"/>
            </w:pPr>
            <w:r>
              <w:rPr>
                <w:b/>
                <w:color w:val="112B45"/>
              </w:rPr>
              <w:t>LOOKING AHEAD</w:t>
            </w:r>
          </w:p>
          <w:p w14:paraId="205CF4E7" w14:textId="77777777" w:rsidR="003A2C21" w:rsidRDefault="00000000">
            <w:pPr>
              <w:spacing w:after="0"/>
            </w:pPr>
            <w:r>
              <w:rPr>
                <w:sz w:val="19"/>
              </w:rPr>
              <w:t>WFSC plans to host additional Team USA athletes and national coaches, purchase a professional off-ice training harness, expand testing and regional competition support, develop WFSC-sanctioned competitions in Williston, and create affordable access to elite coaching for every skater.</w:t>
            </w:r>
          </w:p>
        </w:tc>
      </w:tr>
      <w:tr w:rsidR="003A2C21" w14:paraId="21C0A720" w14:textId="77777777">
        <w:tblPrEx>
          <w:tblBorders>
            <w:top w:val="nil"/>
            <w:left w:val="nil"/>
            <w:bottom w:val="nil"/>
            <w:right w:val="nil"/>
            <w:insideH w:val="nil"/>
            <w:insideV w:val="nil"/>
          </w:tblBorders>
        </w:tblPrEx>
        <w:trPr>
          <w:jc w:val="center"/>
        </w:trPr>
        <w:tc>
          <w:tcPr>
            <w:tcW w:w="3552" w:type="dxa"/>
            <w:gridSpan w:val="2"/>
            <w:tcMar>
              <w:top w:w="90" w:type="dxa"/>
              <w:left w:w="25" w:type="dxa"/>
              <w:bottom w:w="35" w:type="dxa"/>
              <w:right w:w="25" w:type="dxa"/>
            </w:tcMar>
          </w:tcPr>
          <w:p w14:paraId="17E7A48E" w14:textId="77777777" w:rsidR="003A2C21" w:rsidRDefault="00000000">
            <w:pPr>
              <w:spacing w:after="0"/>
              <w:jc w:val="center"/>
            </w:pPr>
            <w:r>
              <w:rPr>
                <w:noProof/>
              </w:rPr>
              <w:drawing>
                <wp:inline distT="0" distB="0" distL="0" distR="0" wp14:anchorId="798C1408" wp14:editId="0DE96DD2">
                  <wp:extent cx="2103120" cy="1647444"/>
                  <wp:effectExtent l="0" t="0" r="0" b="0"/>
                  <wp:docPr id="2" name="Picture 2" descr="WFSC skaters during a group lesson" title="WFSC skaters during a group le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pic:nvPicPr>
                        <pic:blipFill>
                          <a:blip r:embed="rId9"/>
                          <a:stretch>
                            <a:fillRect/>
                          </a:stretch>
                        </pic:blipFill>
                        <pic:spPr>
                          <a:xfrm>
                            <a:off x="0" y="0"/>
                            <a:ext cx="2103120" cy="1647444"/>
                          </a:xfrm>
                          <a:prstGeom prst="rect">
                            <a:avLst/>
                          </a:prstGeom>
                        </pic:spPr>
                      </pic:pic>
                    </a:graphicData>
                  </a:graphic>
                </wp:inline>
              </w:drawing>
            </w:r>
          </w:p>
        </w:tc>
        <w:tc>
          <w:tcPr>
            <w:tcW w:w="3552" w:type="dxa"/>
            <w:gridSpan w:val="4"/>
            <w:tcMar>
              <w:top w:w="90" w:type="dxa"/>
              <w:left w:w="25" w:type="dxa"/>
              <w:bottom w:w="35" w:type="dxa"/>
              <w:right w:w="25" w:type="dxa"/>
            </w:tcMar>
          </w:tcPr>
          <w:p w14:paraId="2CA08FF6" w14:textId="77777777" w:rsidR="003A2C21" w:rsidRDefault="00000000">
            <w:pPr>
              <w:spacing w:after="0"/>
              <w:jc w:val="center"/>
            </w:pPr>
            <w:r>
              <w:rPr>
                <w:noProof/>
              </w:rPr>
              <w:drawing>
                <wp:inline distT="0" distB="0" distL="0" distR="0" wp14:anchorId="4F26CEF4" wp14:editId="1EDE534A">
                  <wp:extent cx="2103120" cy="1577340"/>
                  <wp:effectExtent l="0" t="0" r="0" b="0"/>
                  <wp:docPr id="3" name="Picture 3" descr="WFSC competition team and coaches" title="WFSC competition team and coa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pic:nvPicPr>
                        <pic:blipFill>
                          <a:blip r:embed="rId10"/>
                          <a:stretch>
                            <a:fillRect/>
                          </a:stretch>
                        </pic:blipFill>
                        <pic:spPr>
                          <a:xfrm>
                            <a:off x="0" y="0"/>
                            <a:ext cx="2103120" cy="1577340"/>
                          </a:xfrm>
                          <a:prstGeom prst="rect">
                            <a:avLst/>
                          </a:prstGeom>
                        </pic:spPr>
                      </pic:pic>
                    </a:graphicData>
                  </a:graphic>
                </wp:inline>
              </w:drawing>
            </w:r>
          </w:p>
        </w:tc>
        <w:tc>
          <w:tcPr>
            <w:tcW w:w="3552" w:type="dxa"/>
            <w:gridSpan w:val="3"/>
            <w:tcMar>
              <w:top w:w="90" w:type="dxa"/>
              <w:left w:w="25" w:type="dxa"/>
              <w:bottom w:w="35" w:type="dxa"/>
              <w:right w:w="25" w:type="dxa"/>
            </w:tcMar>
          </w:tcPr>
          <w:p w14:paraId="26BFA8EF" w14:textId="77777777" w:rsidR="003A2C21" w:rsidRDefault="00000000">
            <w:pPr>
              <w:spacing w:after="0"/>
              <w:jc w:val="center"/>
            </w:pPr>
            <w:r>
              <w:rPr>
                <w:noProof/>
              </w:rPr>
              <w:drawing>
                <wp:inline distT="0" distB="0" distL="0" distR="0" wp14:anchorId="522DFFE5" wp14:editId="49BECF01">
                  <wp:extent cx="2103120" cy="1647444"/>
                  <wp:effectExtent l="0" t="0" r="0" b="0"/>
                  <wp:docPr id="4" name="Picture 4" descr="Young WFSC skater practicing" title="Young WFSC skater practi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pic:nvPicPr>
                        <pic:blipFill>
                          <a:blip r:embed="rId11"/>
                          <a:stretch>
                            <a:fillRect/>
                          </a:stretch>
                        </pic:blipFill>
                        <pic:spPr>
                          <a:xfrm>
                            <a:off x="0" y="0"/>
                            <a:ext cx="2103120" cy="1647444"/>
                          </a:xfrm>
                          <a:prstGeom prst="rect">
                            <a:avLst/>
                          </a:prstGeom>
                        </pic:spPr>
                      </pic:pic>
                    </a:graphicData>
                  </a:graphic>
                </wp:inline>
              </w:drawing>
            </w:r>
          </w:p>
        </w:tc>
      </w:tr>
    </w:tbl>
    <w:p w14:paraId="76D84958" w14:textId="77777777" w:rsidR="003A2C21" w:rsidRPr="00FD09F3" w:rsidRDefault="00000000">
      <w:pPr>
        <w:keepNext/>
        <w:spacing w:before="40" w:after="80"/>
        <w:rPr>
          <w:sz w:val="24"/>
          <w:szCs w:val="28"/>
        </w:rPr>
      </w:pPr>
      <w:r w:rsidRPr="00FD09F3">
        <w:rPr>
          <w:b/>
          <w:color w:val="18BFD0"/>
          <w:sz w:val="24"/>
          <w:szCs w:val="28"/>
        </w:rPr>
        <w:t>HOW YOUR SUPPORT MAKES A DIFFERENCE</w:t>
      </w:r>
    </w:p>
    <w:tbl>
      <w:tblPr>
        <w:tblW w:w="0" w:type="auto"/>
        <w:jc w:val="center"/>
        <w:tblLayout w:type="fixed"/>
        <w:tblLook w:val="04A0" w:firstRow="1" w:lastRow="0" w:firstColumn="1" w:lastColumn="0" w:noHBand="0" w:noVBand="1"/>
      </w:tblPr>
      <w:tblGrid>
        <w:gridCol w:w="5328"/>
        <w:gridCol w:w="5328"/>
      </w:tblGrid>
      <w:tr w:rsidR="003A2C21" w14:paraId="4BF15343" w14:textId="77777777">
        <w:trPr>
          <w:jc w:val="center"/>
        </w:trPr>
        <w:tc>
          <w:tcPr>
            <w:tcW w:w="5328" w:type="dxa"/>
            <w:tcBorders>
              <w:top w:val="single" w:sz="4" w:space="0" w:color="CBD4DA"/>
              <w:left w:val="single" w:sz="4" w:space="0" w:color="CBD4DA"/>
              <w:bottom w:val="single" w:sz="4" w:space="0" w:color="CBD4DA"/>
              <w:right w:val="single" w:sz="4" w:space="0" w:color="CBD4DA"/>
            </w:tcBorders>
            <w:shd w:val="clear" w:color="auto" w:fill="F4F6F8"/>
            <w:tcMar>
              <w:top w:w="115" w:type="dxa"/>
              <w:left w:w="100" w:type="dxa"/>
              <w:bottom w:w="115" w:type="dxa"/>
              <w:right w:w="100" w:type="dxa"/>
            </w:tcMar>
          </w:tcPr>
          <w:p w14:paraId="6282A330" w14:textId="77777777" w:rsidR="003A2C21" w:rsidRPr="00FD09F3" w:rsidRDefault="00000000">
            <w:pPr>
              <w:keepNext/>
              <w:spacing w:after="20" w:line="216" w:lineRule="auto"/>
              <w:rPr>
                <w:sz w:val="22"/>
                <w:szCs w:val="24"/>
              </w:rPr>
            </w:pPr>
            <w:r w:rsidRPr="00FD09F3">
              <w:rPr>
                <w:b/>
                <w:color w:val="112B45"/>
                <w:szCs w:val="24"/>
              </w:rPr>
              <w:t>Keep Skating Affordable</w:t>
            </w:r>
          </w:p>
          <w:p w14:paraId="48BB49C5" w14:textId="77777777" w:rsidR="003A2C21" w:rsidRDefault="00000000">
            <w:pPr>
              <w:spacing w:after="0" w:line="216" w:lineRule="auto"/>
            </w:pPr>
            <w:r w:rsidRPr="00FD09F3">
              <w:rPr>
                <w:sz w:val="18"/>
                <w:szCs w:val="24"/>
              </w:rPr>
              <w:t>Scholarships reduce financial barriers so every child can participate.</w:t>
            </w:r>
          </w:p>
        </w:tc>
        <w:tc>
          <w:tcPr>
            <w:tcW w:w="5328" w:type="dxa"/>
            <w:tcBorders>
              <w:top w:val="single" w:sz="4" w:space="0" w:color="CBD4DA"/>
              <w:left w:val="single" w:sz="4" w:space="0" w:color="CBD4DA"/>
              <w:bottom w:val="single" w:sz="4" w:space="0" w:color="CBD4DA"/>
              <w:right w:val="single" w:sz="4" w:space="0" w:color="CBD4DA"/>
            </w:tcBorders>
            <w:shd w:val="clear" w:color="auto" w:fill="F4F6F8"/>
            <w:tcMar>
              <w:top w:w="115" w:type="dxa"/>
              <w:left w:w="100" w:type="dxa"/>
              <w:bottom w:w="115" w:type="dxa"/>
              <w:right w:w="100" w:type="dxa"/>
            </w:tcMar>
          </w:tcPr>
          <w:p w14:paraId="5409E288" w14:textId="77777777" w:rsidR="003A2C21" w:rsidRPr="00FD09F3" w:rsidRDefault="00000000">
            <w:pPr>
              <w:keepNext/>
              <w:spacing w:after="20" w:line="216" w:lineRule="auto"/>
              <w:rPr>
                <w:szCs w:val="20"/>
              </w:rPr>
            </w:pPr>
            <w:r w:rsidRPr="00FD09F3">
              <w:rPr>
                <w:b/>
                <w:color w:val="112B45"/>
                <w:szCs w:val="20"/>
              </w:rPr>
              <w:t>Develop Athletes</w:t>
            </w:r>
          </w:p>
          <w:p w14:paraId="1A445EB0" w14:textId="77777777" w:rsidR="003A2C21" w:rsidRPr="00FD09F3" w:rsidRDefault="00000000">
            <w:pPr>
              <w:spacing w:after="0" w:line="216" w:lineRule="auto"/>
              <w:rPr>
                <w:szCs w:val="20"/>
              </w:rPr>
            </w:pPr>
            <w:r w:rsidRPr="00FD09F3">
              <w:rPr>
                <w:szCs w:val="20"/>
              </w:rPr>
              <w:t>Professional coaching helps skaters reach their full potential.</w:t>
            </w:r>
          </w:p>
        </w:tc>
      </w:tr>
      <w:tr w:rsidR="003A2C21" w14:paraId="53B41EDC" w14:textId="77777777">
        <w:trPr>
          <w:jc w:val="center"/>
        </w:trPr>
        <w:tc>
          <w:tcPr>
            <w:tcW w:w="5328" w:type="dxa"/>
            <w:tcBorders>
              <w:top w:val="single" w:sz="4" w:space="0" w:color="CBD4DA"/>
              <w:left w:val="single" w:sz="4" w:space="0" w:color="CBD4DA"/>
              <w:bottom w:val="single" w:sz="4" w:space="0" w:color="CBD4DA"/>
              <w:right w:val="single" w:sz="4" w:space="0" w:color="CBD4DA"/>
            </w:tcBorders>
            <w:shd w:val="clear" w:color="auto" w:fill="F4F6F8"/>
            <w:tcMar>
              <w:top w:w="115" w:type="dxa"/>
              <w:left w:w="100" w:type="dxa"/>
              <w:bottom w:w="115" w:type="dxa"/>
              <w:right w:w="100" w:type="dxa"/>
            </w:tcMar>
          </w:tcPr>
          <w:p w14:paraId="04141C91" w14:textId="77777777" w:rsidR="003A2C21" w:rsidRPr="00FD09F3" w:rsidRDefault="00000000">
            <w:pPr>
              <w:keepNext/>
              <w:spacing w:after="20" w:line="216" w:lineRule="auto"/>
              <w:rPr>
                <w:szCs w:val="24"/>
              </w:rPr>
            </w:pPr>
            <w:r w:rsidRPr="00FD09F3">
              <w:rPr>
                <w:b/>
                <w:color w:val="112B45"/>
                <w:szCs w:val="24"/>
              </w:rPr>
              <w:t>Train Safely</w:t>
            </w:r>
          </w:p>
          <w:p w14:paraId="12989762" w14:textId="77777777" w:rsidR="003A2C21" w:rsidRPr="00FD09F3" w:rsidRDefault="00000000">
            <w:pPr>
              <w:spacing w:after="0" w:line="216" w:lineRule="auto"/>
              <w:rPr>
                <w:szCs w:val="24"/>
              </w:rPr>
            </w:pPr>
            <w:r w:rsidRPr="00FD09F3">
              <w:rPr>
                <w:szCs w:val="24"/>
              </w:rPr>
              <w:t>A skating harness supports advanced-jump training with reduced injury risk.</w:t>
            </w:r>
          </w:p>
        </w:tc>
        <w:tc>
          <w:tcPr>
            <w:tcW w:w="5328" w:type="dxa"/>
            <w:tcBorders>
              <w:top w:val="single" w:sz="4" w:space="0" w:color="CBD4DA"/>
              <w:left w:val="single" w:sz="4" w:space="0" w:color="CBD4DA"/>
              <w:bottom w:val="single" w:sz="4" w:space="0" w:color="CBD4DA"/>
              <w:right w:val="single" w:sz="4" w:space="0" w:color="CBD4DA"/>
            </w:tcBorders>
            <w:shd w:val="clear" w:color="auto" w:fill="F4F6F8"/>
            <w:tcMar>
              <w:top w:w="115" w:type="dxa"/>
              <w:left w:w="100" w:type="dxa"/>
              <w:bottom w:w="115" w:type="dxa"/>
              <w:right w:w="100" w:type="dxa"/>
            </w:tcMar>
          </w:tcPr>
          <w:p w14:paraId="02F440A1" w14:textId="77777777" w:rsidR="003A2C21" w:rsidRPr="00FD09F3" w:rsidRDefault="00000000">
            <w:pPr>
              <w:keepNext/>
              <w:spacing w:after="20" w:line="216" w:lineRule="auto"/>
              <w:rPr>
                <w:szCs w:val="24"/>
              </w:rPr>
            </w:pPr>
            <w:r w:rsidRPr="00FD09F3">
              <w:rPr>
                <w:b/>
                <w:color w:val="112B45"/>
                <w:szCs w:val="24"/>
              </w:rPr>
              <w:t>Bring Elite Opportunities</w:t>
            </w:r>
          </w:p>
          <w:p w14:paraId="6F60128A" w14:textId="77777777" w:rsidR="003A2C21" w:rsidRPr="00FD09F3" w:rsidRDefault="00000000">
            <w:pPr>
              <w:spacing w:after="0" w:line="216" w:lineRule="auto"/>
              <w:rPr>
                <w:szCs w:val="24"/>
              </w:rPr>
            </w:pPr>
            <w:r w:rsidRPr="00FD09F3">
              <w:rPr>
                <w:szCs w:val="24"/>
              </w:rPr>
              <w:t>Sponsors help bring Team USA athletes and national coaches to Williston.</w:t>
            </w:r>
          </w:p>
        </w:tc>
      </w:tr>
      <w:tr w:rsidR="003A2C21" w14:paraId="2018AEB7" w14:textId="77777777">
        <w:trPr>
          <w:jc w:val="center"/>
        </w:trPr>
        <w:tc>
          <w:tcPr>
            <w:tcW w:w="5328" w:type="dxa"/>
            <w:tcBorders>
              <w:top w:val="single" w:sz="4" w:space="0" w:color="CBD4DA"/>
              <w:left w:val="single" w:sz="4" w:space="0" w:color="CBD4DA"/>
              <w:bottom w:val="single" w:sz="4" w:space="0" w:color="CBD4DA"/>
              <w:right w:val="single" w:sz="4" w:space="0" w:color="CBD4DA"/>
            </w:tcBorders>
            <w:shd w:val="clear" w:color="auto" w:fill="F4F6F8"/>
            <w:tcMar>
              <w:top w:w="115" w:type="dxa"/>
              <w:left w:w="100" w:type="dxa"/>
              <w:bottom w:w="115" w:type="dxa"/>
              <w:right w:w="100" w:type="dxa"/>
            </w:tcMar>
          </w:tcPr>
          <w:p w14:paraId="4010CFE3" w14:textId="77777777" w:rsidR="003A2C21" w:rsidRPr="00FD09F3" w:rsidRDefault="00000000">
            <w:pPr>
              <w:keepNext/>
              <w:spacing w:after="20" w:line="216" w:lineRule="auto"/>
              <w:rPr>
                <w:szCs w:val="24"/>
              </w:rPr>
            </w:pPr>
            <w:r w:rsidRPr="00FD09F3">
              <w:rPr>
                <w:b/>
                <w:color w:val="112B45"/>
                <w:szCs w:val="24"/>
              </w:rPr>
              <w:t>Expand Competition Access</w:t>
            </w:r>
          </w:p>
          <w:p w14:paraId="60041BDE" w14:textId="77777777" w:rsidR="003A2C21" w:rsidRPr="00FD09F3" w:rsidRDefault="00000000">
            <w:pPr>
              <w:spacing w:after="0" w:line="216" w:lineRule="auto"/>
              <w:rPr>
                <w:szCs w:val="24"/>
              </w:rPr>
            </w:pPr>
            <w:r w:rsidRPr="00FD09F3">
              <w:rPr>
                <w:szCs w:val="24"/>
              </w:rPr>
              <w:t>Testing, competitions, and Aspire programming create next-level pathways.</w:t>
            </w:r>
          </w:p>
        </w:tc>
        <w:tc>
          <w:tcPr>
            <w:tcW w:w="5328" w:type="dxa"/>
            <w:tcBorders>
              <w:top w:val="single" w:sz="4" w:space="0" w:color="CBD4DA"/>
              <w:left w:val="single" w:sz="4" w:space="0" w:color="CBD4DA"/>
              <w:bottom w:val="single" w:sz="4" w:space="0" w:color="CBD4DA"/>
              <w:right w:val="single" w:sz="4" w:space="0" w:color="CBD4DA"/>
            </w:tcBorders>
            <w:shd w:val="clear" w:color="auto" w:fill="F4F6F8"/>
            <w:tcMar>
              <w:top w:w="115" w:type="dxa"/>
              <w:left w:w="100" w:type="dxa"/>
              <w:bottom w:w="115" w:type="dxa"/>
              <w:right w:w="100" w:type="dxa"/>
            </w:tcMar>
          </w:tcPr>
          <w:p w14:paraId="18ADFCC7" w14:textId="77777777" w:rsidR="003A2C21" w:rsidRPr="00FD09F3" w:rsidRDefault="00000000">
            <w:pPr>
              <w:keepNext/>
              <w:spacing w:after="20" w:line="216" w:lineRule="auto"/>
              <w:rPr>
                <w:szCs w:val="24"/>
              </w:rPr>
            </w:pPr>
            <w:r w:rsidRPr="00FD09F3">
              <w:rPr>
                <w:b/>
                <w:color w:val="112B45"/>
                <w:szCs w:val="24"/>
              </w:rPr>
              <w:t>Strengthen Community</w:t>
            </w:r>
          </w:p>
          <w:p w14:paraId="65C70BB3" w14:textId="77777777" w:rsidR="003A2C21" w:rsidRPr="00FD09F3" w:rsidRDefault="00000000">
            <w:pPr>
              <w:spacing w:after="0" w:line="216" w:lineRule="auto"/>
              <w:rPr>
                <w:szCs w:val="24"/>
              </w:rPr>
            </w:pPr>
            <w:r w:rsidRPr="00FD09F3">
              <w:rPr>
                <w:szCs w:val="24"/>
              </w:rPr>
              <w:t>Skating builds confidence, leadership, discipline, and lifelong friendships.</w:t>
            </w:r>
          </w:p>
        </w:tc>
      </w:tr>
    </w:tbl>
    <w:tbl>
      <w:tblPr>
        <w:tblW w:w="0" w:type="auto"/>
        <w:jc w:val="center"/>
        <w:tblLook w:val="04A0" w:firstRow="1" w:lastRow="0" w:firstColumn="1" w:lastColumn="0" w:noHBand="0" w:noVBand="1"/>
      </w:tblPr>
      <w:tblGrid>
        <w:gridCol w:w="10656"/>
      </w:tblGrid>
      <w:tr w:rsidR="003A2C21" w14:paraId="2F2C1C06" w14:textId="77777777">
        <w:trPr>
          <w:jc w:val="center"/>
        </w:trPr>
        <w:tc>
          <w:tcPr>
            <w:tcW w:w="10656" w:type="dxa"/>
            <w:shd w:val="clear" w:color="auto" w:fill="112B45"/>
            <w:tcMar>
              <w:top w:w="185" w:type="dxa"/>
              <w:left w:w="130" w:type="dxa"/>
              <w:bottom w:w="185" w:type="dxa"/>
              <w:right w:w="130" w:type="dxa"/>
            </w:tcMar>
          </w:tcPr>
          <w:p w14:paraId="6DF37067" w14:textId="77777777" w:rsidR="003A2C21" w:rsidRDefault="00000000">
            <w:pPr>
              <w:spacing w:after="0"/>
              <w:jc w:val="center"/>
            </w:pPr>
            <w:r w:rsidRPr="00FD09F3">
              <w:rPr>
                <w:b/>
                <w:color w:val="FFFFFF"/>
                <w:sz w:val="22"/>
                <w:szCs w:val="24"/>
              </w:rPr>
              <w:t>YOUR PARTNERSHIP BUILDS CONFIDENCE ON THE ICE—AND OPPORTUNITY BEYOND IT.</w:t>
            </w:r>
          </w:p>
        </w:tc>
      </w:tr>
    </w:tbl>
    <w:p w14:paraId="4A3BEEB7" w14:textId="77777777" w:rsidR="003A2C21" w:rsidRDefault="00000000">
      <w:r>
        <w:br w:type="page"/>
      </w:r>
    </w:p>
    <w:p w14:paraId="7841C8D4" w14:textId="77777777" w:rsidR="003A2C21" w:rsidRPr="00FD09F3" w:rsidRDefault="00000000">
      <w:pPr>
        <w:spacing w:after="20"/>
        <w:jc w:val="center"/>
        <w:rPr>
          <w:sz w:val="36"/>
          <w:szCs w:val="40"/>
        </w:rPr>
      </w:pPr>
      <w:r w:rsidRPr="00FD09F3">
        <w:rPr>
          <w:b/>
          <w:color w:val="18BFD0"/>
          <w:sz w:val="32"/>
          <w:szCs w:val="40"/>
        </w:rPr>
        <w:lastRenderedPageBreak/>
        <w:t>INVESTING IN ACCESS</w:t>
      </w:r>
    </w:p>
    <w:p w14:paraId="0EC271DE" w14:textId="77777777" w:rsidR="003A2C21" w:rsidRDefault="00000000">
      <w:pPr>
        <w:keepNext/>
        <w:pBdr>
          <w:bottom w:val="single" w:sz="12" w:space="4" w:color="C59B52"/>
        </w:pBdr>
        <w:spacing w:after="160" w:line="235" w:lineRule="auto"/>
        <w:jc w:val="center"/>
      </w:pPr>
      <w:r>
        <w:rPr>
          <w:b/>
          <w:color w:val="112B45"/>
          <w:sz w:val="46"/>
        </w:rPr>
        <w:t>Team USA &amp; Elite Opportunities</w:t>
      </w:r>
    </w:p>
    <w:p w14:paraId="54970712" w14:textId="77777777" w:rsidR="003A2C21" w:rsidRPr="00FD09F3" w:rsidRDefault="00000000">
      <w:pPr>
        <w:spacing w:after="180" w:line="259" w:lineRule="auto"/>
        <w:rPr>
          <w:sz w:val="22"/>
          <w:szCs w:val="24"/>
        </w:rPr>
      </w:pPr>
      <w:r w:rsidRPr="00FD09F3">
        <w:rPr>
          <w:b/>
          <w:color w:val="112B45"/>
          <w:sz w:val="22"/>
          <w:szCs w:val="24"/>
        </w:rPr>
        <w:t>In April 2026, the Williston Figure Skating Club made history by hosting Team USA Junior World Champions Leah Neset and Artem Markelov for our inaugural ice show and regional training camp.</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328"/>
        <w:gridCol w:w="5328"/>
      </w:tblGrid>
      <w:tr w:rsidR="003A2C21" w14:paraId="08417A80" w14:textId="77777777">
        <w:trPr>
          <w:jc w:val="center"/>
        </w:trPr>
        <w:tc>
          <w:tcPr>
            <w:tcW w:w="5328" w:type="dxa"/>
            <w:tcMar>
              <w:top w:w="35" w:type="dxa"/>
              <w:left w:w="25" w:type="dxa"/>
              <w:bottom w:w="50" w:type="dxa"/>
              <w:right w:w="25" w:type="dxa"/>
            </w:tcMar>
          </w:tcPr>
          <w:p w14:paraId="40F72AEF" w14:textId="77777777" w:rsidR="003A2C21" w:rsidRDefault="00000000">
            <w:pPr>
              <w:spacing w:after="0"/>
              <w:jc w:val="center"/>
            </w:pPr>
            <w:r>
              <w:rPr>
                <w:noProof/>
              </w:rPr>
              <w:drawing>
                <wp:inline distT="0" distB="0" distL="0" distR="0" wp14:anchorId="381838E6" wp14:editId="144B99BD">
                  <wp:extent cx="3273552" cy="2459006"/>
                  <wp:effectExtent l="0" t="0" r="0" b="0"/>
                  <wp:docPr id="5" name="Picture 5" descr="Team USA pair skaters performing during the WFSC Ice Show" title="Team USA pair skaters performing during the WFSC Ice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pic:nvPicPr>
                        <pic:blipFill>
                          <a:blip r:embed="rId12"/>
                          <a:stretch>
                            <a:fillRect/>
                          </a:stretch>
                        </pic:blipFill>
                        <pic:spPr>
                          <a:xfrm>
                            <a:off x="0" y="0"/>
                            <a:ext cx="3273552" cy="2459006"/>
                          </a:xfrm>
                          <a:prstGeom prst="rect">
                            <a:avLst/>
                          </a:prstGeom>
                        </pic:spPr>
                      </pic:pic>
                    </a:graphicData>
                  </a:graphic>
                </wp:inline>
              </w:drawing>
            </w:r>
          </w:p>
        </w:tc>
        <w:tc>
          <w:tcPr>
            <w:tcW w:w="5328" w:type="dxa"/>
            <w:tcMar>
              <w:top w:w="35" w:type="dxa"/>
              <w:left w:w="25" w:type="dxa"/>
              <w:bottom w:w="50" w:type="dxa"/>
              <w:right w:w="25" w:type="dxa"/>
            </w:tcMar>
          </w:tcPr>
          <w:p w14:paraId="6536F427" w14:textId="77777777" w:rsidR="003A2C21" w:rsidRDefault="00000000">
            <w:pPr>
              <w:spacing w:after="0"/>
              <w:jc w:val="center"/>
            </w:pPr>
            <w:r>
              <w:rPr>
                <w:noProof/>
              </w:rPr>
              <w:drawing>
                <wp:inline distT="0" distB="0" distL="0" distR="0" wp14:anchorId="33559465" wp14:editId="752AAB06">
                  <wp:extent cx="3273552" cy="2472447"/>
                  <wp:effectExtent l="0" t="0" r="0" b="0"/>
                  <wp:docPr id="6" name="Picture 6" descr="Team USA athlete coaching local skaters" title="Team USA athlete coaching local sk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pic:nvPicPr>
                        <pic:blipFill>
                          <a:blip r:embed="rId13"/>
                          <a:stretch>
                            <a:fillRect/>
                          </a:stretch>
                        </pic:blipFill>
                        <pic:spPr>
                          <a:xfrm>
                            <a:off x="0" y="0"/>
                            <a:ext cx="3273552" cy="2472447"/>
                          </a:xfrm>
                          <a:prstGeom prst="rect">
                            <a:avLst/>
                          </a:prstGeom>
                        </pic:spPr>
                      </pic:pic>
                    </a:graphicData>
                  </a:graphic>
                </wp:inline>
              </w:drawing>
            </w:r>
          </w:p>
        </w:tc>
      </w:tr>
    </w:tbl>
    <w:p w14:paraId="53053D6A" w14:textId="77777777" w:rsidR="003A2C21" w:rsidRDefault="00000000">
      <w:pPr>
        <w:spacing w:before="80" w:after="160" w:line="259" w:lineRule="auto"/>
      </w:pPr>
      <w:r>
        <w:t>Skaters from Williston and Watford City participated in this extraordinary experience, receiving hands-on instruction from internationally recognized athletes without having to travel hundreds of miles to larger metropolitan training centers. For many participants, it was their first opportunity to learn directly from world-class competitors and witness elite-level skating up close.</w:t>
      </w:r>
    </w:p>
    <w:p w14:paraId="0B11FF33" w14:textId="77777777" w:rsidR="003A2C21" w:rsidRDefault="00000000">
      <w:pPr>
        <w:spacing w:after="160" w:line="259" w:lineRule="auto"/>
      </w:pPr>
      <w:r>
        <w:t>This event demonstrated what is possible when rural communities invest in youth development and athletic excellence. Opportunities like these are typically reserved for athletes in major skating markets, yet WFSC is committed to bringing those same experiences to western North Dakota.</w:t>
      </w:r>
    </w:p>
    <w:tbl>
      <w:tblPr>
        <w:tblW w:w="0" w:type="auto"/>
        <w:jc w:val="center"/>
        <w:tblLook w:val="04A0" w:firstRow="1" w:lastRow="0" w:firstColumn="1" w:lastColumn="0" w:noHBand="0" w:noVBand="1"/>
      </w:tblPr>
      <w:tblGrid>
        <w:gridCol w:w="10656"/>
      </w:tblGrid>
      <w:tr w:rsidR="003A2C21" w14:paraId="2EE7544B" w14:textId="77777777">
        <w:trPr>
          <w:jc w:val="center"/>
        </w:trPr>
        <w:tc>
          <w:tcPr>
            <w:tcW w:w="10656" w:type="dxa"/>
            <w:tcBorders>
              <w:top w:val="single" w:sz="10" w:space="0" w:color="C59B52"/>
              <w:left w:val="single" w:sz="5" w:space="0" w:color="E6D7BD"/>
              <w:bottom w:val="single" w:sz="5" w:space="0" w:color="E6D7BD"/>
              <w:right w:val="single" w:sz="5" w:space="0" w:color="E6D7BD"/>
            </w:tcBorders>
            <w:shd w:val="clear" w:color="auto" w:fill="F7F0E3"/>
            <w:tcMar>
              <w:top w:w="125" w:type="dxa"/>
              <w:left w:w="160" w:type="dxa"/>
              <w:bottom w:w="125" w:type="dxa"/>
              <w:right w:w="160" w:type="dxa"/>
            </w:tcMar>
          </w:tcPr>
          <w:p w14:paraId="4C780C63" w14:textId="77777777" w:rsidR="003A2C21" w:rsidRDefault="00000000">
            <w:pPr>
              <w:keepNext/>
              <w:spacing w:after="60" w:line="228" w:lineRule="auto"/>
            </w:pPr>
            <w:r>
              <w:rPr>
                <w:b/>
                <w:color w:val="112B45"/>
                <w:sz w:val="22"/>
              </w:rPr>
              <w:t>SPONSOR IMPACT</w:t>
            </w:r>
          </w:p>
          <w:p w14:paraId="34800908" w14:textId="77777777" w:rsidR="003A2C21" w:rsidRDefault="00000000">
            <w:pPr>
              <w:spacing w:after="0"/>
            </w:pPr>
            <w:r>
              <w:t>Your sponsorship helps ensure local athletes have access to the same developmental opportunities available in larger cities—without leaving home. Together, we are building a program that develops confident leaders, supports athletic excellence, and establishes Williston as a growing hub for figure skating in western North Dakota.</w:t>
            </w:r>
          </w:p>
        </w:tc>
      </w:tr>
    </w:tbl>
    <w:p w14:paraId="7B9999A8" w14:textId="77777777" w:rsidR="003A2C21" w:rsidRDefault="00000000">
      <w:pPr>
        <w:spacing w:before="100" w:after="0"/>
        <w:jc w:val="center"/>
      </w:pPr>
      <w:r>
        <w:rPr>
          <w:noProof/>
        </w:rPr>
        <w:drawing>
          <wp:inline distT="0" distB="0" distL="0" distR="0" wp14:anchorId="00EFF833" wp14:editId="1111691D">
            <wp:extent cx="5943600" cy="1929568"/>
            <wp:effectExtent l="0" t="0" r="0" b="0"/>
            <wp:docPr id="7" name="Picture 7" descr="WFSC skaters at the Team USA regional training camp" title="WFSC skaters at the Team USA regional training c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pic:nvPicPr>
                  <pic:blipFill>
                    <a:blip r:embed="rId14"/>
                    <a:stretch>
                      <a:fillRect/>
                    </a:stretch>
                  </pic:blipFill>
                  <pic:spPr>
                    <a:xfrm>
                      <a:off x="0" y="0"/>
                      <a:ext cx="5943600" cy="1929568"/>
                    </a:xfrm>
                    <a:prstGeom prst="rect">
                      <a:avLst/>
                    </a:prstGeom>
                  </pic:spPr>
                </pic:pic>
              </a:graphicData>
            </a:graphic>
          </wp:inline>
        </w:drawing>
      </w:r>
    </w:p>
    <w:p w14:paraId="4EA8CF1F" w14:textId="77777777" w:rsidR="003A2C21" w:rsidRDefault="00000000">
      <w:r>
        <w:br w:type="page"/>
      </w:r>
    </w:p>
    <w:p w14:paraId="3D1EB34D" w14:textId="77777777" w:rsidR="003A2C21" w:rsidRPr="00FD09F3" w:rsidRDefault="00000000">
      <w:pPr>
        <w:spacing w:after="20"/>
        <w:jc w:val="center"/>
        <w:rPr>
          <w:sz w:val="32"/>
          <w:szCs w:val="36"/>
        </w:rPr>
      </w:pPr>
      <w:r w:rsidRPr="00FD09F3">
        <w:rPr>
          <w:b/>
          <w:color w:val="18BFD0"/>
          <w:sz w:val="28"/>
          <w:szCs w:val="36"/>
        </w:rPr>
        <w:lastRenderedPageBreak/>
        <w:t>PARTNER WITH WFSC</w:t>
      </w:r>
    </w:p>
    <w:p w14:paraId="5DD15F0C" w14:textId="77777777" w:rsidR="003A2C21" w:rsidRDefault="00000000">
      <w:pPr>
        <w:keepNext/>
        <w:pBdr>
          <w:bottom w:val="single" w:sz="12" w:space="4" w:color="C59B52"/>
        </w:pBdr>
        <w:spacing w:after="160" w:line="235" w:lineRule="auto"/>
        <w:jc w:val="center"/>
      </w:pPr>
      <w:r>
        <w:rPr>
          <w:b/>
          <w:color w:val="112B45"/>
          <w:sz w:val="46"/>
        </w:rPr>
        <w:t>2026–2027 Sponsorship Levels</w:t>
      </w:r>
    </w:p>
    <w:tbl>
      <w:tblPr>
        <w:tblW w:w="0" w:type="auto"/>
        <w:jc w:val="center"/>
        <w:tblLayout w:type="fixed"/>
        <w:tblLook w:val="04A0" w:firstRow="1" w:lastRow="0" w:firstColumn="1" w:lastColumn="0" w:noHBand="0" w:noVBand="1"/>
      </w:tblPr>
      <w:tblGrid>
        <w:gridCol w:w="5328"/>
        <w:gridCol w:w="5328"/>
      </w:tblGrid>
      <w:tr w:rsidR="003A2C21" w14:paraId="6320EC0E" w14:textId="77777777">
        <w:trPr>
          <w:jc w:val="center"/>
        </w:trPr>
        <w:tc>
          <w:tcPr>
            <w:tcW w:w="5328" w:type="dxa"/>
            <w:tcBorders>
              <w:top w:val="single" w:sz="8" w:space="0" w:color="C59B52"/>
              <w:left w:val="single" w:sz="5" w:space="0" w:color="CBD4DA"/>
              <w:bottom w:val="single" w:sz="5" w:space="0" w:color="CBD4DA"/>
              <w:right w:val="single" w:sz="5" w:space="0" w:color="CBD4DA"/>
            </w:tcBorders>
            <w:shd w:val="clear" w:color="auto" w:fill="FFFFFF"/>
            <w:tcMar>
              <w:top w:w="135" w:type="dxa"/>
              <w:left w:w="125" w:type="dxa"/>
              <w:bottom w:w="125" w:type="dxa"/>
              <w:right w:w="125" w:type="dxa"/>
            </w:tcMar>
          </w:tcPr>
          <w:p w14:paraId="4438338A" w14:textId="77777777" w:rsidR="003A2C21" w:rsidRDefault="00000000">
            <w:pPr>
              <w:keepNext/>
              <w:spacing w:line="235" w:lineRule="auto"/>
            </w:pPr>
            <w:r w:rsidRPr="00FD09F3">
              <w:rPr>
                <w:b/>
                <w:color w:val="112B45"/>
                <w:sz w:val="28"/>
                <w:szCs w:val="24"/>
              </w:rPr>
              <w:t>Champion Partner</w:t>
            </w:r>
            <w:r w:rsidRPr="00FD09F3">
              <w:rPr>
                <w:b/>
                <w:color w:val="C59B52"/>
                <w:sz w:val="22"/>
                <w:szCs w:val="24"/>
              </w:rPr>
              <w:t xml:space="preserve">  </w:t>
            </w:r>
            <w:r>
              <w:rPr>
                <w:b/>
                <w:color w:val="C59B52"/>
                <w:sz w:val="21"/>
              </w:rPr>
              <w:t xml:space="preserve">|  </w:t>
            </w:r>
            <w:r w:rsidRPr="00FD09F3">
              <w:rPr>
                <w:b/>
                <w:color w:val="C59B52"/>
                <w:sz w:val="22"/>
                <w:szCs w:val="24"/>
              </w:rPr>
              <w:t>$5,000+</w:t>
            </w:r>
          </w:p>
          <w:p w14:paraId="3B1E095A" w14:textId="77777777" w:rsidR="003A2C21" w:rsidRDefault="00000000">
            <w:pPr>
              <w:spacing w:before="60" w:after="80" w:line="245" w:lineRule="auto"/>
            </w:pPr>
            <w:r>
              <w:rPr>
                <w:color w:val="66727C"/>
                <w:sz w:val="18"/>
              </w:rPr>
              <w:t>Our highest level of partnership provides premier, season-long recognition throughout WFSC programs, special events and digital communications.</w:t>
            </w:r>
          </w:p>
          <w:p w14:paraId="0A59A1D5" w14:textId="77777777" w:rsidR="003A2C21" w:rsidRDefault="00000000">
            <w:pPr>
              <w:pStyle w:val="ListBullet"/>
              <w:spacing w:after="34" w:line="245" w:lineRule="auto"/>
              <w:ind w:left="259" w:hanging="187"/>
            </w:pPr>
            <w:r>
              <w:rPr>
                <w:sz w:val="18"/>
              </w:rPr>
              <w:t>Embroidered company logo on WFSC competition-team jackets</w:t>
            </w:r>
          </w:p>
          <w:p w14:paraId="2BA21D94" w14:textId="77777777" w:rsidR="003A2C21" w:rsidRDefault="00000000">
            <w:pPr>
              <w:pStyle w:val="ListBullet"/>
              <w:spacing w:after="34" w:line="245" w:lineRule="auto"/>
              <w:ind w:left="259" w:hanging="187"/>
            </w:pPr>
            <w:r>
              <w:rPr>
                <w:sz w:val="18"/>
              </w:rPr>
              <w:t>Company logo displayed on the rink boards at the Agri Sports Complex</w:t>
            </w:r>
          </w:p>
          <w:p w14:paraId="05558F43" w14:textId="77777777" w:rsidR="003A2C21" w:rsidRDefault="00000000">
            <w:pPr>
              <w:pStyle w:val="ListBullet"/>
              <w:spacing w:after="34" w:line="245" w:lineRule="auto"/>
              <w:ind w:left="259" w:hanging="187"/>
            </w:pPr>
            <w:r>
              <w:rPr>
                <w:sz w:val="18"/>
              </w:rPr>
              <w:t>Recognition as a sponsor of the Team USA Training Camp held in conjunction with the Annual Ice Show</w:t>
            </w:r>
          </w:p>
          <w:p w14:paraId="3E659E4F" w14:textId="77777777" w:rsidR="003A2C21" w:rsidRDefault="00000000">
            <w:pPr>
              <w:pStyle w:val="ListBullet"/>
              <w:spacing w:after="34" w:line="245" w:lineRule="auto"/>
              <w:ind w:left="259" w:hanging="187"/>
            </w:pPr>
            <w:r>
              <w:rPr>
                <w:sz w:val="18"/>
              </w:rPr>
              <w:t>Premier logo placement on the WFSC website and major event materials</w:t>
            </w:r>
          </w:p>
          <w:p w14:paraId="5B77138A" w14:textId="77777777" w:rsidR="003A2C21" w:rsidRDefault="00000000">
            <w:pPr>
              <w:pStyle w:val="ListBullet"/>
              <w:spacing w:after="34" w:line="245" w:lineRule="auto"/>
              <w:ind w:left="259" w:hanging="187"/>
            </w:pPr>
            <w:r>
              <w:rPr>
                <w:sz w:val="18"/>
              </w:rPr>
              <w:t>Full-page advertisement in the Annual Ice Show program</w:t>
            </w:r>
          </w:p>
          <w:p w14:paraId="023582FB" w14:textId="77777777" w:rsidR="003A2C21" w:rsidRDefault="00000000">
            <w:pPr>
              <w:pStyle w:val="ListBullet"/>
              <w:spacing w:after="34" w:line="245" w:lineRule="auto"/>
              <w:ind w:left="259" w:hanging="187"/>
            </w:pPr>
            <w:r>
              <w:rPr>
                <w:sz w:val="18"/>
              </w:rPr>
              <w:t>Recognition during the Annual Ice Show and other major club events</w:t>
            </w:r>
          </w:p>
          <w:p w14:paraId="59EE9599" w14:textId="77777777" w:rsidR="003A2C21" w:rsidRDefault="00000000">
            <w:pPr>
              <w:pStyle w:val="ListBullet"/>
              <w:spacing w:after="34" w:line="245" w:lineRule="auto"/>
              <w:ind w:left="259" w:hanging="187"/>
            </w:pPr>
            <w:r>
              <w:rPr>
                <w:sz w:val="18"/>
              </w:rPr>
              <w:t>Dedicated social media sponsor spotlight</w:t>
            </w:r>
          </w:p>
          <w:p w14:paraId="30EDF430" w14:textId="77777777" w:rsidR="003A2C21" w:rsidRDefault="00000000">
            <w:pPr>
              <w:pStyle w:val="ListBullet"/>
              <w:spacing w:after="34" w:line="245" w:lineRule="auto"/>
              <w:ind w:left="259" w:hanging="187"/>
            </w:pPr>
            <w:r>
              <w:rPr>
                <w:sz w:val="18"/>
              </w:rPr>
              <w:t>First opportunity to renew at the Champion level for the following season</w:t>
            </w:r>
          </w:p>
        </w:tc>
        <w:tc>
          <w:tcPr>
            <w:tcW w:w="5328" w:type="dxa"/>
            <w:tcBorders>
              <w:top w:val="single" w:sz="8" w:space="0" w:color="C59B52"/>
              <w:left w:val="single" w:sz="5" w:space="0" w:color="CBD4DA"/>
              <w:bottom w:val="single" w:sz="5" w:space="0" w:color="CBD4DA"/>
              <w:right w:val="single" w:sz="5" w:space="0" w:color="CBD4DA"/>
            </w:tcBorders>
            <w:shd w:val="clear" w:color="auto" w:fill="FFFFFF"/>
            <w:tcMar>
              <w:top w:w="135" w:type="dxa"/>
              <w:left w:w="125" w:type="dxa"/>
              <w:bottom w:w="125" w:type="dxa"/>
              <w:right w:w="125" w:type="dxa"/>
            </w:tcMar>
          </w:tcPr>
          <w:p w14:paraId="33BDAB9B" w14:textId="77777777" w:rsidR="003A2C21" w:rsidRPr="00FD09F3" w:rsidRDefault="00000000">
            <w:pPr>
              <w:keepNext/>
              <w:spacing w:line="235" w:lineRule="auto"/>
              <w:rPr>
                <w:sz w:val="22"/>
                <w:szCs w:val="24"/>
              </w:rPr>
            </w:pPr>
            <w:r w:rsidRPr="00FD09F3">
              <w:rPr>
                <w:b/>
                <w:color w:val="112B45"/>
                <w:sz w:val="28"/>
                <w:szCs w:val="24"/>
              </w:rPr>
              <w:t>Gold Medal Partner</w:t>
            </w:r>
            <w:r w:rsidRPr="00FD09F3">
              <w:rPr>
                <w:b/>
                <w:color w:val="C59B52"/>
                <w:sz w:val="22"/>
                <w:szCs w:val="24"/>
              </w:rPr>
              <w:t xml:space="preserve">  |  $2,500–$4,999</w:t>
            </w:r>
          </w:p>
          <w:p w14:paraId="0E6D2ECE" w14:textId="77777777" w:rsidR="003A2C21" w:rsidRDefault="00000000">
            <w:pPr>
              <w:spacing w:before="60" w:after="80" w:line="245" w:lineRule="auto"/>
            </w:pPr>
            <w:r>
              <w:rPr>
                <w:color w:val="66727C"/>
                <w:sz w:val="18"/>
              </w:rPr>
              <w:t>Gold Medal Partners receive prominent season-long visibility while supporting WFSC programs, events and athlete development.</w:t>
            </w:r>
          </w:p>
          <w:p w14:paraId="0DA951FB" w14:textId="77777777" w:rsidR="003A2C21" w:rsidRDefault="00000000">
            <w:pPr>
              <w:pStyle w:val="ListBullet"/>
              <w:spacing w:after="34" w:line="245" w:lineRule="auto"/>
              <w:ind w:left="259" w:hanging="187"/>
            </w:pPr>
            <w:r>
              <w:rPr>
                <w:sz w:val="18"/>
              </w:rPr>
              <w:t>Logo placement on a designated WFSC event and apparel sponsor banner displayed on the wall at the Agri rink</w:t>
            </w:r>
          </w:p>
          <w:p w14:paraId="33BAC60D" w14:textId="77777777" w:rsidR="003A2C21" w:rsidRDefault="00000000">
            <w:pPr>
              <w:pStyle w:val="ListBullet"/>
              <w:spacing w:after="34" w:line="245" w:lineRule="auto"/>
              <w:ind w:left="259" w:hanging="187"/>
            </w:pPr>
            <w:r>
              <w:rPr>
                <w:sz w:val="18"/>
              </w:rPr>
              <w:t>Large logo placement on the WFSC website</w:t>
            </w:r>
          </w:p>
          <w:p w14:paraId="1F4CBF96" w14:textId="77777777" w:rsidR="003A2C21" w:rsidRDefault="00000000">
            <w:pPr>
              <w:pStyle w:val="ListBullet"/>
              <w:spacing w:after="34" w:line="245" w:lineRule="auto"/>
              <w:ind w:left="259" w:hanging="187"/>
            </w:pPr>
            <w:r>
              <w:rPr>
                <w:sz w:val="18"/>
              </w:rPr>
              <w:t>Half-page advertisement in the Annual Ice Show program</w:t>
            </w:r>
          </w:p>
          <w:p w14:paraId="5E5E8F51" w14:textId="77777777" w:rsidR="003A2C21" w:rsidRDefault="00000000">
            <w:pPr>
              <w:pStyle w:val="ListBullet"/>
              <w:spacing w:after="34" w:line="245" w:lineRule="auto"/>
              <w:ind w:left="259" w:hanging="187"/>
            </w:pPr>
            <w:r>
              <w:rPr>
                <w:sz w:val="18"/>
              </w:rPr>
              <w:t>Recognition during major club events</w:t>
            </w:r>
          </w:p>
          <w:p w14:paraId="6CAD0E9C" w14:textId="77777777" w:rsidR="003A2C21" w:rsidRDefault="00000000">
            <w:pPr>
              <w:pStyle w:val="ListBullet"/>
              <w:spacing w:after="34" w:line="245" w:lineRule="auto"/>
              <w:ind w:left="259" w:hanging="187"/>
            </w:pPr>
            <w:r>
              <w:rPr>
                <w:sz w:val="18"/>
              </w:rPr>
              <w:t>Dedicated social media sponsor feature</w:t>
            </w:r>
          </w:p>
          <w:p w14:paraId="46165DFF" w14:textId="77777777" w:rsidR="003A2C21" w:rsidRDefault="00000000">
            <w:pPr>
              <w:pStyle w:val="ListBullet"/>
              <w:spacing w:after="34" w:line="245" w:lineRule="auto"/>
              <w:ind w:left="259" w:hanging="187"/>
            </w:pPr>
            <w:r>
              <w:rPr>
                <w:sz w:val="18"/>
              </w:rPr>
              <w:t>Logo included on selected event and promotional materials</w:t>
            </w:r>
          </w:p>
        </w:tc>
      </w:tr>
    </w:tbl>
    <w:p w14:paraId="010CCEEC" w14:textId="77777777" w:rsidR="003A2C21" w:rsidRDefault="00000000">
      <w:pPr>
        <w:spacing w:before="20" w:after="20" w:line="108" w:lineRule="auto"/>
      </w:pPr>
      <w:r>
        <w:rPr>
          <w:color w:val="FFFFFF"/>
          <w:sz w:val="6"/>
        </w:rPr>
        <w:t xml:space="preserve"> </w:t>
      </w:r>
    </w:p>
    <w:tbl>
      <w:tblPr>
        <w:tblW w:w="0" w:type="auto"/>
        <w:jc w:val="center"/>
        <w:tblLayout w:type="fixed"/>
        <w:tblLook w:val="04A0" w:firstRow="1" w:lastRow="0" w:firstColumn="1" w:lastColumn="0" w:noHBand="0" w:noVBand="1"/>
      </w:tblPr>
      <w:tblGrid>
        <w:gridCol w:w="5328"/>
        <w:gridCol w:w="5328"/>
      </w:tblGrid>
      <w:tr w:rsidR="003A2C21" w14:paraId="2FF44CC2" w14:textId="77777777">
        <w:trPr>
          <w:jc w:val="center"/>
        </w:trPr>
        <w:tc>
          <w:tcPr>
            <w:tcW w:w="5328" w:type="dxa"/>
            <w:tcBorders>
              <w:top w:val="single" w:sz="8" w:space="0" w:color="C59B52"/>
              <w:left w:val="single" w:sz="5" w:space="0" w:color="CBD4DA"/>
              <w:bottom w:val="single" w:sz="5" w:space="0" w:color="CBD4DA"/>
              <w:right w:val="single" w:sz="5" w:space="0" w:color="CBD4DA"/>
            </w:tcBorders>
            <w:shd w:val="clear" w:color="auto" w:fill="FFFFFF"/>
            <w:tcMar>
              <w:top w:w="135" w:type="dxa"/>
              <w:left w:w="125" w:type="dxa"/>
              <w:bottom w:w="125" w:type="dxa"/>
              <w:right w:w="125" w:type="dxa"/>
            </w:tcMar>
          </w:tcPr>
          <w:p w14:paraId="636AF48C" w14:textId="77777777" w:rsidR="003A2C21" w:rsidRPr="00FD09F3" w:rsidRDefault="00000000">
            <w:pPr>
              <w:keepNext/>
              <w:spacing w:line="235" w:lineRule="auto"/>
              <w:rPr>
                <w:sz w:val="22"/>
                <w:szCs w:val="24"/>
              </w:rPr>
            </w:pPr>
            <w:r w:rsidRPr="00FD09F3">
              <w:rPr>
                <w:b/>
                <w:color w:val="112B45"/>
                <w:sz w:val="28"/>
                <w:szCs w:val="24"/>
              </w:rPr>
              <w:t>Silver Medal Partner</w:t>
            </w:r>
            <w:r w:rsidRPr="00FD09F3">
              <w:rPr>
                <w:b/>
                <w:color w:val="C59B52"/>
                <w:sz w:val="22"/>
                <w:szCs w:val="24"/>
              </w:rPr>
              <w:t xml:space="preserve">  |  $1,000–$2,499</w:t>
            </w:r>
          </w:p>
          <w:p w14:paraId="19347D46" w14:textId="77777777" w:rsidR="003A2C21" w:rsidRDefault="00000000">
            <w:pPr>
              <w:pStyle w:val="ListBullet"/>
              <w:spacing w:after="34" w:line="245" w:lineRule="auto"/>
              <w:ind w:left="259" w:hanging="187"/>
            </w:pPr>
            <w:r>
              <w:rPr>
                <w:sz w:val="18"/>
              </w:rPr>
              <w:t>Medium logo on sponsor signage</w:t>
            </w:r>
          </w:p>
          <w:p w14:paraId="0DB6A047" w14:textId="77777777" w:rsidR="003A2C21" w:rsidRDefault="00000000">
            <w:pPr>
              <w:pStyle w:val="ListBullet"/>
              <w:spacing w:after="34" w:line="245" w:lineRule="auto"/>
              <w:ind w:left="259" w:hanging="187"/>
            </w:pPr>
            <w:r>
              <w:rPr>
                <w:sz w:val="18"/>
              </w:rPr>
              <w:t>Medium logo on the WFSC website</w:t>
            </w:r>
          </w:p>
          <w:p w14:paraId="322F7FF6" w14:textId="77777777" w:rsidR="003A2C21" w:rsidRDefault="00000000">
            <w:pPr>
              <w:pStyle w:val="ListBullet"/>
              <w:spacing w:after="34" w:line="245" w:lineRule="auto"/>
              <w:ind w:left="259" w:hanging="187"/>
            </w:pPr>
            <w:r>
              <w:rPr>
                <w:sz w:val="18"/>
              </w:rPr>
              <w:t>Quarter-page advertisement in the Annual Ice Show program</w:t>
            </w:r>
          </w:p>
          <w:p w14:paraId="634CD4BC" w14:textId="77777777" w:rsidR="003A2C21" w:rsidRDefault="00000000">
            <w:pPr>
              <w:pStyle w:val="ListBullet"/>
              <w:spacing w:after="34" w:line="245" w:lineRule="auto"/>
              <w:ind w:left="259" w:hanging="187"/>
            </w:pPr>
            <w:r>
              <w:rPr>
                <w:sz w:val="18"/>
              </w:rPr>
              <w:t>Social media recognition</w:t>
            </w:r>
          </w:p>
          <w:p w14:paraId="158A1E5F" w14:textId="77777777" w:rsidR="003A2C21" w:rsidRDefault="00000000">
            <w:pPr>
              <w:pStyle w:val="ListBullet"/>
              <w:spacing w:after="34" w:line="245" w:lineRule="auto"/>
              <w:ind w:left="259" w:hanging="187"/>
            </w:pPr>
            <w:r>
              <w:rPr>
                <w:sz w:val="18"/>
              </w:rPr>
              <w:t>Recognition in selected club communications</w:t>
            </w:r>
          </w:p>
          <w:p w14:paraId="6EBBCF77" w14:textId="77777777" w:rsidR="003A2C21" w:rsidRDefault="00000000">
            <w:pPr>
              <w:pStyle w:val="ListBullet"/>
              <w:spacing w:after="34" w:line="245" w:lineRule="auto"/>
              <w:ind w:left="259" w:hanging="187"/>
            </w:pPr>
            <w:r>
              <w:rPr>
                <w:sz w:val="18"/>
              </w:rPr>
              <w:t>Recognition on selected event materials</w:t>
            </w:r>
          </w:p>
        </w:tc>
        <w:tc>
          <w:tcPr>
            <w:tcW w:w="5328" w:type="dxa"/>
            <w:tcBorders>
              <w:top w:val="single" w:sz="8" w:space="0" w:color="C59B52"/>
              <w:left w:val="single" w:sz="5" w:space="0" w:color="CBD4DA"/>
              <w:bottom w:val="single" w:sz="5" w:space="0" w:color="CBD4DA"/>
              <w:right w:val="single" w:sz="5" w:space="0" w:color="CBD4DA"/>
            </w:tcBorders>
            <w:shd w:val="clear" w:color="auto" w:fill="FFFFFF"/>
            <w:tcMar>
              <w:top w:w="135" w:type="dxa"/>
              <w:left w:w="125" w:type="dxa"/>
              <w:bottom w:w="125" w:type="dxa"/>
              <w:right w:w="125" w:type="dxa"/>
            </w:tcMar>
          </w:tcPr>
          <w:p w14:paraId="361307D6" w14:textId="77777777" w:rsidR="003A2C21" w:rsidRPr="00FD09F3" w:rsidRDefault="00000000">
            <w:pPr>
              <w:keepNext/>
              <w:spacing w:line="235" w:lineRule="auto"/>
              <w:rPr>
                <w:sz w:val="22"/>
                <w:szCs w:val="24"/>
              </w:rPr>
            </w:pPr>
            <w:r w:rsidRPr="00FD09F3">
              <w:rPr>
                <w:b/>
                <w:color w:val="112B45"/>
                <w:sz w:val="28"/>
                <w:szCs w:val="24"/>
              </w:rPr>
              <w:t>Bronze Medal Partner</w:t>
            </w:r>
            <w:r w:rsidRPr="00FD09F3">
              <w:rPr>
                <w:b/>
                <w:color w:val="C59B52"/>
                <w:sz w:val="22"/>
                <w:szCs w:val="24"/>
              </w:rPr>
              <w:t xml:space="preserve">  |  $500–$999</w:t>
            </w:r>
          </w:p>
          <w:p w14:paraId="13205D1C" w14:textId="77777777" w:rsidR="003A2C21" w:rsidRDefault="00000000">
            <w:pPr>
              <w:pStyle w:val="ListBullet"/>
              <w:spacing w:after="34" w:line="245" w:lineRule="auto"/>
              <w:ind w:left="259" w:hanging="187"/>
            </w:pPr>
            <w:r>
              <w:rPr>
                <w:sz w:val="18"/>
              </w:rPr>
              <w:t>Logo on sponsor signage</w:t>
            </w:r>
          </w:p>
          <w:p w14:paraId="5BA0AFC5" w14:textId="77777777" w:rsidR="003A2C21" w:rsidRDefault="00000000">
            <w:pPr>
              <w:pStyle w:val="ListBullet"/>
              <w:spacing w:after="34" w:line="245" w:lineRule="auto"/>
              <w:ind w:left="259" w:hanging="187"/>
            </w:pPr>
            <w:r>
              <w:rPr>
                <w:sz w:val="18"/>
              </w:rPr>
              <w:t>Logo on the WFSC website</w:t>
            </w:r>
          </w:p>
          <w:p w14:paraId="3E840609" w14:textId="77777777" w:rsidR="003A2C21" w:rsidRDefault="00000000">
            <w:pPr>
              <w:pStyle w:val="ListBullet"/>
              <w:spacing w:after="34" w:line="245" w:lineRule="auto"/>
              <w:ind w:left="259" w:hanging="187"/>
            </w:pPr>
            <w:r>
              <w:rPr>
                <w:sz w:val="18"/>
              </w:rPr>
              <w:t>Business-card-size advertisement in the Annual Ice Show program</w:t>
            </w:r>
          </w:p>
          <w:p w14:paraId="69E86F91" w14:textId="77777777" w:rsidR="003A2C21" w:rsidRDefault="00000000">
            <w:pPr>
              <w:pStyle w:val="ListBullet"/>
              <w:spacing w:after="34" w:line="245" w:lineRule="auto"/>
              <w:ind w:left="259" w:hanging="187"/>
            </w:pPr>
            <w:r>
              <w:rPr>
                <w:sz w:val="18"/>
              </w:rPr>
              <w:t>Social media thank-you</w:t>
            </w:r>
          </w:p>
          <w:p w14:paraId="150D07E3" w14:textId="77777777" w:rsidR="003A2C21" w:rsidRDefault="00000000">
            <w:pPr>
              <w:pStyle w:val="ListBullet"/>
              <w:spacing w:after="34" w:line="245" w:lineRule="auto"/>
              <w:ind w:left="259" w:hanging="187"/>
            </w:pPr>
            <w:r>
              <w:rPr>
                <w:sz w:val="18"/>
              </w:rPr>
              <w:t>Recognition in the Annual Ice Show program</w:t>
            </w:r>
          </w:p>
        </w:tc>
      </w:tr>
    </w:tbl>
    <w:p w14:paraId="4A317848" w14:textId="77777777" w:rsidR="003A2C21" w:rsidRDefault="00000000">
      <w:pPr>
        <w:spacing w:before="20" w:after="20" w:line="108" w:lineRule="auto"/>
      </w:pPr>
      <w:r>
        <w:rPr>
          <w:color w:val="FFFFFF"/>
          <w:sz w:val="6"/>
        </w:rPr>
        <w:t xml:space="preserve"> </w:t>
      </w:r>
    </w:p>
    <w:tbl>
      <w:tblPr>
        <w:tblW w:w="0" w:type="auto"/>
        <w:jc w:val="center"/>
        <w:tblLook w:val="04A0" w:firstRow="1" w:lastRow="0" w:firstColumn="1" w:lastColumn="0" w:noHBand="0" w:noVBand="1"/>
      </w:tblPr>
      <w:tblGrid>
        <w:gridCol w:w="10656"/>
      </w:tblGrid>
      <w:tr w:rsidR="003A2C21" w14:paraId="3D77C9E8" w14:textId="77777777">
        <w:trPr>
          <w:jc w:val="center"/>
        </w:trPr>
        <w:tc>
          <w:tcPr>
            <w:tcW w:w="10656" w:type="dxa"/>
            <w:tcBorders>
              <w:top w:val="single" w:sz="8" w:space="0" w:color="C59B52"/>
              <w:left w:val="single" w:sz="5" w:space="0" w:color="E6D7BD"/>
              <w:bottom w:val="single" w:sz="5" w:space="0" w:color="E6D7BD"/>
              <w:right w:val="single" w:sz="5" w:space="0" w:color="E6D7BD"/>
            </w:tcBorders>
            <w:shd w:val="clear" w:color="auto" w:fill="F7F0E3"/>
            <w:tcMar>
              <w:top w:w="110" w:type="dxa"/>
              <w:left w:w="120" w:type="dxa"/>
              <w:bottom w:w="105" w:type="dxa"/>
              <w:right w:w="120" w:type="dxa"/>
            </w:tcMar>
          </w:tcPr>
          <w:p w14:paraId="66E038C5" w14:textId="77777777" w:rsidR="003A2C21" w:rsidRPr="00FD09F3" w:rsidRDefault="00000000">
            <w:pPr>
              <w:keepNext/>
              <w:spacing w:after="20" w:line="216" w:lineRule="auto"/>
              <w:rPr>
                <w:sz w:val="22"/>
                <w:szCs w:val="24"/>
              </w:rPr>
            </w:pPr>
            <w:r w:rsidRPr="00FD09F3">
              <w:rPr>
                <w:b/>
                <w:color w:val="112B45"/>
                <w:sz w:val="28"/>
                <w:szCs w:val="24"/>
              </w:rPr>
              <w:t>Community Partner</w:t>
            </w:r>
            <w:r w:rsidRPr="00FD09F3">
              <w:rPr>
                <w:b/>
                <w:color w:val="C59B52"/>
                <w:sz w:val="22"/>
                <w:szCs w:val="24"/>
              </w:rPr>
              <w:t xml:space="preserve">  |  $250–$499</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5211"/>
              <w:gridCol w:w="5205"/>
            </w:tblGrid>
            <w:tr w:rsidR="003A2C21" w14:paraId="2427871B" w14:textId="77777777">
              <w:tc>
                <w:tcPr>
                  <w:tcW w:w="5328" w:type="dxa"/>
                  <w:tcMar>
                    <w:top w:w="25" w:type="dxa"/>
                    <w:left w:w="10" w:type="dxa"/>
                    <w:bottom w:w="25" w:type="dxa"/>
                    <w:right w:w="30" w:type="dxa"/>
                  </w:tcMar>
                </w:tcPr>
                <w:p w14:paraId="42EEDCDF" w14:textId="77777777" w:rsidR="003A2C21" w:rsidRDefault="003A2C21">
                  <w:pPr>
                    <w:spacing w:after="0"/>
                  </w:pPr>
                </w:p>
                <w:p w14:paraId="609C21CA" w14:textId="77777777" w:rsidR="003A2C21" w:rsidRDefault="00000000">
                  <w:pPr>
                    <w:pStyle w:val="ListBullet"/>
                    <w:spacing w:after="16" w:line="245" w:lineRule="auto"/>
                    <w:ind w:left="259" w:hanging="187"/>
                  </w:pPr>
                  <w:r>
                    <w:rPr>
                      <w:sz w:val="18"/>
                    </w:rPr>
                    <w:t>Business name or small logo on the WFSC website</w:t>
                  </w:r>
                </w:p>
              </w:tc>
              <w:tc>
                <w:tcPr>
                  <w:tcW w:w="5328" w:type="dxa"/>
                  <w:tcMar>
                    <w:top w:w="25" w:type="dxa"/>
                    <w:left w:w="10" w:type="dxa"/>
                    <w:bottom w:w="25" w:type="dxa"/>
                    <w:right w:w="30" w:type="dxa"/>
                  </w:tcMar>
                </w:tcPr>
                <w:p w14:paraId="60C926DC" w14:textId="77777777" w:rsidR="003A2C21" w:rsidRDefault="003A2C21">
                  <w:pPr>
                    <w:spacing w:after="0"/>
                  </w:pPr>
                </w:p>
                <w:p w14:paraId="1FE4B604" w14:textId="77777777" w:rsidR="003A2C21" w:rsidRDefault="00000000">
                  <w:pPr>
                    <w:pStyle w:val="ListBullet"/>
                    <w:spacing w:after="16" w:line="245" w:lineRule="auto"/>
                    <w:ind w:left="259" w:hanging="187"/>
                  </w:pPr>
                  <w:r>
                    <w:rPr>
                      <w:sz w:val="18"/>
                    </w:rPr>
                    <w:t>Inclusion on the WFSC sponsor listing</w:t>
                  </w:r>
                </w:p>
              </w:tc>
            </w:tr>
            <w:tr w:rsidR="003A2C21" w14:paraId="3A57003D" w14:textId="77777777">
              <w:tc>
                <w:tcPr>
                  <w:tcW w:w="5328" w:type="dxa"/>
                  <w:tcMar>
                    <w:top w:w="25" w:type="dxa"/>
                    <w:left w:w="10" w:type="dxa"/>
                    <w:bottom w:w="25" w:type="dxa"/>
                    <w:right w:w="30" w:type="dxa"/>
                  </w:tcMar>
                </w:tcPr>
                <w:p w14:paraId="1B76CD82" w14:textId="77777777" w:rsidR="003A2C21" w:rsidRDefault="003A2C21">
                  <w:pPr>
                    <w:spacing w:after="0"/>
                  </w:pPr>
                </w:p>
                <w:p w14:paraId="37B6BEA2" w14:textId="77777777" w:rsidR="003A2C21" w:rsidRDefault="00000000">
                  <w:pPr>
                    <w:pStyle w:val="ListBullet"/>
                    <w:spacing w:after="16" w:line="245" w:lineRule="auto"/>
                    <w:ind w:left="259" w:hanging="187"/>
                  </w:pPr>
                  <w:r>
                    <w:rPr>
                      <w:sz w:val="18"/>
                    </w:rPr>
                    <w:t>Recognition in the Annual Ice Show program</w:t>
                  </w:r>
                </w:p>
              </w:tc>
              <w:tc>
                <w:tcPr>
                  <w:tcW w:w="5328" w:type="dxa"/>
                  <w:tcMar>
                    <w:top w:w="25" w:type="dxa"/>
                    <w:left w:w="10" w:type="dxa"/>
                    <w:bottom w:w="25" w:type="dxa"/>
                    <w:right w:w="30" w:type="dxa"/>
                  </w:tcMar>
                </w:tcPr>
                <w:p w14:paraId="78BC0E7C" w14:textId="77777777" w:rsidR="003A2C21" w:rsidRDefault="003A2C21">
                  <w:pPr>
                    <w:spacing w:after="0"/>
                  </w:pPr>
                </w:p>
                <w:p w14:paraId="6184AFBE" w14:textId="77777777" w:rsidR="003A2C21" w:rsidRDefault="00000000">
                  <w:pPr>
                    <w:pStyle w:val="ListBullet"/>
                    <w:spacing w:after="16" w:line="245" w:lineRule="auto"/>
                    <w:ind w:left="259" w:hanging="187"/>
                  </w:pPr>
                  <w:r>
                    <w:rPr>
                      <w:sz w:val="18"/>
                    </w:rPr>
                    <w:t>Inclusion in a community sponsor thank-you post</w:t>
                  </w:r>
                </w:p>
              </w:tc>
            </w:tr>
          </w:tbl>
          <w:p w14:paraId="36B0F36F" w14:textId="77777777" w:rsidR="003A2C21" w:rsidRDefault="003A2C21"/>
        </w:tc>
      </w:tr>
    </w:tbl>
    <w:p w14:paraId="3789A84B" w14:textId="77777777" w:rsidR="003A2C21" w:rsidRDefault="00000000">
      <w:pPr>
        <w:spacing w:before="140" w:after="0"/>
        <w:jc w:val="center"/>
      </w:pPr>
      <w:r>
        <w:rPr>
          <w:i/>
          <w:color w:val="66727C"/>
          <w:sz w:val="17"/>
        </w:rPr>
        <w:t>Jacket embroidery, rink-board placement and banner recognition are subject to sponsorship deadlines, final artwork approval and facility authorization.</w:t>
      </w:r>
    </w:p>
    <w:tbl>
      <w:tblPr>
        <w:tblW w:w="0" w:type="auto"/>
        <w:jc w:val="center"/>
        <w:tblLook w:val="04A0" w:firstRow="1" w:lastRow="0" w:firstColumn="1" w:lastColumn="0" w:noHBand="0" w:noVBand="1"/>
      </w:tblPr>
      <w:tblGrid>
        <w:gridCol w:w="10656"/>
      </w:tblGrid>
      <w:tr w:rsidR="003A2C21" w14:paraId="166F0DAC" w14:textId="77777777">
        <w:trPr>
          <w:jc w:val="center"/>
        </w:trPr>
        <w:tc>
          <w:tcPr>
            <w:tcW w:w="10656" w:type="dxa"/>
            <w:shd w:val="clear" w:color="auto" w:fill="112B45"/>
            <w:tcMar>
              <w:top w:w="120" w:type="dxa"/>
              <w:left w:w="130" w:type="dxa"/>
              <w:bottom w:w="120" w:type="dxa"/>
              <w:right w:w="130" w:type="dxa"/>
            </w:tcMar>
          </w:tcPr>
          <w:p w14:paraId="370A0503" w14:textId="77777777" w:rsidR="003A2C21" w:rsidRDefault="00000000">
            <w:pPr>
              <w:spacing w:after="0"/>
              <w:jc w:val="center"/>
            </w:pPr>
            <w:r w:rsidRPr="00FD09F3">
              <w:rPr>
                <w:b/>
                <w:color w:val="FFFFFF"/>
                <w:sz w:val="22"/>
                <w:szCs w:val="28"/>
              </w:rPr>
              <w:t>READY TO PARTNER? COMPLETE THE COMMITMENT FORM OR CONTACT ADMIN@WILLISTONFSC.COM.</w:t>
            </w:r>
          </w:p>
        </w:tc>
      </w:tr>
    </w:tbl>
    <w:p w14:paraId="3D6C4132" w14:textId="77777777" w:rsidR="003A2C21" w:rsidRDefault="00000000">
      <w:r>
        <w:br w:type="page"/>
      </w:r>
    </w:p>
    <w:p w14:paraId="7D0E0077" w14:textId="77777777" w:rsidR="003A2C21" w:rsidRPr="00FD09F3" w:rsidRDefault="00000000">
      <w:pPr>
        <w:spacing w:after="20"/>
        <w:jc w:val="center"/>
        <w:rPr>
          <w:sz w:val="32"/>
          <w:szCs w:val="36"/>
        </w:rPr>
      </w:pPr>
      <w:r w:rsidRPr="00FD09F3">
        <w:rPr>
          <w:b/>
          <w:color w:val="18BFD0"/>
          <w:sz w:val="28"/>
          <w:szCs w:val="36"/>
        </w:rPr>
        <w:lastRenderedPageBreak/>
        <w:t>THANK YOU FOR SUPPORTING LOCAL SKATERS</w:t>
      </w:r>
    </w:p>
    <w:p w14:paraId="1D34C540" w14:textId="77777777" w:rsidR="003A2C21" w:rsidRDefault="00000000">
      <w:pPr>
        <w:keepNext/>
        <w:pBdr>
          <w:bottom w:val="single" w:sz="12" w:space="4" w:color="C59B52"/>
        </w:pBdr>
        <w:spacing w:after="160" w:line="235" w:lineRule="auto"/>
        <w:jc w:val="center"/>
      </w:pPr>
      <w:r>
        <w:rPr>
          <w:b/>
          <w:color w:val="112B45"/>
          <w:sz w:val="46"/>
        </w:rPr>
        <w:t>Sponsorship Commitment Form</w:t>
      </w:r>
    </w:p>
    <w:tbl>
      <w:tblPr>
        <w:tblW w:w="0" w:type="auto"/>
        <w:jc w:val="center"/>
        <w:tblLayout w:type="fixed"/>
        <w:tblLook w:val="04A0" w:firstRow="1" w:lastRow="0" w:firstColumn="1" w:lastColumn="0" w:noHBand="0" w:noVBand="1"/>
      </w:tblPr>
      <w:tblGrid>
        <w:gridCol w:w="5328"/>
        <w:gridCol w:w="5328"/>
      </w:tblGrid>
      <w:tr w:rsidR="003A2C21" w14:paraId="64CD7458" w14:textId="77777777">
        <w:trPr>
          <w:trHeight w:val="965"/>
          <w:jc w:val="center"/>
        </w:trPr>
        <w:tc>
          <w:tcPr>
            <w:tcW w:w="5328" w:type="dxa"/>
            <w:tcBorders>
              <w:top w:val="single" w:sz="5" w:space="0" w:color="CBD4DA"/>
              <w:left w:val="single" w:sz="5" w:space="0" w:color="CBD4DA"/>
              <w:bottom w:val="single" w:sz="5" w:space="0" w:color="CBD4DA"/>
              <w:right w:val="single" w:sz="5" w:space="0" w:color="CBD4DA"/>
            </w:tcBorders>
            <w:shd w:val="clear" w:color="auto" w:fill="F4F6F8"/>
            <w:tcMar>
              <w:top w:w="105" w:type="dxa"/>
              <w:left w:w="110" w:type="dxa"/>
              <w:bottom w:w="125" w:type="dxa"/>
              <w:right w:w="110" w:type="dxa"/>
            </w:tcMar>
          </w:tcPr>
          <w:p w14:paraId="0C7FF102" w14:textId="77777777" w:rsidR="003A2C21" w:rsidRPr="00FD09F3" w:rsidRDefault="00000000">
            <w:pPr>
              <w:spacing w:after="220" w:line="235" w:lineRule="auto"/>
              <w:rPr>
                <w:sz w:val="18"/>
                <w:szCs w:val="24"/>
              </w:rPr>
            </w:pPr>
            <w:r w:rsidRPr="00FD09F3">
              <w:rPr>
                <w:b/>
                <w:color w:val="112B45"/>
                <w:sz w:val="18"/>
                <w:szCs w:val="24"/>
              </w:rPr>
              <w:t>BUSINESS / ORGANIZATION NAME</w:t>
            </w:r>
          </w:p>
          <w:p w14:paraId="234D9B84" w14:textId="09FB299E" w:rsidR="003A2C21" w:rsidRPr="00FD09F3" w:rsidRDefault="00000000">
            <w:pPr>
              <w:spacing w:after="0"/>
              <w:rPr>
                <w:sz w:val="18"/>
                <w:szCs w:val="24"/>
              </w:rPr>
            </w:pPr>
            <w:r w:rsidRPr="00FD09F3">
              <w:rPr>
                <w:color w:val="66727C"/>
                <w:sz w:val="18"/>
                <w:szCs w:val="24"/>
              </w:rPr>
              <w:t>_____________________________________________________________</w:t>
            </w:r>
          </w:p>
        </w:tc>
        <w:tc>
          <w:tcPr>
            <w:tcW w:w="5328" w:type="dxa"/>
            <w:tcBorders>
              <w:top w:val="single" w:sz="5" w:space="0" w:color="CBD4DA"/>
              <w:left w:val="single" w:sz="5" w:space="0" w:color="CBD4DA"/>
              <w:bottom w:val="single" w:sz="5" w:space="0" w:color="CBD4DA"/>
              <w:right w:val="single" w:sz="5" w:space="0" w:color="CBD4DA"/>
            </w:tcBorders>
            <w:shd w:val="clear" w:color="auto" w:fill="F4F6F8"/>
            <w:tcMar>
              <w:top w:w="105" w:type="dxa"/>
              <w:left w:w="110" w:type="dxa"/>
              <w:bottom w:w="125" w:type="dxa"/>
              <w:right w:w="110" w:type="dxa"/>
            </w:tcMar>
          </w:tcPr>
          <w:p w14:paraId="7353DCDC" w14:textId="77777777" w:rsidR="003A2C21" w:rsidRPr="00FD09F3" w:rsidRDefault="00000000">
            <w:pPr>
              <w:spacing w:after="220" w:line="235" w:lineRule="auto"/>
              <w:rPr>
                <w:sz w:val="18"/>
                <w:szCs w:val="24"/>
              </w:rPr>
            </w:pPr>
            <w:r w:rsidRPr="00FD09F3">
              <w:rPr>
                <w:b/>
                <w:color w:val="112B45"/>
                <w:sz w:val="18"/>
                <w:szCs w:val="24"/>
              </w:rPr>
              <w:t>CONTACT PERSON</w:t>
            </w:r>
          </w:p>
          <w:p w14:paraId="734CCFD1" w14:textId="0E1A89BD" w:rsidR="003A2C21" w:rsidRPr="00FD09F3" w:rsidRDefault="00000000">
            <w:pPr>
              <w:spacing w:after="0"/>
              <w:rPr>
                <w:sz w:val="18"/>
                <w:szCs w:val="24"/>
              </w:rPr>
            </w:pPr>
            <w:r w:rsidRPr="00FD09F3">
              <w:rPr>
                <w:color w:val="66727C"/>
                <w:sz w:val="18"/>
                <w:szCs w:val="24"/>
              </w:rPr>
              <w:t>_____________________________________________________________</w:t>
            </w:r>
          </w:p>
        </w:tc>
      </w:tr>
      <w:tr w:rsidR="003A2C21" w14:paraId="27F8BCE2" w14:textId="77777777">
        <w:trPr>
          <w:trHeight w:val="965"/>
          <w:jc w:val="center"/>
        </w:trPr>
        <w:tc>
          <w:tcPr>
            <w:tcW w:w="5328" w:type="dxa"/>
            <w:tcBorders>
              <w:top w:val="single" w:sz="5" w:space="0" w:color="CBD4DA"/>
              <w:left w:val="single" w:sz="5" w:space="0" w:color="CBD4DA"/>
              <w:bottom w:val="single" w:sz="5" w:space="0" w:color="CBD4DA"/>
              <w:right w:val="single" w:sz="5" w:space="0" w:color="CBD4DA"/>
            </w:tcBorders>
            <w:shd w:val="clear" w:color="auto" w:fill="F4F6F8"/>
            <w:tcMar>
              <w:top w:w="105" w:type="dxa"/>
              <w:left w:w="110" w:type="dxa"/>
              <w:bottom w:w="125" w:type="dxa"/>
              <w:right w:w="110" w:type="dxa"/>
            </w:tcMar>
          </w:tcPr>
          <w:p w14:paraId="38F531B4" w14:textId="77777777" w:rsidR="003A2C21" w:rsidRPr="00FD09F3" w:rsidRDefault="00000000">
            <w:pPr>
              <w:spacing w:after="220" w:line="235" w:lineRule="auto"/>
              <w:rPr>
                <w:sz w:val="18"/>
                <w:szCs w:val="24"/>
              </w:rPr>
            </w:pPr>
            <w:r w:rsidRPr="00FD09F3">
              <w:rPr>
                <w:b/>
                <w:color w:val="112B45"/>
                <w:sz w:val="18"/>
                <w:szCs w:val="24"/>
              </w:rPr>
              <w:t>PHONE</w:t>
            </w:r>
          </w:p>
          <w:p w14:paraId="3180A926" w14:textId="533D853C" w:rsidR="003A2C21" w:rsidRPr="00FD09F3" w:rsidRDefault="00000000">
            <w:pPr>
              <w:spacing w:after="0"/>
              <w:rPr>
                <w:sz w:val="18"/>
                <w:szCs w:val="24"/>
              </w:rPr>
            </w:pPr>
            <w:r w:rsidRPr="00FD09F3">
              <w:rPr>
                <w:color w:val="66727C"/>
                <w:sz w:val="18"/>
                <w:szCs w:val="24"/>
              </w:rPr>
              <w:t>_____________________________________________________________</w:t>
            </w:r>
          </w:p>
        </w:tc>
        <w:tc>
          <w:tcPr>
            <w:tcW w:w="5328" w:type="dxa"/>
            <w:tcBorders>
              <w:top w:val="single" w:sz="5" w:space="0" w:color="CBD4DA"/>
              <w:left w:val="single" w:sz="5" w:space="0" w:color="CBD4DA"/>
              <w:bottom w:val="single" w:sz="5" w:space="0" w:color="CBD4DA"/>
              <w:right w:val="single" w:sz="5" w:space="0" w:color="CBD4DA"/>
            </w:tcBorders>
            <w:shd w:val="clear" w:color="auto" w:fill="F4F6F8"/>
            <w:tcMar>
              <w:top w:w="105" w:type="dxa"/>
              <w:left w:w="110" w:type="dxa"/>
              <w:bottom w:w="125" w:type="dxa"/>
              <w:right w:w="110" w:type="dxa"/>
            </w:tcMar>
          </w:tcPr>
          <w:p w14:paraId="2FE5D9B8" w14:textId="77777777" w:rsidR="003A2C21" w:rsidRPr="00FD09F3" w:rsidRDefault="00000000">
            <w:pPr>
              <w:spacing w:after="220" w:line="235" w:lineRule="auto"/>
              <w:rPr>
                <w:sz w:val="18"/>
                <w:szCs w:val="24"/>
              </w:rPr>
            </w:pPr>
            <w:r w:rsidRPr="00FD09F3">
              <w:rPr>
                <w:b/>
                <w:color w:val="112B45"/>
                <w:sz w:val="18"/>
                <w:szCs w:val="24"/>
              </w:rPr>
              <w:t>EMAIL</w:t>
            </w:r>
          </w:p>
          <w:p w14:paraId="1FDE2330" w14:textId="2CBF7F12" w:rsidR="003A2C21" w:rsidRPr="00FD09F3" w:rsidRDefault="00000000">
            <w:pPr>
              <w:spacing w:after="0"/>
              <w:rPr>
                <w:sz w:val="18"/>
                <w:szCs w:val="24"/>
              </w:rPr>
            </w:pPr>
            <w:r w:rsidRPr="00FD09F3">
              <w:rPr>
                <w:color w:val="66727C"/>
                <w:sz w:val="18"/>
                <w:szCs w:val="24"/>
              </w:rPr>
              <w:t>_____________________________________________________________</w:t>
            </w:r>
          </w:p>
        </w:tc>
      </w:tr>
      <w:tr w:rsidR="003A2C21" w14:paraId="43D3238C" w14:textId="77777777">
        <w:trPr>
          <w:trHeight w:val="965"/>
          <w:jc w:val="center"/>
        </w:trPr>
        <w:tc>
          <w:tcPr>
            <w:tcW w:w="5328" w:type="dxa"/>
            <w:tcBorders>
              <w:top w:val="single" w:sz="5" w:space="0" w:color="CBD4DA"/>
              <w:left w:val="single" w:sz="5" w:space="0" w:color="CBD4DA"/>
              <w:bottom w:val="single" w:sz="5" w:space="0" w:color="CBD4DA"/>
              <w:right w:val="single" w:sz="5" w:space="0" w:color="CBD4DA"/>
            </w:tcBorders>
            <w:shd w:val="clear" w:color="auto" w:fill="F4F6F8"/>
            <w:tcMar>
              <w:top w:w="105" w:type="dxa"/>
              <w:left w:w="110" w:type="dxa"/>
              <w:bottom w:w="125" w:type="dxa"/>
              <w:right w:w="110" w:type="dxa"/>
            </w:tcMar>
          </w:tcPr>
          <w:p w14:paraId="0C72F8C8" w14:textId="77777777" w:rsidR="003A2C21" w:rsidRPr="00FD09F3" w:rsidRDefault="00000000">
            <w:pPr>
              <w:spacing w:after="220" w:line="235" w:lineRule="auto"/>
              <w:rPr>
                <w:sz w:val="22"/>
                <w:szCs w:val="24"/>
              </w:rPr>
            </w:pPr>
            <w:r w:rsidRPr="00FD09F3">
              <w:rPr>
                <w:b/>
                <w:color w:val="112B45"/>
                <w:sz w:val="18"/>
                <w:szCs w:val="24"/>
              </w:rPr>
              <w:t>MAILING ADDRESS</w:t>
            </w:r>
          </w:p>
          <w:p w14:paraId="31BEB97E" w14:textId="77777777" w:rsidR="003A2C21" w:rsidRDefault="00000000">
            <w:pPr>
              <w:spacing w:after="0"/>
            </w:pPr>
            <w:r>
              <w:rPr>
                <w:color w:val="66727C"/>
                <w:sz w:val="17"/>
              </w:rPr>
              <w:t>________________________________________________________________</w:t>
            </w:r>
          </w:p>
        </w:tc>
        <w:tc>
          <w:tcPr>
            <w:tcW w:w="5328" w:type="dxa"/>
            <w:tcBorders>
              <w:top w:val="single" w:sz="5" w:space="0" w:color="CBD4DA"/>
              <w:left w:val="single" w:sz="5" w:space="0" w:color="CBD4DA"/>
              <w:bottom w:val="single" w:sz="5" w:space="0" w:color="CBD4DA"/>
              <w:right w:val="single" w:sz="5" w:space="0" w:color="CBD4DA"/>
            </w:tcBorders>
            <w:shd w:val="clear" w:color="auto" w:fill="F4F6F8"/>
            <w:tcMar>
              <w:top w:w="105" w:type="dxa"/>
              <w:left w:w="110" w:type="dxa"/>
              <w:bottom w:w="125" w:type="dxa"/>
              <w:right w:w="110" w:type="dxa"/>
            </w:tcMar>
          </w:tcPr>
          <w:p w14:paraId="7CDEF062" w14:textId="77777777" w:rsidR="003A2C21" w:rsidRPr="00FD09F3" w:rsidRDefault="00000000">
            <w:pPr>
              <w:spacing w:after="220" w:line="235" w:lineRule="auto"/>
              <w:rPr>
                <w:sz w:val="22"/>
                <w:szCs w:val="24"/>
              </w:rPr>
            </w:pPr>
            <w:r w:rsidRPr="00FD09F3">
              <w:rPr>
                <w:b/>
                <w:color w:val="112B45"/>
                <w:sz w:val="18"/>
                <w:szCs w:val="24"/>
              </w:rPr>
              <w:t>CITY / STATE / ZIP</w:t>
            </w:r>
          </w:p>
          <w:p w14:paraId="0FB8E919" w14:textId="77777777" w:rsidR="003A2C21" w:rsidRDefault="00000000">
            <w:pPr>
              <w:spacing w:after="0"/>
            </w:pPr>
            <w:r>
              <w:rPr>
                <w:color w:val="66727C"/>
                <w:sz w:val="17"/>
              </w:rPr>
              <w:t>________________________________________________________________</w:t>
            </w:r>
          </w:p>
        </w:tc>
      </w:tr>
      <w:tr w:rsidR="003A2C21" w14:paraId="3F31996C" w14:textId="77777777">
        <w:trPr>
          <w:trHeight w:val="965"/>
          <w:jc w:val="center"/>
        </w:trPr>
        <w:tc>
          <w:tcPr>
            <w:tcW w:w="5328" w:type="dxa"/>
            <w:tcBorders>
              <w:top w:val="single" w:sz="5" w:space="0" w:color="CBD4DA"/>
              <w:left w:val="single" w:sz="5" w:space="0" w:color="CBD4DA"/>
              <w:bottom w:val="single" w:sz="5" w:space="0" w:color="CBD4DA"/>
              <w:right w:val="single" w:sz="5" w:space="0" w:color="CBD4DA"/>
            </w:tcBorders>
            <w:shd w:val="clear" w:color="auto" w:fill="F4F6F8"/>
            <w:tcMar>
              <w:top w:w="105" w:type="dxa"/>
              <w:left w:w="110" w:type="dxa"/>
              <w:bottom w:w="125" w:type="dxa"/>
              <w:right w:w="110" w:type="dxa"/>
            </w:tcMar>
          </w:tcPr>
          <w:p w14:paraId="160785EF" w14:textId="77777777" w:rsidR="003A2C21" w:rsidRPr="00FD09F3" w:rsidRDefault="00000000">
            <w:pPr>
              <w:spacing w:after="220" w:line="235" w:lineRule="auto"/>
              <w:rPr>
                <w:sz w:val="22"/>
                <w:szCs w:val="24"/>
              </w:rPr>
            </w:pPr>
            <w:r w:rsidRPr="00FD09F3">
              <w:rPr>
                <w:b/>
                <w:color w:val="112B45"/>
                <w:sz w:val="18"/>
                <w:szCs w:val="24"/>
              </w:rPr>
              <w:t>WFSC MEMBER REFERRAL NAME (IF APPLICABLE)</w:t>
            </w:r>
          </w:p>
          <w:p w14:paraId="39A9CDA8" w14:textId="77777777" w:rsidR="003A2C21" w:rsidRDefault="00000000">
            <w:pPr>
              <w:spacing w:after="0"/>
            </w:pPr>
            <w:r>
              <w:rPr>
                <w:color w:val="66727C"/>
                <w:sz w:val="17"/>
              </w:rPr>
              <w:t>________________________________________________________________</w:t>
            </w:r>
          </w:p>
        </w:tc>
        <w:tc>
          <w:tcPr>
            <w:tcW w:w="5328" w:type="dxa"/>
            <w:tcBorders>
              <w:top w:val="single" w:sz="5" w:space="0" w:color="CBD4DA"/>
              <w:left w:val="single" w:sz="5" w:space="0" w:color="CBD4DA"/>
              <w:bottom w:val="single" w:sz="5" w:space="0" w:color="CBD4DA"/>
              <w:right w:val="single" w:sz="5" w:space="0" w:color="CBD4DA"/>
            </w:tcBorders>
            <w:shd w:val="clear" w:color="auto" w:fill="F4F6F8"/>
            <w:tcMar>
              <w:top w:w="105" w:type="dxa"/>
              <w:left w:w="110" w:type="dxa"/>
              <w:bottom w:w="125" w:type="dxa"/>
              <w:right w:w="110" w:type="dxa"/>
            </w:tcMar>
          </w:tcPr>
          <w:p w14:paraId="424389D6" w14:textId="77777777" w:rsidR="003A2C21" w:rsidRPr="00FD09F3" w:rsidRDefault="00000000">
            <w:pPr>
              <w:spacing w:after="220" w:line="235" w:lineRule="auto"/>
              <w:rPr>
                <w:sz w:val="22"/>
                <w:szCs w:val="24"/>
              </w:rPr>
            </w:pPr>
            <w:r w:rsidRPr="00FD09F3">
              <w:rPr>
                <w:b/>
                <w:color w:val="112B45"/>
                <w:sz w:val="18"/>
                <w:szCs w:val="24"/>
              </w:rPr>
              <w:t>BUSINESS WEBSITE / SOCIAL HANDLE</w:t>
            </w:r>
          </w:p>
          <w:p w14:paraId="340BAE7C" w14:textId="77777777" w:rsidR="003A2C21" w:rsidRDefault="00000000">
            <w:pPr>
              <w:spacing w:after="0"/>
            </w:pPr>
            <w:r>
              <w:rPr>
                <w:color w:val="66727C"/>
                <w:sz w:val="17"/>
              </w:rPr>
              <w:t>________________________________________________________________</w:t>
            </w:r>
          </w:p>
        </w:tc>
      </w:tr>
    </w:tbl>
    <w:p w14:paraId="6CD79DEC" w14:textId="77777777" w:rsidR="003A2C21" w:rsidRPr="00FD09F3" w:rsidRDefault="00000000">
      <w:pPr>
        <w:keepNext/>
        <w:spacing w:before="40" w:after="60"/>
        <w:rPr>
          <w:sz w:val="22"/>
          <w:szCs w:val="24"/>
        </w:rPr>
      </w:pPr>
      <w:r w:rsidRPr="00FD09F3">
        <w:rPr>
          <w:b/>
          <w:color w:val="18BFD0"/>
          <w:sz w:val="22"/>
          <w:szCs w:val="24"/>
        </w:rPr>
        <w:t>SELECT A SPONSORSHIP LEVEL</w:t>
      </w:r>
    </w:p>
    <w:tbl>
      <w:tblPr>
        <w:tblW w:w="0" w:type="auto"/>
        <w:jc w:val="center"/>
        <w:tblLayout w:type="fixed"/>
        <w:tblLook w:val="04A0" w:firstRow="1" w:lastRow="0" w:firstColumn="1" w:lastColumn="0" w:noHBand="0" w:noVBand="1"/>
      </w:tblPr>
      <w:tblGrid>
        <w:gridCol w:w="5328"/>
        <w:gridCol w:w="5328"/>
      </w:tblGrid>
      <w:tr w:rsidR="003A2C21" w14:paraId="10F28992" w14:textId="77777777">
        <w:trPr>
          <w:trHeight w:val="605"/>
          <w:jc w:val="center"/>
        </w:trPr>
        <w:tc>
          <w:tcPr>
            <w:tcW w:w="5328" w:type="dxa"/>
            <w:tcBorders>
              <w:top w:val="single" w:sz="4" w:space="0" w:color="DDE3E7"/>
              <w:left w:val="single" w:sz="4" w:space="0" w:color="DDE3E7"/>
              <w:bottom w:val="single" w:sz="4" w:space="0" w:color="DDE3E7"/>
              <w:right w:val="single" w:sz="4" w:space="0" w:color="DDE3E7"/>
            </w:tcBorders>
            <w:tcMar>
              <w:top w:w="75" w:type="dxa"/>
              <w:left w:w="100" w:type="dxa"/>
              <w:bottom w:w="75" w:type="dxa"/>
              <w:right w:w="100" w:type="dxa"/>
            </w:tcMar>
          </w:tcPr>
          <w:p w14:paraId="26D250D6" w14:textId="77777777" w:rsidR="003A2C21" w:rsidRPr="00FD09F3" w:rsidRDefault="00000000">
            <w:pPr>
              <w:spacing w:after="0" w:line="228" w:lineRule="auto"/>
              <w:rPr>
                <w:szCs w:val="24"/>
              </w:rPr>
            </w:pPr>
            <w:r w:rsidRPr="00FD09F3">
              <w:rPr>
                <w:b/>
                <w:szCs w:val="24"/>
              </w:rPr>
              <w:t>☐  Champion Partner — $5,000+</w:t>
            </w:r>
          </w:p>
        </w:tc>
        <w:tc>
          <w:tcPr>
            <w:tcW w:w="5328" w:type="dxa"/>
            <w:tcBorders>
              <w:top w:val="single" w:sz="4" w:space="0" w:color="DDE3E7"/>
              <w:left w:val="single" w:sz="4" w:space="0" w:color="DDE3E7"/>
              <w:bottom w:val="single" w:sz="4" w:space="0" w:color="DDE3E7"/>
              <w:right w:val="single" w:sz="4" w:space="0" w:color="DDE3E7"/>
            </w:tcBorders>
            <w:tcMar>
              <w:top w:w="75" w:type="dxa"/>
              <w:left w:w="100" w:type="dxa"/>
              <w:bottom w:w="75" w:type="dxa"/>
              <w:right w:w="100" w:type="dxa"/>
            </w:tcMar>
          </w:tcPr>
          <w:p w14:paraId="6D73DD02" w14:textId="77777777" w:rsidR="003A2C21" w:rsidRPr="00FD09F3" w:rsidRDefault="00000000">
            <w:pPr>
              <w:spacing w:after="0" w:line="228" w:lineRule="auto"/>
              <w:rPr>
                <w:szCs w:val="24"/>
              </w:rPr>
            </w:pPr>
            <w:r w:rsidRPr="00FD09F3">
              <w:rPr>
                <w:b/>
                <w:szCs w:val="24"/>
              </w:rPr>
              <w:t>☐  Gold Medal Partner — $2,500–$4,999</w:t>
            </w:r>
          </w:p>
        </w:tc>
      </w:tr>
      <w:tr w:rsidR="003A2C21" w14:paraId="27933B93" w14:textId="77777777">
        <w:trPr>
          <w:trHeight w:val="605"/>
          <w:jc w:val="center"/>
        </w:trPr>
        <w:tc>
          <w:tcPr>
            <w:tcW w:w="5328" w:type="dxa"/>
            <w:tcBorders>
              <w:top w:val="single" w:sz="4" w:space="0" w:color="DDE3E7"/>
              <w:left w:val="single" w:sz="4" w:space="0" w:color="DDE3E7"/>
              <w:bottom w:val="single" w:sz="4" w:space="0" w:color="DDE3E7"/>
              <w:right w:val="single" w:sz="4" w:space="0" w:color="DDE3E7"/>
            </w:tcBorders>
            <w:tcMar>
              <w:top w:w="75" w:type="dxa"/>
              <w:left w:w="100" w:type="dxa"/>
              <w:bottom w:w="75" w:type="dxa"/>
              <w:right w:w="100" w:type="dxa"/>
            </w:tcMar>
          </w:tcPr>
          <w:p w14:paraId="4394529F" w14:textId="77777777" w:rsidR="003A2C21" w:rsidRPr="00FD09F3" w:rsidRDefault="00000000">
            <w:pPr>
              <w:spacing w:after="0" w:line="228" w:lineRule="auto"/>
              <w:rPr>
                <w:szCs w:val="24"/>
              </w:rPr>
            </w:pPr>
            <w:r w:rsidRPr="00FD09F3">
              <w:rPr>
                <w:b/>
                <w:szCs w:val="24"/>
              </w:rPr>
              <w:t>☐  Silver Medal Partner — $1,000–$2,499</w:t>
            </w:r>
          </w:p>
        </w:tc>
        <w:tc>
          <w:tcPr>
            <w:tcW w:w="5328" w:type="dxa"/>
            <w:tcBorders>
              <w:top w:val="single" w:sz="4" w:space="0" w:color="DDE3E7"/>
              <w:left w:val="single" w:sz="4" w:space="0" w:color="DDE3E7"/>
              <w:bottom w:val="single" w:sz="4" w:space="0" w:color="DDE3E7"/>
              <w:right w:val="single" w:sz="4" w:space="0" w:color="DDE3E7"/>
            </w:tcBorders>
            <w:tcMar>
              <w:top w:w="75" w:type="dxa"/>
              <w:left w:w="100" w:type="dxa"/>
              <w:bottom w:w="75" w:type="dxa"/>
              <w:right w:w="100" w:type="dxa"/>
            </w:tcMar>
          </w:tcPr>
          <w:p w14:paraId="2C327A86" w14:textId="77777777" w:rsidR="003A2C21" w:rsidRPr="00FD09F3" w:rsidRDefault="00000000">
            <w:pPr>
              <w:spacing w:after="0" w:line="228" w:lineRule="auto"/>
              <w:rPr>
                <w:szCs w:val="24"/>
              </w:rPr>
            </w:pPr>
            <w:r w:rsidRPr="00FD09F3">
              <w:rPr>
                <w:b/>
                <w:szCs w:val="24"/>
              </w:rPr>
              <w:t>☐  Bronze Medal Partner — $500–$999</w:t>
            </w:r>
          </w:p>
        </w:tc>
      </w:tr>
      <w:tr w:rsidR="003A2C21" w14:paraId="3667B8D1" w14:textId="77777777">
        <w:trPr>
          <w:trHeight w:val="605"/>
          <w:jc w:val="center"/>
        </w:trPr>
        <w:tc>
          <w:tcPr>
            <w:tcW w:w="5328" w:type="dxa"/>
            <w:tcBorders>
              <w:top w:val="single" w:sz="4" w:space="0" w:color="DDE3E7"/>
              <w:left w:val="single" w:sz="4" w:space="0" w:color="DDE3E7"/>
              <w:bottom w:val="single" w:sz="4" w:space="0" w:color="DDE3E7"/>
              <w:right w:val="single" w:sz="4" w:space="0" w:color="DDE3E7"/>
            </w:tcBorders>
            <w:tcMar>
              <w:top w:w="75" w:type="dxa"/>
              <w:left w:w="100" w:type="dxa"/>
              <w:bottom w:w="75" w:type="dxa"/>
              <w:right w:w="100" w:type="dxa"/>
            </w:tcMar>
          </w:tcPr>
          <w:p w14:paraId="56614886" w14:textId="77777777" w:rsidR="003A2C21" w:rsidRPr="00FD09F3" w:rsidRDefault="00000000">
            <w:pPr>
              <w:spacing w:after="0" w:line="228" w:lineRule="auto"/>
              <w:rPr>
                <w:szCs w:val="24"/>
              </w:rPr>
            </w:pPr>
            <w:r w:rsidRPr="00FD09F3">
              <w:rPr>
                <w:b/>
                <w:szCs w:val="24"/>
              </w:rPr>
              <w:t>☐  Community Partner — $250–$499</w:t>
            </w:r>
          </w:p>
        </w:tc>
        <w:tc>
          <w:tcPr>
            <w:tcW w:w="5328" w:type="dxa"/>
            <w:tcBorders>
              <w:top w:val="single" w:sz="4" w:space="0" w:color="DDE3E7"/>
              <w:left w:val="single" w:sz="4" w:space="0" w:color="DDE3E7"/>
              <w:bottom w:val="single" w:sz="4" w:space="0" w:color="DDE3E7"/>
              <w:right w:val="single" w:sz="4" w:space="0" w:color="DDE3E7"/>
            </w:tcBorders>
            <w:tcMar>
              <w:top w:w="75" w:type="dxa"/>
              <w:left w:w="100" w:type="dxa"/>
              <w:bottom w:w="75" w:type="dxa"/>
              <w:right w:w="100" w:type="dxa"/>
            </w:tcMar>
          </w:tcPr>
          <w:p w14:paraId="6D281983" w14:textId="77777777" w:rsidR="003A2C21" w:rsidRPr="00FD09F3" w:rsidRDefault="00000000">
            <w:pPr>
              <w:spacing w:after="0" w:line="228" w:lineRule="auto"/>
              <w:rPr>
                <w:szCs w:val="24"/>
              </w:rPr>
            </w:pPr>
            <w:r w:rsidRPr="00FD09F3">
              <w:rPr>
                <w:b/>
                <w:szCs w:val="24"/>
              </w:rPr>
              <w:t>☐  Other Amount:  $________________</w:t>
            </w:r>
          </w:p>
        </w:tc>
      </w:tr>
    </w:tbl>
    <w:p w14:paraId="4429F813" w14:textId="77777777" w:rsidR="003A2C21" w:rsidRPr="00FD09F3" w:rsidRDefault="00000000">
      <w:pPr>
        <w:keepNext/>
        <w:spacing w:before="40" w:after="60"/>
        <w:rPr>
          <w:sz w:val="22"/>
          <w:szCs w:val="24"/>
        </w:rPr>
      </w:pPr>
      <w:r w:rsidRPr="00FD09F3">
        <w:rPr>
          <w:b/>
          <w:color w:val="18BFD0"/>
          <w:sz w:val="22"/>
          <w:szCs w:val="24"/>
        </w:rPr>
        <w:t>PAYMENT &amp; AUTHORIZATION</w:t>
      </w:r>
    </w:p>
    <w:tbl>
      <w:tblPr>
        <w:tblW w:w="0" w:type="auto"/>
        <w:jc w:val="center"/>
        <w:tblLayout w:type="fixed"/>
        <w:tblLook w:val="04A0" w:firstRow="1" w:lastRow="0" w:firstColumn="1" w:lastColumn="0" w:noHBand="0" w:noVBand="1"/>
      </w:tblPr>
      <w:tblGrid>
        <w:gridCol w:w="5328"/>
        <w:gridCol w:w="5328"/>
        <w:gridCol w:w="105"/>
      </w:tblGrid>
      <w:tr w:rsidR="003A2C21" w:rsidRPr="00FD09F3" w14:paraId="07EC9C0F" w14:textId="77777777">
        <w:trPr>
          <w:gridAfter w:val="1"/>
          <w:wAfter w:w="105" w:type="dxa"/>
          <w:trHeight w:val="1037"/>
          <w:jc w:val="center"/>
        </w:trPr>
        <w:tc>
          <w:tcPr>
            <w:tcW w:w="5328" w:type="dxa"/>
            <w:tcBorders>
              <w:top w:val="single" w:sz="4" w:space="0" w:color="CBD4DA"/>
              <w:left w:val="single" w:sz="4" w:space="0" w:color="CBD4DA"/>
              <w:bottom w:val="single" w:sz="4" w:space="0" w:color="CBD4DA"/>
              <w:right w:val="single" w:sz="4" w:space="0" w:color="CBD4DA"/>
            </w:tcBorders>
            <w:tcMar>
              <w:top w:w="100" w:type="dxa"/>
              <w:left w:w="105" w:type="dxa"/>
              <w:bottom w:w="115" w:type="dxa"/>
              <w:right w:w="105" w:type="dxa"/>
            </w:tcMar>
          </w:tcPr>
          <w:p w14:paraId="191EDC0D" w14:textId="76609CE8" w:rsidR="003A2C21" w:rsidRPr="00FD09F3" w:rsidRDefault="00000000">
            <w:pPr>
              <w:spacing w:after="200"/>
              <w:rPr>
                <w:szCs w:val="24"/>
              </w:rPr>
            </w:pPr>
            <w:r w:rsidRPr="00FD09F3">
              <w:rPr>
                <w:b/>
                <w:color w:val="112B45"/>
                <w:szCs w:val="24"/>
              </w:rPr>
              <w:t xml:space="preserve">Payment Method:  ☐ Check   ☐ Online </w:t>
            </w:r>
          </w:p>
          <w:p w14:paraId="4FECAED2" w14:textId="30FD4980" w:rsidR="003A2C21" w:rsidRPr="00FD09F3" w:rsidRDefault="00000000">
            <w:pPr>
              <w:spacing w:after="0"/>
              <w:rPr>
                <w:szCs w:val="24"/>
              </w:rPr>
            </w:pPr>
            <w:r w:rsidRPr="00FD09F3">
              <w:rPr>
                <w:color w:val="66727C"/>
                <w:szCs w:val="24"/>
              </w:rPr>
              <w:t>_______________________________________________________</w:t>
            </w:r>
          </w:p>
        </w:tc>
        <w:tc>
          <w:tcPr>
            <w:tcW w:w="5328" w:type="dxa"/>
            <w:tcBorders>
              <w:top w:val="single" w:sz="4" w:space="0" w:color="CBD4DA"/>
              <w:left w:val="single" w:sz="4" w:space="0" w:color="CBD4DA"/>
              <w:bottom w:val="single" w:sz="4" w:space="0" w:color="CBD4DA"/>
              <w:right w:val="single" w:sz="4" w:space="0" w:color="CBD4DA"/>
            </w:tcBorders>
            <w:tcMar>
              <w:top w:w="100" w:type="dxa"/>
              <w:left w:w="105" w:type="dxa"/>
              <w:bottom w:w="115" w:type="dxa"/>
              <w:right w:w="105" w:type="dxa"/>
            </w:tcMar>
          </w:tcPr>
          <w:p w14:paraId="45FB8ECC" w14:textId="77777777" w:rsidR="003A2C21" w:rsidRPr="00FD09F3" w:rsidRDefault="00000000">
            <w:pPr>
              <w:spacing w:after="200"/>
              <w:rPr>
                <w:szCs w:val="24"/>
              </w:rPr>
            </w:pPr>
            <w:r w:rsidRPr="00FD09F3">
              <w:rPr>
                <w:b/>
                <w:color w:val="112B45"/>
                <w:szCs w:val="24"/>
              </w:rPr>
              <w:t>Artwork / Logo Contact or Email</w:t>
            </w:r>
          </w:p>
          <w:p w14:paraId="5EA20026" w14:textId="4BFB8F96" w:rsidR="003A2C21" w:rsidRPr="00FD09F3" w:rsidRDefault="00000000">
            <w:pPr>
              <w:spacing w:after="0"/>
              <w:rPr>
                <w:szCs w:val="24"/>
              </w:rPr>
            </w:pPr>
            <w:r w:rsidRPr="00FD09F3">
              <w:rPr>
                <w:color w:val="66727C"/>
                <w:szCs w:val="24"/>
              </w:rPr>
              <w:t>_______________________________________________________</w:t>
            </w:r>
          </w:p>
        </w:tc>
      </w:tr>
      <w:tr w:rsidR="003A2C21" w14:paraId="288A8537" w14:textId="77777777">
        <w:trPr>
          <w:gridAfter w:val="1"/>
          <w:wAfter w:w="105" w:type="dxa"/>
          <w:trHeight w:val="1037"/>
          <w:jc w:val="center"/>
        </w:trPr>
        <w:tc>
          <w:tcPr>
            <w:tcW w:w="5328" w:type="dxa"/>
            <w:tcBorders>
              <w:top w:val="single" w:sz="4" w:space="0" w:color="CBD4DA"/>
              <w:left w:val="single" w:sz="4" w:space="0" w:color="CBD4DA"/>
              <w:bottom w:val="single" w:sz="4" w:space="0" w:color="CBD4DA"/>
              <w:right w:val="single" w:sz="4" w:space="0" w:color="CBD4DA"/>
            </w:tcBorders>
            <w:tcMar>
              <w:top w:w="100" w:type="dxa"/>
              <w:left w:w="105" w:type="dxa"/>
              <w:bottom w:w="115" w:type="dxa"/>
              <w:right w:w="105" w:type="dxa"/>
            </w:tcMar>
          </w:tcPr>
          <w:p w14:paraId="1B2B8E4B" w14:textId="77777777" w:rsidR="003A2C21" w:rsidRPr="00FD09F3" w:rsidRDefault="00000000">
            <w:pPr>
              <w:spacing w:after="200"/>
              <w:rPr>
                <w:szCs w:val="24"/>
              </w:rPr>
            </w:pPr>
            <w:r w:rsidRPr="00FD09F3">
              <w:rPr>
                <w:b/>
                <w:color w:val="112B45"/>
                <w:szCs w:val="24"/>
              </w:rPr>
              <w:t>Authorized Signature</w:t>
            </w:r>
          </w:p>
          <w:p w14:paraId="70FE987A" w14:textId="42D54CB0" w:rsidR="003A2C21" w:rsidRPr="00FD09F3" w:rsidRDefault="00000000">
            <w:pPr>
              <w:spacing w:after="0"/>
              <w:rPr>
                <w:szCs w:val="24"/>
              </w:rPr>
            </w:pPr>
            <w:r w:rsidRPr="00FD09F3">
              <w:rPr>
                <w:color w:val="66727C"/>
                <w:szCs w:val="24"/>
              </w:rPr>
              <w:t>_______________________________________________________</w:t>
            </w:r>
          </w:p>
        </w:tc>
        <w:tc>
          <w:tcPr>
            <w:tcW w:w="5328" w:type="dxa"/>
            <w:tcBorders>
              <w:top w:val="single" w:sz="4" w:space="0" w:color="CBD4DA"/>
              <w:left w:val="single" w:sz="4" w:space="0" w:color="CBD4DA"/>
              <w:bottom w:val="single" w:sz="4" w:space="0" w:color="CBD4DA"/>
              <w:right w:val="single" w:sz="4" w:space="0" w:color="CBD4DA"/>
            </w:tcBorders>
            <w:tcMar>
              <w:top w:w="100" w:type="dxa"/>
              <w:left w:w="105" w:type="dxa"/>
              <w:bottom w:w="115" w:type="dxa"/>
              <w:right w:w="105" w:type="dxa"/>
            </w:tcMar>
          </w:tcPr>
          <w:p w14:paraId="722C7A3A" w14:textId="77777777" w:rsidR="003A2C21" w:rsidRPr="00FD09F3" w:rsidRDefault="00000000">
            <w:pPr>
              <w:spacing w:after="200"/>
              <w:rPr>
                <w:szCs w:val="24"/>
              </w:rPr>
            </w:pPr>
            <w:r w:rsidRPr="00FD09F3">
              <w:rPr>
                <w:b/>
                <w:color w:val="112B45"/>
                <w:szCs w:val="24"/>
              </w:rPr>
              <w:t>Date</w:t>
            </w:r>
          </w:p>
          <w:p w14:paraId="2F59F14B" w14:textId="12E25025" w:rsidR="003A2C21" w:rsidRPr="00FD09F3" w:rsidRDefault="00000000">
            <w:pPr>
              <w:spacing w:after="0"/>
              <w:rPr>
                <w:szCs w:val="24"/>
              </w:rPr>
            </w:pPr>
            <w:r w:rsidRPr="00FD09F3">
              <w:rPr>
                <w:color w:val="66727C"/>
                <w:szCs w:val="24"/>
              </w:rPr>
              <w:t>_______________________________________________________</w:t>
            </w:r>
          </w:p>
        </w:tc>
      </w:tr>
      <w:tr w:rsidR="003A2C21" w14:paraId="39BDE0A2" w14:textId="77777777">
        <w:tblPrEx>
          <w:tblBorders>
            <w:top w:val="nil"/>
            <w:left w:val="nil"/>
            <w:bottom w:val="nil"/>
            <w:right w:val="nil"/>
            <w:insideH w:val="nil"/>
            <w:insideV w:val="nil"/>
          </w:tblBorders>
        </w:tblPrEx>
        <w:trPr>
          <w:jc w:val="center"/>
        </w:trPr>
        <w:tc>
          <w:tcPr>
            <w:tcW w:w="5328" w:type="dxa"/>
            <w:tcMar>
              <w:top w:w="170" w:type="dxa"/>
              <w:left w:w="0" w:type="dxa"/>
              <w:bottom w:w="130" w:type="dxa"/>
              <w:right w:w="100" w:type="dxa"/>
            </w:tcMar>
          </w:tcPr>
          <w:p w14:paraId="66EB3531" w14:textId="77777777" w:rsidR="003A2C21" w:rsidRPr="00FD09F3" w:rsidRDefault="00000000">
            <w:pPr>
              <w:keepNext/>
              <w:spacing w:before="40" w:after="20"/>
              <w:rPr>
                <w:sz w:val="22"/>
                <w:szCs w:val="24"/>
              </w:rPr>
            </w:pPr>
            <w:r w:rsidRPr="00FD09F3">
              <w:rPr>
                <w:b/>
                <w:color w:val="112B45"/>
                <w:sz w:val="22"/>
                <w:szCs w:val="24"/>
              </w:rPr>
              <w:t>MAIL CHECKS TO</w:t>
            </w:r>
          </w:p>
          <w:p w14:paraId="68648C7D" w14:textId="77777777" w:rsidR="003A2C21" w:rsidRPr="00FD09F3" w:rsidRDefault="00000000">
            <w:pPr>
              <w:spacing w:after="0"/>
              <w:rPr>
                <w:sz w:val="22"/>
                <w:szCs w:val="24"/>
              </w:rPr>
            </w:pPr>
            <w:r w:rsidRPr="00FD09F3">
              <w:rPr>
                <w:sz w:val="22"/>
                <w:szCs w:val="24"/>
              </w:rPr>
              <w:t>Williston Figure Skating Club</w:t>
            </w:r>
            <w:r w:rsidRPr="00FD09F3">
              <w:rPr>
                <w:sz w:val="22"/>
                <w:szCs w:val="24"/>
              </w:rPr>
              <w:br/>
              <w:t>P.O. Box 7063 • Williston, ND 58801</w:t>
            </w:r>
            <w:r w:rsidRPr="00FD09F3">
              <w:rPr>
                <w:sz w:val="22"/>
                <w:szCs w:val="24"/>
              </w:rPr>
              <w:br/>
              <w:t>701-651-4590 • admin@willistonfsc.com • www.willistonfsc.com</w:t>
            </w:r>
          </w:p>
        </w:tc>
        <w:tc>
          <w:tcPr>
            <w:tcW w:w="5328" w:type="dxa"/>
            <w:gridSpan w:val="2"/>
            <w:tcBorders>
              <w:top w:val="single" w:sz="6" w:space="0" w:color="C59B52"/>
              <w:left w:val="single" w:sz="6" w:space="0" w:color="C59B52"/>
              <w:bottom w:val="single" w:sz="6" w:space="0" w:color="C59B52"/>
              <w:right w:val="single" w:sz="6" w:space="0" w:color="C59B52"/>
            </w:tcBorders>
            <w:shd w:val="clear" w:color="auto" w:fill="F7F0E3"/>
            <w:tcMar>
              <w:top w:w="160" w:type="dxa"/>
              <w:left w:w="100" w:type="dxa"/>
              <w:bottom w:w="140" w:type="dxa"/>
              <w:right w:w="0" w:type="dxa"/>
            </w:tcMar>
          </w:tcPr>
          <w:p w14:paraId="746E82A1" w14:textId="77777777" w:rsidR="003A2C21" w:rsidRPr="00FD09F3" w:rsidRDefault="00000000">
            <w:pPr>
              <w:spacing w:line="228" w:lineRule="auto"/>
              <w:jc w:val="center"/>
              <w:rPr>
                <w:szCs w:val="24"/>
              </w:rPr>
            </w:pPr>
            <w:r w:rsidRPr="00FD09F3">
              <w:rPr>
                <w:b/>
                <w:color w:val="112B45"/>
                <w:szCs w:val="24"/>
              </w:rPr>
              <w:t>TAX REFERENCE</w:t>
            </w:r>
          </w:p>
          <w:p w14:paraId="4E9657EB" w14:textId="77777777" w:rsidR="003A2C21" w:rsidRPr="00FD09F3" w:rsidRDefault="00000000">
            <w:pPr>
              <w:spacing w:after="20" w:line="228" w:lineRule="auto"/>
              <w:jc w:val="center"/>
              <w:rPr>
                <w:szCs w:val="24"/>
              </w:rPr>
            </w:pPr>
            <w:r w:rsidRPr="00FD09F3">
              <w:rPr>
                <w:b/>
                <w:color w:val="C59B52"/>
                <w:szCs w:val="24"/>
              </w:rPr>
              <w:t>EIN 33-4625654</w:t>
            </w:r>
          </w:p>
          <w:p w14:paraId="78B7AEE8" w14:textId="77777777" w:rsidR="003A2C21" w:rsidRPr="00FD09F3" w:rsidRDefault="00000000">
            <w:pPr>
              <w:spacing w:after="0" w:line="216" w:lineRule="auto"/>
              <w:jc w:val="center"/>
              <w:rPr>
                <w:szCs w:val="24"/>
              </w:rPr>
            </w:pPr>
            <w:r w:rsidRPr="00FD09F3">
              <w:rPr>
                <w:color w:val="66727C"/>
                <w:szCs w:val="24"/>
              </w:rPr>
              <w:t>Williston Figure Skating Club</w:t>
            </w:r>
            <w:r w:rsidRPr="00FD09F3">
              <w:rPr>
                <w:color w:val="66727C"/>
                <w:szCs w:val="24"/>
              </w:rPr>
              <w:br/>
              <w:t>501(c)(3) nonprofit organization</w:t>
            </w:r>
          </w:p>
        </w:tc>
      </w:tr>
    </w:tbl>
    <w:p w14:paraId="445F857C" w14:textId="77777777" w:rsidR="006F7B44" w:rsidRDefault="006F7B44"/>
    <w:sectPr w:rsidR="006F7B44" w:rsidSect="00034616">
      <w:footerReference w:type="default" r:id="rId15"/>
      <w:pgSz w:w="12240" w:h="15840"/>
      <w:pgMar w:top="605" w:right="792" w:bottom="1469" w:left="792" w:header="259" w:footer="17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BD193" w14:textId="77777777" w:rsidR="009147F6" w:rsidRDefault="009147F6">
      <w:pPr>
        <w:spacing w:after="0"/>
      </w:pPr>
      <w:r>
        <w:separator/>
      </w:r>
    </w:p>
  </w:endnote>
  <w:endnote w:type="continuationSeparator" w:id="0">
    <w:p w14:paraId="57A9AFCF" w14:textId="77777777" w:rsidR="009147F6" w:rsidRDefault="009147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77EE8" w14:textId="77777777" w:rsidR="003A2C21" w:rsidRDefault="003A2C21">
    <w:pPr>
      <w:pStyle w:val="Footer"/>
    </w:pPr>
  </w:p>
  <w:tbl>
    <w:tblPr>
      <w:tblW w:w="0" w:type="auto"/>
      <w:jc w:val="center"/>
      <w:tblBorders>
        <w:top w:val="single" w:sz="8" w:space="4" w:color="18BFD0"/>
        <w:left w:val="nil"/>
        <w:bottom w:val="nil"/>
        <w:right w:val="nil"/>
        <w:insideH w:val="nil"/>
        <w:insideV w:val="nil"/>
      </w:tblBorders>
      <w:tblLayout w:type="fixed"/>
      <w:tblLook w:val="04A0" w:firstRow="1" w:lastRow="0" w:firstColumn="1" w:lastColumn="0" w:noHBand="0" w:noVBand="1"/>
    </w:tblPr>
    <w:tblGrid>
      <w:gridCol w:w="1008"/>
      <w:gridCol w:w="9360"/>
    </w:tblGrid>
    <w:tr w:rsidR="003A2C21" w14:paraId="1385FF64" w14:textId="77777777">
      <w:trPr>
        <w:jc w:val="center"/>
      </w:trPr>
      <w:tc>
        <w:tcPr>
          <w:tcW w:w="1008" w:type="dxa"/>
          <w:tcMar>
            <w:top w:w="20" w:type="dxa"/>
            <w:left w:w="10" w:type="dxa"/>
            <w:bottom w:w="20" w:type="dxa"/>
            <w:right w:w="35" w:type="dxa"/>
          </w:tcMar>
          <w:vAlign w:val="center"/>
        </w:tcPr>
        <w:p w14:paraId="5D3C6B89" w14:textId="77777777" w:rsidR="003A2C21" w:rsidRDefault="00000000">
          <w:pPr>
            <w:spacing w:after="0"/>
            <w:jc w:val="center"/>
          </w:pPr>
          <w:r>
            <w:rPr>
              <w:noProof/>
            </w:rPr>
            <w:drawing>
              <wp:inline distT="0" distB="0" distL="0" distR="0" wp14:anchorId="73694970" wp14:editId="29334E91">
                <wp:extent cx="566928" cy="566928"/>
                <wp:effectExtent l="0" t="0" r="0" b="0"/>
                <wp:docPr id="1206753098" name="Picture 1206753098" descr="QR code for the Williston Figure Skating Club donation page" title="QR code for the Williston Figure Skating Club don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stretch>
                          <a:fillRect/>
                        </a:stretch>
                      </pic:blipFill>
                      <pic:spPr>
                        <a:xfrm>
                          <a:off x="0" y="0"/>
                          <a:ext cx="566928" cy="566928"/>
                        </a:xfrm>
                        <a:prstGeom prst="rect">
                          <a:avLst/>
                        </a:prstGeom>
                      </pic:spPr>
                    </pic:pic>
                  </a:graphicData>
                </a:graphic>
              </wp:inline>
            </w:drawing>
          </w:r>
        </w:p>
      </w:tc>
      <w:tc>
        <w:tcPr>
          <w:tcW w:w="9360" w:type="dxa"/>
          <w:tcMar>
            <w:top w:w="20" w:type="dxa"/>
            <w:left w:w="35" w:type="dxa"/>
            <w:bottom w:w="20" w:type="dxa"/>
            <w:right w:w="10" w:type="dxa"/>
          </w:tcMar>
          <w:vAlign w:val="center"/>
        </w:tcPr>
        <w:p w14:paraId="71F65E21" w14:textId="77777777" w:rsidR="003A2C21" w:rsidRPr="00FD09F3" w:rsidRDefault="00000000">
          <w:pPr>
            <w:spacing w:after="0" w:line="211" w:lineRule="auto"/>
            <w:rPr>
              <w:sz w:val="18"/>
              <w:szCs w:val="28"/>
            </w:rPr>
          </w:pPr>
          <w:r w:rsidRPr="00FD09F3">
            <w:rPr>
              <w:b/>
              <w:color w:val="112B45"/>
              <w:sz w:val="18"/>
              <w:szCs w:val="28"/>
            </w:rPr>
            <w:t xml:space="preserve">Williston Figure Skating Club is a 501(c)(3) nonprofit organization dedicated to making skating affordable and accessible for every child. Scan the QR code to make a tax-deductible donation or visit: </w:t>
          </w:r>
          <w:hyperlink r:id="rId2">
            <w:r w:rsidRPr="00FD09F3">
              <w:rPr>
                <w:b/>
                <w:color w:val="18BFD0"/>
                <w:sz w:val="18"/>
                <w:szCs w:val="28"/>
                <w:u w:val="single"/>
              </w:rPr>
              <w:t>www.willistonfsc.com/about/donate/114335</w:t>
            </w:r>
          </w:hyperlink>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2A3E5" w14:textId="77777777" w:rsidR="009147F6" w:rsidRDefault="009147F6">
      <w:pPr>
        <w:spacing w:after="0"/>
      </w:pPr>
      <w:r>
        <w:separator/>
      </w:r>
    </w:p>
  </w:footnote>
  <w:footnote w:type="continuationSeparator" w:id="0">
    <w:p w14:paraId="565B986D" w14:textId="77777777" w:rsidR="009147F6" w:rsidRDefault="009147F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86741545">
    <w:abstractNumId w:val="8"/>
  </w:num>
  <w:num w:numId="2" w16cid:durableId="348339765">
    <w:abstractNumId w:val="6"/>
  </w:num>
  <w:num w:numId="3" w16cid:durableId="1161656365">
    <w:abstractNumId w:val="5"/>
  </w:num>
  <w:num w:numId="4" w16cid:durableId="1918903454">
    <w:abstractNumId w:val="4"/>
  </w:num>
  <w:num w:numId="5" w16cid:durableId="1372683665">
    <w:abstractNumId w:val="7"/>
  </w:num>
  <w:num w:numId="6" w16cid:durableId="19405701">
    <w:abstractNumId w:val="3"/>
  </w:num>
  <w:num w:numId="7" w16cid:durableId="1241330025">
    <w:abstractNumId w:val="2"/>
  </w:num>
  <w:num w:numId="8" w16cid:durableId="1145121224">
    <w:abstractNumId w:val="1"/>
  </w:num>
  <w:num w:numId="9" w16cid:durableId="507258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2C21"/>
    <w:rsid w:val="00686AED"/>
    <w:rsid w:val="006F7B44"/>
    <w:rsid w:val="009147F6"/>
    <w:rsid w:val="009E2841"/>
    <w:rsid w:val="00AA1D8D"/>
    <w:rsid w:val="00B47730"/>
    <w:rsid w:val="00C46A2F"/>
    <w:rsid w:val="00CB0664"/>
    <w:rsid w:val="00FC693F"/>
    <w:rsid w:val="00FD09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B53429"/>
  <w14:defaultImageDpi w14:val="330"/>
  <w15:docId w15:val="{C38A9C93-67F8-449F-83B0-955EB009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40" w:lineRule="auto"/>
    </w:pPr>
    <w:rPr>
      <w:rFonts w:ascii="Aptos" w:eastAsia="Aptos" w:hAnsi="Aptos"/>
      <w:color w:val="27333D"/>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FSCBullet">
    <w:name w:val="WFSC Bullet"/>
    <w:pPr>
      <w:tabs>
        <w:tab w:val="num" w:pos="360"/>
      </w:tabs>
      <w:ind w:left="360" w:hanging="360"/>
    </w:pPr>
    <w:rPr>
      <w:rFonts w:ascii="Aptos" w:eastAsia="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2" Type="http://schemas.openxmlformats.org/officeDocument/2006/relationships/hyperlink" Target="http://www.willistonfsc.com/about/donate/114335"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4</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WFSC 2026–2027 Sponsorship Packet</vt:lpstr>
    </vt:vector>
  </TitlesOfParts>
  <Manager/>
  <Company/>
  <LinksUpToDate>false</LinksUpToDate>
  <CharactersWithSpaces>6711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WFSC 2026–2027 Sponsorship Packet</dc:title>
  <dc:subject>Sponsorship opportunities for the Williston Figure Skating Club</dc:subject>
  <dc:creator>Williston Figure Skating Club</dc:creator>
  <cp:keywords>WFSC, sponsorship, figure skating, nonprofit, Williston</cp:keywords>
  <dc:description/>
  <cp:lastModifiedBy>Bryan Carrier</cp:lastModifiedBy>
  <cp:revision>1</cp:revision>
  <dcterms:created xsi:type="dcterms:W3CDTF">2013-12-23T23:15:00Z</dcterms:created>
  <dcterms:modified xsi:type="dcterms:W3CDTF">2026-09-09T10:31:00Z</dcterms:modified>
  <cp:category/>
</cp:coreProperties>
</file>