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08131" w14:textId="447C0BA1" w:rsidR="00DA3D88" w:rsidRDefault="007D7F53" w:rsidP="007D7F53">
      <w:pPr>
        <w:spacing w:after="20"/>
        <w:jc w:val="center"/>
      </w:pPr>
      <w:r>
        <w:rPr>
          <w:b/>
          <w:color w:val="BE1923"/>
          <w:sz w:val="40"/>
        </w:rPr>
        <w:t>Champaign Urbana Youth Hockey Association</w:t>
      </w:r>
    </w:p>
    <w:p w14:paraId="6A490D37" w14:textId="77777777" w:rsidR="00DA3D88" w:rsidRDefault="00000000">
      <w:pPr>
        <w:spacing w:after="160"/>
        <w:jc w:val="center"/>
      </w:pPr>
      <w:r>
        <w:rPr>
          <w:b/>
          <w:sz w:val="28"/>
        </w:rPr>
        <w:t>SPONSORSHIP AGREEMENT</w:t>
      </w:r>
    </w:p>
    <w:p w14:paraId="0F8CDDB6" w14:textId="77777777" w:rsidR="00DA3D88" w:rsidRPr="007D7F53" w:rsidRDefault="00000000">
      <w:pPr>
        <w:spacing w:before="100" w:after="60"/>
        <w:rPr>
          <w:sz w:val="28"/>
          <w:szCs w:val="28"/>
        </w:rPr>
      </w:pPr>
      <w:r w:rsidRPr="007D7F53">
        <w:rPr>
          <w:b/>
          <w:color w:val="BE1923"/>
          <w:sz w:val="28"/>
          <w:szCs w:val="28"/>
        </w:rPr>
        <w:t>1. Sponsor Information</w:t>
      </w:r>
    </w:p>
    <w:p w14:paraId="2A2243B8" w14:textId="77777777" w:rsidR="00DA3D88" w:rsidRDefault="00000000">
      <w:pPr>
        <w:spacing w:after="100"/>
      </w:pPr>
      <w:r>
        <w:rPr>
          <w:b/>
        </w:rPr>
        <w:t xml:space="preserve">Contact Name:  </w:t>
      </w:r>
      <w:r>
        <w:t>____________________________________________________________________</w:t>
      </w:r>
    </w:p>
    <w:p w14:paraId="7F8CB0F2" w14:textId="77777777" w:rsidR="00DA3D88" w:rsidRDefault="00000000">
      <w:pPr>
        <w:spacing w:after="100"/>
      </w:pPr>
      <w:r>
        <w:rPr>
          <w:b/>
        </w:rPr>
        <w:t xml:space="preserve">Business Name:  </w:t>
      </w:r>
      <w:r>
        <w:t>____________________________________________________________________</w:t>
      </w:r>
    </w:p>
    <w:p w14:paraId="536D4294" w14:textId="77777777" w:rsidR="00DA3D88" w:rsidRDefault="00000000">
      <w:pPr>
        <w:spacing w:after="100"/>
      </w:pPr>
      <w:r>
        <w:rPr>
          <w:b/>
        </w:rPr>
        <w:t xml:space="preserve">Street Address:  </w:t>
      </w:r>
      <w:r>
        <w:t>____________________________________________________________________</w:t>
      </w:r>
    </w:p>
    <w:p w14:paraId="219FFB9D" w14:textId="77777777" w:rsidR="00DA3D88" w:rsidRDefault="00000000">
      <w:pPr>
        <w:spacing w:after="100"/>
      </w:pPr>
      <w:r>
        <w:rPr>
          <w:b/>
        </w:rPr>
        <w:t xml:space="preserve">City, State, Zip:  </w:t>
      </w:r>
      <w:r>
        <w:t>____________________________________________________________________</w:t>
      </w:r>
    </w:p>
    <w:p w14:paraId="11847354" w14:textId="77777777" w:rsidR="00DA3D88" w:rsidRDefault="00000000">
      <w:pPr>
        <w:spacing w:after="100"/>
      </w:pPr>
      <w:r>
        <w:rPr>
          <w:b/>
        </w:rPr>
        <w:t xml:space="preserve">Phone Number:  </w:t>
      </w:r>
      <w:r>
        <w:t>____________________________________________________________________</w:t>
      </w:r>
    </w:p>
    <w:p w14:paraId="21492752" w14:textId="77777777" w:rsidR="00DA3D88" w:rsidRDefault="00000000">
      <w:pPr>
        <w:spacing w:after="100"/>
      </w:pPr>
      <w:r>
        <w:rPr>
          <w:b/>
        </w:rPr>
        <w:t xml:space="preserve">Email Address:  </w:t>
      </w:r>
      <w:r>
        <w:t>____________________________________________________________________</w:t>
      </w:r>
    </w:p>
    <w:p w14:paraId="0E764B69" w14:textId="77777777" w:rsidR="00DA3D88" w:rsidRDefault="00000000">
      <w:pPr>
        <w:spacing w:after="100"/>
      </w:pPr>
      <w:r>
        <w:rPr>
          <w:b/>
        </w:rPr>
        <w:t xml:space="preserve">Company Website:  </w:t>
      </w:r>
      <w:r>
        <w:t>____________________________________________________________________</w:t>
      </w:r>
    </w:p>
    <w:p w14:paraId="5C9F627B" w14:textId="77777777" w:rsidR="007D7F53" w:rsidRDefault="007D7F53">
      <w:pPr>
        <w:spacing w:after="100"/>
      </w:pPr>
    </w:p>
    <w:p w14:paraId="6B37ADB8" w14:textId="77777777" w:rsidR="00DA3D88" w:rsidRPr="007D7F53" w:rsidRDefault="00000000">
      <w:pPr>
        <w:spacing w:before="100" w:after="60"/>
        <w:rPr>
          <w:sz w:val="28"/>
          <w:szCs w:val="28"/>
        </w:rPr>
      </w:pPr>
      <w:r w:rsidRPr="007D7F53">
        <w:rPr>
          <w:b/>
          <w:color w:val="BE1923"/>
          <w:sz w:val="28"/>
          <w:szCs w:val="28"/>
        </w:rPr>
        <w:t>2. Support Selection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96"/>
        <w:gridCol w:w="4752"/>
      </w:tblGrid>
      <w:tr w:rsidR="00DA3D88" w14:paraId="282EDA04" w14:textId="77777777"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05CFC" w14:textId="3D78C9E0" w:rsidR="00DA3D88" w:rsidRDefault="00000000">
            <w:pPr>
              <w:spacing w:after="80"/>
            </w:pPr>
            <w:proofErr w:type="gramStart"/>
            <w:r>
              <w:t>☐  Bronze</w:t>
            </w:r>
            <w:proofErr w:type="gramEnd"/>
            <w:r>
              <w:t>— $300</w:t>
            </w:r>
          </w:p>
        </w:tc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C142D" w14:textId="77777777" w:rsidR="00DA3D88" w:rsidRDefault="00000000">
            <w:pPr>
              <w:spacing w:after="80"/>
            </w:pPr>
            <w:r>
              <w:t>☐  In-Kind Donation</w:t>
            </w:r>
          </w:p>
        </w:tc>
      </w:tr>
      <w:tr w:rsidR="00DA3D88" w14:paraId="1707F2A9" w14:textId="77777777"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E92DD" w14:textId="5DE5608D" w:rsidR="00DA3D88" w:rsidRDefault="00000000">
            <w:pPr>
              <w:spacing w:after="80"/>
            </w:pPr>
            <w:proofErr w:type="gramStart"/>
            <w:r>
              <w:t>☐  Silver</w:t>
            </w:r>
            <w:proofErr w:type="gramEnd"/>
            <w:r>
              <w:t>— $750</w:t>
            </w:r>
          </w:p>
        </w:tc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4DFBC" w14:textId="77777777" w:rsidR="00DA3D88" w:rsidRDefault="00000000">
            <w:pPr>
              <w:spacing w:after="80"/>
            </w:pPr>
            <w:r>
              <w:t>Description of goods/services:</w:t>
            </w:r>
          </w:p>
        </w:tc>
      </w:tr>
      <w:tr w:rsidR="00DA3D88" w14:paraId="5EE3C474" w14:textId="77777777"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4FC30" w14:textId="43B5FAAE" w:rsidR="00DA3D88" w:rsidRDefault="00000000">
            <w:pPr>
              <w:spacing w:after="80"/>
            </w:pPr>
            <w:proofErr w:type="gramStart"/>
            <w:r>
              <w:t>☐  Gold</w:t>
            </w:r>
            <w:proofErr w:type="gramEnd"/>
            <w:r>
              <w:t>— $2,000</w:t>
            </w:r>
          </w:p>
        </w:tc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B7928" w14:textId="20FA00F5" w:rsidR="007D7F53" w:rsidRDefault="007D7F53">
            <w:pPr>
              <w:spacing w:after="80"/>
            </w:pPr>
            <w:r>
              <w:t>________________________________________________________________________________</w:t>
            </w:r>
          </w:p>
        </w:tc>
      </w:tr>
      <w:tr w:rsidR="00DA3D88" w14:paraId="59E62E53" w14:textId="77777777"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6419A" w14:textId="77777777" w:rsidR="00DA3D88" w:rsidRDefault="00000000">
            <w:pPr>
              <w:spacing w:after="80"/>
            </w:pPr>
            <w:proofErr w:type="gramStart"/>
            <w:r>
              <w:t>☐  Other</w:t>
            </w:r>
            <w:proofErr w:type="gramEnd"/>
            <w:r>
              <w:t xml:space="preserve"> Amount — $________</w:t>
            </w:r>
          </w:p>
          <w:p w14:paraId="62F47692" w14:textId="77777777" w:rsidR="007D7F53" w:rsidRDefault="007D7F53">
            <w:pPr>
              <w:spacing w:after="80"/>
            </w:pPr>
          </w:p>
        </w:tc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5B679" w14:textId="77777777" w:rsidR="00DA3D88" w:rsidRDefault="00DA3D88">
            <w:pPr>
              <w:spacing w:after="80"/>
            </w:pPr>
          </w:p>
        </w:tc>
      </w:tr>
    </w:tbl>
    <w:p w14:paraId="6E8C1558" w14:textId="77777777" w:rsidR="00DA3D88" w:rsidRPr="007D7F53" w:rsidRDefault="00000000">
      <w:pPr>
        <w:spacing w:before="100" w:after="60"/>
        <w:rPr>
          <w:sz w:val="28"/>
          <w:szCs w:val="28"/>
        </w:rPr>
      </w:pPr>
      <w:r w:rsidRPr="007D7F53">
        <w:rPr>
          <w:b/>
          <w:color w:val="BE1923"/>
          <w:sz w:val="28"/>
          <w:szCs w:val="28"/>
        </w:rPr>
        <w:t>3. Payment &amp; Logo Submission</w:t>
      </w:r>
    </w:p>
    <w:p w14:paraId="0F1BC017" w14:textId="5DEDDE82" w:rsidR="00DA3D88" w:rsidRDefault="00000000">
      <w:pPr>
        <w:spacing w:after="60"/>
        <w:ind w:left="173" w:hanging="173"/>
      </w:pPr>
      <w:r>
        <w:t xml:space="preserve">•  Please email your high-resolution corporate logo to: </w:t>
      </w:r>
      <w:hyperlink r:id="rId8" w:history="1">
        <w:r w:rsidR="007D7F53" w:rsidRPr="00BC42E8">
          <w:rPr>
            <w:rStyle w:val="Hyperlink"/>
          </w:rPr>
          <w:t>treasurer@cuyha.org</w:t>
        </w:r>
      </w:hyperlink>
    </w:p>
    <w:p w14:paraId="3CC790B4" w14:textId="2D353246" w:rsidR="007D7F53" w:rsidRDefault="007D7F53" w:rsidP="007D7F53">
      <w:pPr>
        <w:spacing w:after="60"/>
        <w:ind w:left="173" w:hanging="173"/>
      </w:pPr>
      <w:r>
        <w:t xml:space="preserve">•  </w:t>
      </w:r>
      <w:r>
        <w:t>Contact Connie Ger, CUYHA treasurer if you have any questions, (630) 674-0603</w:t>
      </w:r>
    </w:p>
    <w:p w14:paraId="36A4F438" w14:textId="77777777" w:rsidR="00DA3D88" w:rsidRDefault="00000000">
      <w:pPr>
        <w:spacing w:after="60"/>
        <w:ind w:left="173" w:hanging="173"/>
      </w:pPr>
      <w:r>
        <w:t>•  Make all checks payable to: CUYHA</w:t>
      </w:r>
    </w:p>
    <w:p w14:paraId="000D4C2C" w14:textId="77777777" w:rsidR="007D7F53" w:rsidRDefault="00000000">
      <w:pPr>
        <w:spacing w:after="60"/>
        <w:ind w:left="173" w:hanging="173"/>
      </w:pPr>
      <w:r>
        <w:t xml:space="preserve">•  Mail this form </w:t>
      </w:r>
      <w:proofErr w:type="gramStart"/>
      <w:r>
        <w:t>and</w:t>
      </w:r>
      <w:proofErr w:type="gramEnd"/>
      <w:r>
        <w:t xml:space="preserve"> payment to: </w:t>
      </w:r>
    </w:p>
    <w:p w14:paraId="4FE8C52B" w14:textId="77777777" w:rsidR="007D7F53" w:rsidRDefault="00000000">
      <w:pPr>
        <w:spacing w:after="60"/>
        <w:ind w:left="173" w:hanging="173"/>
      </w:pPr>
      <w:r>
        <w:t>Champaign Urbana Youth Hockey Association</w:t>
      </w:r>
    </w:p>
    <w:p w14:paraId="6F9A557A" w14:textId="77777777" w:rsidR="007D7F53" w:rsidRDefault="00000000">
      <w:pPr>
        <w:spacing w:after="60"/>
        <w:ind w:left="173" w:hanging="173"/>
      </w:pPr>
      <w:r>
        <w:t>P.O. Box 7394</w:t>
      </w:r>
    </w:p>
    <w:p w14:paraId="7139D538" w14:textId="4F9704A7" w:rsidR="00DA3D88" w:rsidRDefault="00000000">
      <w:pPr>
        <w:spacing w:after="60"/>
        <w:ind w:left="173" w:hanging="173"/>
      </w:pPr>
      <w:r>
        <w:t>Champaign, IL 61826</w:t>
      </w:r>
    </w:p>
    <w:p w14:paraId="1B04F485" w14:textId="77777777" w:rsidR="007D7F53" w:rsidRDefault="007D7F53">
      <w:pPr>
        <w:spacing w:after="60"/>
        <w:ind w:left="173" w:hanging="173"/>
      </w:pPr>
    </w:p>
    <w:p w14:paraId="52B5AD1E" w14:textId="77777777" w:rsidR="00DA3D88" w:rsidRPr="007D7F53" w:rsidRDefault="00000000">
      <w:pPr>
        <w:spacing w:before="100" w:after="60"/>
        <w:rPr>
          <w:sz w:val="28"/>
          <w:szCs w:val="28"/>
        </w:rPr>
      </w:pPr>
      <w:r w:rsidRPr="007D7F53">
        <w:rPr>
          <w:b/>
          <w:color w:val="BE1923"/>
          <w:sz w:val="28"/>
          <w:szCs w:val="28"/>
        </w:rPr>
        <w:t>4. Authorization</w:t>
      </w:r>
    </w:p>
    <w:p w14:paraId="1EBF47C5" w14:textId="77777777" w:rsidR="00DA3D88" w:rsidRDefault="00000000">
      <w:pPr>
        <w:spacing w:before="240" w:after="60"/>
      </w:pPr>
      <w:r>
        <w:rPr>
          <w:b/>
        </w:rPr>
        <w:t xml:space="preserve">Authorized Sponsor Signature: </w:t>
      </w:r>
      <w:r>
        <w:t>_________________________________________</w:t>
      </w:r>
      <w:proofErr w:type="gramStart"/>
      <w:r>
        <w:t xml:space="preserve">_  </w:t>
      </w:r>
      <w:proofErr w:type="gramEnd"/>
      <w:r>
        <w:t xml:space="preserve"> Date: ______________</w:t>
      </w:r>
    </w:p>
    <w:sectPr w:rsidR="00DA3D88" w:rsidSect="00034616">
      <w:headerReference w:type="default" r:id="rId9"/>
      <w:footerReference w:type="default" r:id="rId10"/>
      <w:pgSz w:w="12240" w:h="15840"/>
      <w:pgMar w:top="648" w:right="936" w:bottom="720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22E16" w14:textId="77777777" w:rsidR="006F2E52" w:rsidRDefault="006F2E52">
      <w:pPr>
        <w:spacing w:after="0" w:line="240" w:lineRule="auto"/>
      </w:pPr>
      <w:r>
        <w:separator/>
      </w:r>
    </w:p>
  </w:endnote>
  <w:endnote w:type="continuationSeparator" w:id="0">
    <w:p w14:paraId="5CD9DA21" w14:textId="77777777" w:rsidR="006F2E52" w:rsidRDefault="006F2E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646A3" w14:textId="77777777" w:rsidR="00DA3D88" w:rsidRDefault="00000000">
    <w:pPr>
      <w:pStyle w:val="Footer"/>
      <w:spacing w:before="40"/>
      <w:jc w:val="center"/>
    </w:pPr>
    <w:r>
      <w:rPr>
        <w:color w:val="505050"/>
        <w:sz w:val="16"/>
      </w:rPr>
      <w:t>Champaign Urbana Youth Hockey Association is a registered 501(c)(3) nonprofit organization.</w:t>
    </w:r>
    <w:r>
      <w:rPr>
        <w:color w:val="505050"/>
        <w:sz w:val="16"/>
      </w:rPr>
      <w:br/>
      <w:t>Tax ID / EIN: 23-7100171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047FF" w14:textId="77777777" w:rsidR="006F2E52" w:rsidRDefault="006F2E52">
      <w:pPr>
        <w:spacing w:after="0" w:line="240" w:lineRule="auto"/>
      </w:pPr>
      <w:r>
        <w:separator/>
      </w:r>
    </w:p>
  </w:footnote>
  <w:footnote w:type="continuationSeparator" w:id="0">
    <w:p w14:paraId="665CED63" w14:textId="77777777" w:rsidR="006F2E52" w:rsidRDefault="006F2E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B9311" w14:textId="77777777" w:rsidR="00DA3D88" w:rsidRDefault="00000000" w:rsidP="007D7F53">
    <w:pPr>
      <w:pStyle w:val="Header"/>
      <w:jc w:val="center"/>
    </w:pPr>
    <w:r>
      <w:rPr>
        <w:noProof/>
      </w:rPr>
      <w:drawing>
        <wp:inline distT="0" distB="0" distL="0" distR="0" wp14:anchorId="69EFFAF7" wp14:editId="73145E1D">
          <wp:extent cx="1847850" cy="1518932"/>
          <wp:effectExtent l="0" t="0" r="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fc1cf5b-3259-465e-9c5d-7ed70f759c3a (1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57842" cy="1527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2157586">
    <w:abstractNumId w:val="8"/>
  </w:num>
  <w:num w:numId="2" w16cid:durableId="749886044">
    <w:abstractNumId w:val="6"/>
  </w:num>
  <w:num w:numId="3" w16cid:durableId="1351224035">
    <w:abstractNumId w:val="5"/>
  </w:num>
  <w:num w:numId="4" w16cid:durableId="40322532">
    <w:abstractNumId w:val="4"/>
  </w:num>
  <w:num w:numId="5" w16cid:durableId="227154292">
    <w:abstractNumId w:val="7"/>
  </w:num>
  <w:num w:numId="6" w16cid:durableId="1307278617">
    <w:abstractNumId w:val="3"/>
  </w:num>
  <w:num w:numId="7" w16cid:durableId="1398674609">
    <w:abstractNumId w:val="2"/>
  </w:num>
  <w:num w:numId="8" w16cid:durableId="602300786">
    <w:abstractNumId w:val="1"/>
  </w:num>
  <w:num w:numId="9" w16cid:durableId="518394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661FA"/>
    <w:rsid w:val="006F2E52"/>
    <w:rsid w:val="007D7F53"/>
    <w:rsid w:val="00AA1D8D"/>
    <w:rsid w:val="00B47730"/>
    <w:rsid w:val="00CB0664"/>
    <w:rsid w:val="00DA3D8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8D0AC2E"/>
  <w14:defaultImageDpi w14:val="300"/>
  <w15:docId w15:val="{8B0862A0-FB34-4AF9-8F98-8018B8069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7D7F5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7F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easurer@cuyha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Constance Ger</cp:lastModifiedBy>
  <cp:revision>2</cp:revision>
  <dcterms:created xsi:type="dcterms:W3CDTF">2026-10-20T22:58:00Z</dcterms:created>
  <dcterms:modified xsi:type="dcterms:W3CDTF">2026-10-20T22:58:00Z</dcterms:modified>
  <cp:category/>
</cp:coreProperties>
</file>