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8A6E94" w14:textId="77777777" w:rsidR="00893A3E" w:rsidRDefault="00282DF4">
      <w:pPr>
        <w:jc w:val="center"/>
      </w:pPr>
      <w:r>
        <w:rPr>
          <w:noProof/>
        </w:rPr>
        <w:drawing>
          <wp:inline distT="0" distB="0" distL="0" distR="0" wp14:anchorId="495332FE" wp14:editId="17D81CBB">
            <wp:extent cx="6537960" cy="326898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40.jpe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537960" cy="3268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C10B2B" w14:textId="77777777" w:rsidR="00893A3E" w:rsidRDefault="00282DF4">
      <w:pPr>
        <w:jc w:val="center"/>
      </w:pPr>
      <w:r>
        <w:rPr>
          <w:b/>
          <w:sz w:val="40"/>
        </w:rPr>
        <w:t>CORY “MOOSE” MOZAK</w:t>
      </w:r>
      <w:r>
        <w:rPr>
          <w:b/>
          <w:sz w:val="40"/>
        </w:rPr>
        <w:br/>
        <w:t>YOUTH HOCKEY SCHOLARSHIP</w:t>
      </w:r>
    </w:p>
    <w:p w14:paraId="05D63D94" w14:textId="77777777" w:rsidR="00893A3E" w:rsidRDefault="00282DF4">
      <w:pPr>
        <w:jc w:val="center"/>
      </w:pPr>
      <w:r>
        <w:rPr>
          <w:b/>
          <w:sz w:val="26"/>
        </w:rPr>
        <w:t>SCHOLARSHIP APPLICATION</w:t>
      </w:r>
    </w:p>
    <w:p w14:paraId="0704F8C9" w14:textId="77777777" w:rsidR="00893A3E" w:rsidRDefault="00282DF4">
      <w:pPr>
        <w:spacing w:before="160" w:after="80"/>
      </w:pPr>
      <w:r>
        <w:rPr>
          <w:b/>
          <w:sz w:val="26"/>
        </w:rPr>
        <w:t>Applicant Information</w:t>
      </w:r>
    </w:p>
    <w:p w14:paraId="64C8FC54" w14:textId="19A5AB61" w:rsidR="00893A3E" w:rsidRDefault="00282DF4">
      <w:pPr>
        <w:spacing w:after="60"/>
      </w:pPr>
      <w:r>
        <w:t>Applicant Name: _________________________________________________________________</w:t>
      </w:r>
    </w:p>
    <w:p w14:paraId="0D84FD08" w14:textId="09AC0482" w:rsidR="00893A3E" w:rsidRDefault="00282DF4">
      <w:pPr>
        <w:spacing w:after="60"/>
      </w:pPr>
      <w:r>
        <w:t>Date of Birth: ____________________________________________________________________</w:t>
      </w:r>
    </w:p>
    <w:p w14:paraId="41EBDF91" w14:textId="3872C37A" w:rsidR="00893A3E" w:rsidRDefault="00282DF4">
      <w:pPr>
        <w:spacing w:after="60"/>
      </w:pPr>
      <w:r>
        <w:t>Address: _______________________________________________________________________</w:t>
      </w:r>
    </w:p>
    <w:p w14:paraId="10EC9858" w14:textId="77777777" w:rsidR="00893A3E" w:rsidRDefault="00282DF4">
      <w:pPr>
        <w:spacing w:after="60"/>
      </w:pPr>
      <w:r>
        <w:t>City: ___________________________________________________________________________</w:t>
      </w:r>
    </w:p>
    <w:p w14:paraId="5F9D1333" w14:textId="36B81518" w:rsidR="00893A3E" w:rsidRDefault="00282DF4">
      <w:pPr>
        <w:spacing w:after="60"/>
      </w:pPr>
      <w:r>
        <w:t>State: __________________________________________________________________________</w:t>
      </w:r>
    </w:p>
    <w:p w14:paraId="27F68450" w14:textId="77777777" w:rsidR="00893A3E" w:rsidRDefault="00282DF4">
      <w:pPr>
        <w:spacing w:after="60"/>
      </w:pPr>
      <w:r>
        <w:t>ZIP: ___________________________________________________________________________</w:t>
      </w:r>
    </w:p>
    <w:p w14:paraId="373EC369" w14:textId="1BC5BF7C" w:rsidR="00893A3E" w:rsidRDefault="00282DF4">
      <w:pPr>
        <w:spacing w:after="60"/>
      </w:pPr>
      <w:r>
        <w:t>Phone: _________________________________________________________________________</w:t>
      </w:r>
    </w:p>
    <w:p w14:paraId="7DDB5E85" w14:textId="0C4FBFE8" w:rsidR="00893A3E" w:rsidRDefault="00282DF4">
      <w:pPr>
        <w:spacing w:after="60"/>
      </w:pPr>
      <w:r>
        <w:t>Email: __________________________________________________________________________</w:t>
      </w:r>
    </w:p>
    <w:p w14:paraId="63C60A2D" w14:textId="77777777" w:rsidR="00893A3E" w:rsidRDefault="00282DF4">
      <w:pPr>
        <w:spacing w:after="60"/>
      </w:pPr>
      <w:r>
        <w:t>Parent/Guardian Name: ___________________________________________________________________________</w:t>
      </w:r>
    </w:p>
    <w:p w14:paraId="3F8155E9" w14:textId="77777777" w:rsidR="00893A3E" w:rsidRDefault="00282DF4">
      <w:pPr>
        <w:spacing w:after="60"/>
      </w:pPr>
      <w:r>
        <w:t>Parent/Guardian Phone: ___________________________________________________________________________</w:t>
      </w:r>
    </w:p>
    <w:p w14:paraId="5FC9A542" w14:textId="77777777" w:rsidR="00893A3E" w:rsidRDefault="00282DF4">
      <w:pPr>
        <w:spacing w:before="160" w:after="80"/>
      </w:pPr>
      <w:r>
        <w:rPr>
          <w:b/>
          <w:sz w:val="26"/>
        </w:rPr>
        <w:t>School Information</w:t>
      </w:r>
    </w:p>
    <w:p w14:paraId="55D5B81B" w14:textId="03AC5653" w:rsidR="00893A3E" w:rsidRDefault="00282DF4">
      <w:pPr>
        <w:spacing w:after="60"/>
      </w:pPr>
      <w:r>
        <w:t>Current School: __________________________________________________________________________</w:t>
      </w:r>
    </w:p>
    <w:p w14:paraId="0304C991" w14:textId="77777777" w:rsidR="00893A3E" w:rsidRDefault="00282DF4">
      <w:pPr>
        <w:spacing w:after="60"/>
      </w:pPr>
      <w:r>
        <w:t>Current Grade: ___________________________________________________________________________</w:t>
      </w:r>
    </w:p>
    <w:p w14:paraId="69B56669" w14:textId="6C54842E" w:rsidR="00893A3E" w:rsidRDefault="00282DF4">
      <w:pPr>
        <w:spacing w:after="60"/>
      </w:pPr>
      <w:r>
        <w:t>Expected Graduation Year: _________________________________________________________________</w:t>
      </w:r>
      <w:r w:rsidR="002B43E0">
        <w:t xml:space="preserve"> </w:t>
      </w:r>
    </w:p>
    <w:p w14:paraId="6F26C6D3" w14:textId="77777777" w:rsidR="00893A3E" w:rsidRDefault="00282DF4">
      <w:pPr>
        <w:spacing w:after="60"/>
      </w:pPr>
      <w:r>
        <w:t>Current GPA: ___________________________________________________________________________</w:t>
      </w:r>
    </w:p>
    <w:p w14:paraId="52D8345C" w14:textId="77777777" w:rsidR="002B43E0" w:rsidRDefault="002B43E0">
      <w:pPr>
        <w:spacing w:before="160" w:after="80"/>
        <w:rPr>
          <w:b/>
          <w:sz w:val="26"/>
        </w:rPr>
      </w:pPr>
    </w:p>
    <w:p w14:paraId="60A1B560" w14:textId="77777777" w:rsidR="002B43E0" w:rsidRDefault="002B43E0">
      <w:pPr>
        <w:spacing w:before="160" w:after="80"/>
        <w:rPr>
          <w:b/>
          <w:sz w:val="26"/>
        </w:rPr>
      </w:pPr>
    </w:p>
    <w:p w14:paraId="3DA68716" w14:textId="4B5D981F" w:rsidR="00893A3E" w:rsidRDefault="00282DF4">
      <w:pPr>
        <w:spacing w:before="160" w:after="80"/>
      </w:pPr>
      <w:r>
        <w:rPr>
          <w:b/>
          <w:sz w:val="26"/>
        </w:rPr>
        <w:lastRenderedPageBreak/>
        <w:t>Hockey Information</w:t>
      </w:r>
    </w:p>
    <w:p w14:paraId="38992957" w14:textId="77777777" w:rsidR="00893A3E" w:rsidRDefault="00282DF4">
      <w:r>
        <w:rPr>
          <w:i/>
          <w:sz w:val="19"/>
        </w:rPr>
        <w:t>If you are applying on behalf of multiple skaters, please provide the following information for each skater. If additional space is needed, please attach a separate sheet with the same information for each additional skater.</w:t>
      </w:r>
    </w:p>
    <w:p w14:paraId="66D3B9FB" w14:textId="77777777" w:rsidR="00893A3E" w:rsidRDefault="00282DF4">
      <w:pPr>
        <w:spacing w:before="160" w:after="80"/>
      </w:pPr>
      <w:r>
        <w:rPr>
          <w:b/>
          <w:sz w:val="26"/>
        </w:rPr>
        <w:t>Skater 1</w:t>
      </w:r>
    </w:p>
    <w:p w14:paraId="6392C80B" w14:textId="77777777" w:rsidR="00893A3E" w:rsidRDefault="00282DF4">
      <w:pPr>
        <w:spacing w:after="60"/>
      </w:pPr>
      <w:r>
        <w:t>Skater Name: ___________________________________________________________________________</w:t>
      </w:r>
    </w:p>
    <w:p w14:paraId="1111437D" w14:textId="47E67029" w:rsidR="00893A3E" w:rsidRDefault="00282DF4">
      <w:pPr>
        <w:spacing w:after="60"/>
      </w:pPr>
      <w:r>
        <w:t>Current Hockey Team/Organization: ______________________________________________________________________</w:t>
      </w:r>
    </w:p>
    <w:p w14:paraId="5E56BEB1" w14:textId="7110EA74" w:rsidR="00893A3E" w:rsidRDefault="00282DF4">
      <w:pPr>
        <w:spacing w:after="60"/>
      </w:pPr>
      <w:r>
        <w:t>Position: ___________________________________________________________________</w:t>
      </w:r>
    </w:p>
    <w:p w14:paraId="40DE738D" w14:textId="77777777" w:rsidR="00893A3E" w:rsidRDefault="00282DF4">
      <w:pPr>
        <w:spacing w:after="60"/>
      </w:pPr>
      <w:r>
        <w:t>Years Playing Hockey: ___________________________________________________________________________</w:t>
      </w:r>
    </w:p>
    <w:p w14:paraId="3103CD9A" w14:textId="77777777" w:rsidR="00893A3E" w:rsidRDefault="00282DF4">
      <w:pPr>
        <w:spacing w:after="60"/>
      </w:pPr>
      <w:r>
        <w:t>Highest Level of Hockey Played: ___________________________________________________________________________</w:t>
      </w:r>
    </w:p>
    <w:p w14:paraId="79F35D91" w14:textId="77777777" w:rsidR="00893A3E" w:rsidRDefault="00282DF4">
      <w:r>
        <w:rPr>
          <w:b/>
        </w:rPr>
        <w:t>Previous Teams/Organizations:</w:t>
      </w:r>
    </w:p>
    <w:p w14:paraId="08596E9A" w14:textId="2CD2F6D8" w:rsidR="00893A3E" w:rsidRDefault="00282DF4">
      <w:pPr>
        <w:spacing w:after="20"/>
      </w:pPr>
      <w:r>
        <w:t>_____________________________________________________________________________________________</w:t>
      </w:r>
    </w:p>
    <w:p w14:paraId="69F4C536" w14:textId="4A1C7201" w:rsidR="00893A3E" w:rsidRDefault="00282DF4">
      <w:pPr>
        <w:spacing w:after="20"/>
      </w:pPr>
      <w:r>
        <w:t>_____________________________________________________________________________________________</w:t>
      </w:r>
    </w:p>
    <w:p w14:paraId="7104C320" w14:textId="77777777" w:rsidR="002B43E0" w:rsidRDefault="002B43E0" w:rsidP="002B43E0">
      <w:pPr>
        <w:spacing w:after="20"/>
      </w:pPr>
      <w:r>
        <w:t>_____________________________________________________________________________________________</w:t>
      </w:r>
    </w:p>
    <w:p w14:paraId="19225786" w14:textId="77777777" w:rsidR="002B43E0" w:rsidRDefault="002B43E0">
      <w:pPr>
        <w:spacing w:after="20"/>
      </w:pPr>
    </w:p>
    <w:p w14:paraId="6E3E9C74" w14:textId="77777777" w:rsidR="00893A3E" w:rsidRDefault="00282DF4">
      <w:r>
        <w:rPr>
          <w:b/>
        </w:rPr>
        <w:t>What does hockey mean to you?</w:t>
      </w:r>
    </w:p>
    <w:p w14:paraId="7305074C" w14:textId="3C7A8A35" w:rsidR="00893A3E" w:rsidRDefault="00282DF4">
      <w:pPr>
        <w:spacing w:after="20"/>
      </w:pPr>
      <w:r>
        <w:t>_____________________________________________________________________________________________</w:t>
      </w:r>
    </w:p>
    <w:p w14:paraId="22F5E3E0" w14:textId="654E3871" w:rsidR="00893A3E" w:rsidRDefault="00282DF4">
      <w:pPr>
        <w:spacing w:after="20"/>
      </w:pPr>
      <w:r>
        <w:t>_____________________________________________________________________________________________</w:t>
      </w:r>
    </w:p>
    <w:p w14:paraId="4E33C631" w14:textId="709D2DD6" w:rsidR="00893A3E" w:rsidRDefault="00282DF4">
      <w:pPr>
        <w:spacing w:after="20"/>
      </w:pPr>
      <w:r>
        <w:t>_____________________________________________________________________________________________</w:t>
      </w:r>
    </w:p>
    <w:p w14:paraId="4F0090D1" w14:textId="77777777" w:rsidR="002B43E0" w:rsidRDefault="002B43E0" w:rsidP="002B43E0">
      <w:pPr>
        <w:spacing w:after="20"/>
      </w:pPr>
      <w:r>
        <w:t>_____________________________________________________________________________________________</w:t>
      </w:r>
    </w:p>
    <w:p w14:paraId="63C07DB6" w14:textId="77777777" w:rsidR="002B43E0" w:rsidRDefault="002B43E0" w:rsidP="002B43E0">
      <w:pPr>
        <w:spacing w:after="20"/>
      </w:pPr>
      <w:r>
        <w:t>_____________________________________________________________________________________________</w:t>
      </w:r>
    </w:p>
    <w:p w14:paraId="31A3CFAA" w14:textId="77777777" w:rsidR="002B43E0" w:rsidRDefault="002B43E0">
      <w:pPr>
        <w:spacing w:after="20"/>
      </w:pPr>
    </w:p>
    <w:p w14:paraId="33471A05" w14:textId="77777777" w:rsidR="00893A3E" w:rsidRDefault="00282DF4">
      <w:pPr>
        <w:spacing w:before="160" w:after="80"/>
      </w:pPr>
      <w:r>
        <w:rPr>
          <w:b/>
          <w:sz w:val="26"/>
        </w:rPr>
        <w:t>Skater 2</w:t>
      </w:r>
    </w:p>
    <w:p w14:paraId="49BE11F3" w14:textId="77777777" w:rsidR="00893A3E" w:rsidRDefault="00282DF4">
      <w:pPr>
        <w:spacing w:after="60"/>
      </w:pPr>
      <w:r>
        <w:t>Skater Name: ___________________________________________________________________________</w:t>
      </w:r>
    </w:p>
    <w:p w14:paraId="1BC372D8" w14:textId="77777777" w:rsidR="00893A3E" w:rsidRDefault="00282DF4">
      <w:pPr>
        <w:spacing w:after="60"/>
      </w:pPr>
      <w:r>
        <w:t>Current Hockey Team/Organization: ___________________________________________________________________________</w:t>
      </w:r>
    </w:p>
    <w:p w14:paraId="34197A99" w14:textId="77777777" w:rsidR="00893A3E" w:rsidRDefault="00282DF4">
      <w:pPr>
        <w:spacing w:after="60"/>
      </w:pPr>
      <w:r>
        <w:t>Position: ___________________________________________________________________________</w:t>
      </w:r>
    </w:p>
    <w:p w14:paraId="508106EA" w14:textId="77777777" w:rsidR="00893A3E" w:rsidRDefault="00282DF4">
      <w:pPr>
        <w:spacing w:after="60"/>
      </w:pPr>
      <w:r>
        <w:t>Years Playing Hockey: ___________________________________________________________________________</w:t>
      </w:r>
    </w:p>
    <w:p w14:paraId="00F315DB" w14:textId="77777777" w:rsidR="00893A3E" w:rsidRDefault="00282DF4">
      <w:pPr>
        <w:spacing w:after="60"/>
      </w:pPr>
      <w:r>
        <w:t>Highest Level of Hockey Played: ___________________________________________________________________________</w:t>
      </w:r>
    </w:p>
    <w:p w14:paraId="089A13AE" w14:textId="77777777" w:rsidR="00893A3E" w:rsidRDefault="00282DF4">
      <w:r>
        <w:rPr>
          <w:b/>
        </w:rPr>
        <w:t>Previous Teams/Organizations:</w:t>
      </w:r>
    </w:p>
    <w:p w14:paraId="19F1B8A1" w14:textId="7E4D5082" w:rsidR="00893A3E" w:rsidRDefault="00282DF4">
      <w:pPr>
        <w:spacing w:after="20"/>
      </w:pPr>
      <w:r>
        <w:t>____________________________________________________________________________________________</w:t>
      </w:r>
    </w:p>
    <w:p w14:paraId="6944C33A" w14:textId="6AF0AA69" w:rsidR="00893A3E" w:rsidRDefault="00282DF4">
      <w:pPr>
        <w:spacing w:after="20"/>
      </w:pPr>
      <w:r>
        <w:t>_____________________________________________________________________________________________</w:t>
      </w:r>
    </w:p>
    <w:p w14:paraId="09F8779E" w14:textId="77777777" w:rsidR="002B43E0" w:rsidRDefault="002B43E0" w:rsidP="002B43E0">
      <w:pPr>
        <w:spacing w:after="20"/>
      </w:pPr>
      <w:r>
        <w:t>_____________________________________________________________________________________________</w:t>
      </w:r>
    </w:p>
    <w:p w14:paraId="3082C9C1" w14:textId="77777777" w:rsidR="002B43E0" w:rsidRDefault="002B43E0">
      <w:pPr>
        <w:spacing w:after="20"/>
      </w:pPr>
    </w:p>
    <w:p w14:paraId="37C14755" w14:textId="77777777" w:rsidR="002B43E0" w:rsidRDefault="002B43E0">
      <w:pPr>
        <w:spacing w:after="20"/>
      </w:pPr>
    </w:p>
    <w:p w14:paraId="0E027C40" w14:textId="77777777" w:rsidR="00893A3E" w:rsidRDefault="00282DF4">
      <w:r>
        <w:rPr>
          <w:b/>
        </w:rPr>
        <w:t>What does hockey mean to you?</w:t>
      </w:r>
    </w:p>
    <w:p w14:paraId="10655BE6" w14:textId="0838221A" w:rsidR="00893A3E" w:rsidRDefault="00282DF4">
      <w:pPr>
        <w:spacing w:after="20"/>
      </w:pPr>
      <w:r>
        <w:t>_____________________________________________________________________________________________</w:t>
      </w:r>
    </w:p>
    <w:p w14:paraId="162D815F" w14:textId="72C96C95" w:rsidR="00893A3E" w:rsidRDefault="00282DF4" w:rsidP="002B43E0">
      <w:pPr>
        <w:spacing w:after="20"/>
      </w:pPr>
      <w:r>
        <w:t>__________________________________________________________________________________________________________________________________________________________________________________________</w:t>
      </w:r>
    </w:p>
    <w:p w14:paraId="722D216F" w14:textId="77777777" w:rsidR="002B43E0" w:rsidRDefault="002B43E0" w:rsidP="002B43E0">
      <w:pPr>
        <w:spacing w:after="20"/>
      </w:pPr>
      <w:r>
        <w:t>_____________________________________________________________________________________________</w:t>
      </w:r>
    </w:p>
    <w:p w14:paraId="1B719F6C" w14:textId="77777777" w:rsidR="002B43E0" w:rsidRDefault="002B43E0" w:rsidP="002B43E0">
      <w:pPr>
        <w:spacing w:after="20"/>
      </w:pPr>
    </w:p>
    <w:p w14:paraId="6AC8DB39" w14:textId="77777777" w:rsidR="00893A3E" w:rsidRDefault="00282DF4">
      <w:pPr>
        <w:spacing w:before="160" w:after="80"/>
      </w:pPr>
      <w:r>
        <w:rPr>
          <w:b/>
          <w:sz w:val="26"/>
        </w:rPr>
        <w:t>Skater 3</w:t>
      </w:r>
    </w:p>
    <w:p w14:paraId="368EFF03" w14:textId="77777777" w:rsidR="00893A3E" w:rsidRDefault="00282DF4">
      <w:pPr>
        <w:spacing w:after="60"/>
      </w:pPr>
      <w:r>
        <w:t>Skater Name: ___________________________________________________________________________</w:t>
      </w:r>
    </w:p>
    <w:p w14:paraId="26D9DFBF" w14:textId="77777777" w:rsidR="00893A3E" w:rsidRDefault="00282DF4">
      <w:pPr>
        <w:spacing w:after="60"/>
      </w:pPr>
      <w:r>
        <w:t>Current Hockey Team/Organization: ___________________________________________________________________________</w:t>
      </w:r>
    </w:p>
    <w:p w14:paraId="0F696B12" w14:textId="6A1BA4FA" w:rsidR="00893A3E" w:rsidRDefault="00282DF4">
      <w:pPr>
        <w:spacing w:after="60"/>
      </w:pPr>
      <w:r>
        <w:t>Position: ____________________________________________________________________</w:t>
      </w:r>
    </w:p>
    <w:p w14:paraId="5A3D4C5B" w14:textId="77777777" w:rsidR="00893A3E" w:rsidRDefault="00282DF4">
      <w:pPr>
        <w:spacing w:after="60"/>
      </w:pPr>
      <w:r>
        <w:t>Years Playing Hockey: ___________________________________________________________________________</w:t>
      </w:r>
    </w:p>
    <w:p w14:paraId="7CA72F73" w14:textId="77777777" w:rsidR="00893A3E" w:rsidRDefault="00282DF4">
      <w:pPr>
        <w:spacing w:after="60"/>
      </w:pPr>
      <w:r>
        <w:t>Highest Level of Hockey Played: ___________________________________________________________________________</w:t>
      </w:r>
    </w:p>
    <w:p w14:paraId="34D43A4D" w14:textId="77777777" w:rsidR="00893A3E" w:rsidRDefault="00282DF4">
      <w:r>
        <w:rPr>
          <w:b/>
        </w:rPr>
        <w:t>Previous Teams/Organizations:</w:t>
      </w:r>
    </w:p>
    <w:p w14:paraId="4CCD68A0" w14:textId="2B811921" w:rsidR="00893A3E" w:rsidRDefault="00282DF4">
      <w:pPr>
        <w:spacing w:after="20"/>
      </w:pPr>
      <w:r>
        <w:t>_____________________________________________________________________________________________</w:t>
      </w:r>
    </w:p>
    <w:p w14:paraId="7F3394FE" w14:textId="6CA204F4" w:rsidR="00893A3E" w:rsidRDefault="00282DF4">
      <w:pPr>
        <w:spacing w:after="20"/>
      </w:pPr>
      <w:r>
        <w:t>_____________________________________________________________________________________________</w:t>
      </w:r>
    </w:p>
    <w:p w14:paraId="3405EC61" w14:textId="77777777" w:rsidR="002B43E0" w:rsidRDefault="002B43E0" w:rsidP="002B43E0">
      <w:pPr>
        <w:spacing w:after="20"/>
      </w:pPr>
      <w:r>
        <w:t>_____________________________________________________________________________________________</w:t>
      </w:r>
    </w:p>
    <w:p w14:paraId="3BC043E7" w14:textId="77777777" w:rsidR="002B43E0" w:rsidRDefault="002B43E0">
      <w:pPr>
        <w:spacing w:after="20"/>
      </w:pPr>
    </w:p>
    <w:p w14:paraId="78E7D06D" w14:textId="77777777" w:rsidR="00893A3E" w:rsidRDefault="00282DF4">
      <w:r>
        <w:rPr>
          <w:b/>
        </w:rPr>
        <w:t>What does hockey mean to you?</w:t>
      </w:r>
    </w:p>
    <w:p w14:paraId="7033E50C" w14:textId="3CAB2BDB" w:rsidR="00893A3E" w:rsidRDefault="00282DF4">
      <w:pPr>
        <w:spacing w:after="20"/>
      </w:pPr>
      <w:r>
        <w:t>_____________________________________________________________________________________________</w:t>
      </w:r>
    </w:p>
    <w:p w14:paraId="11E6FC84" w14:textId="02679CB3" w:rsidR="00893A3E" w:rsidRDefault="00282DF4">
      <w:pPr>
        <w:spacing w:after="20"/>
      </w:pPr>
      <w:r>
        <w:t>_____________________________________________________________________________________________</w:t>
      </w:r>
    </w:p>
    <w:p w14:paraId="0CF14944" w14:textId="77777777" w:rsidR="002B43E0" w:rsidRDefault="002B43E0" w:rsidP="002B43E0">
      <w:pPr>
        <w:spacing w:after="20"/>
      </w:pPr>
      <w:r>
        <w:t>_____________________________________________________________________________________________</w:t>
      </w:r>
    </w:p>
    <w:p w14:paraId="14F84631" w14:textId="77777777" w:rsidR="002B43E0" w:rsidRDefault="002B43E0" w:rsidP="002B43E0">
      <w:pPr>
        <w:spacing w:after="20"/>
      </w:pPr>
      <w:r>
        <w:t>_____________________________________________________________________________________________</w:t>
      </w:r>
    </w:p>
    <w:p w14:paraId="13A9929B" w14:textId="77777777" w:rsidR="002B43E0" w:rsidRDefault="002B43E0" w:rsidP="002B43E0">
      <w:pPr>
        <w:spacing w:after="20"/>
      </w:pPr>
      <w:r>
        <w:t>_____________________________________________________________________________________________</w:t>
      </w:r>
    </w:p>
    <w:p w14:paraId="657210DE" w14:textId="664C3774" w:rsidR="00893A3E" w:rsidRDefault="00893A3E">
      <w:pPr>
        <w:spacing w:after="20"/>
      </w:pPr>
    </w:p>
    <w:p w14:paraId="63FE0856" w14:textId="77777777" w:rsidR="00893A3E" w:rsidRDefault="00282DF4">
      <w:r>
        <w:rPr>
          <w:i/>
          <w:sz w:val="19"/>
        </w:rPr>
        <w:t xml:space="preserve">Additional Skaters: If applying for more than three skaters, please attach an additional sheet for each skater containing </w:t>
      </w:r>
      <w:proofErr w:type="gramStart"/>
      <w:r>
        <w:rPr>
          <w:i/>
          <w:sz w:val="19"/>
        </w:rPr>
        <w:t>all of</w:t>
      </w:r>
      <w:proofErr w:type="gramEnd"/>
      <w:r>
        <w:rPr>
          <w:i/>
          <w:sz w:val="19"/>
        </w:rPr>
        <w:t xml:space="preserve"> the information requested above.</w:t>
      </w:r>
    </w:p>
    <w:p w14:paraId="2392B677" w14:textId="77777777" w:rsidR="00893A3E" w:rsidRDefault="00282DF4">
      <w:pPr>
        <w:spacing w:before="160" w:after="80"/>
      </w:pPr>
      <w:r>
        <w:rPr>
          <w:b/>
          <w:sz w:val="26"/>
        </w:rPr>
        <w:t>Community &amp; Leadership</w:t>
      </w:r>
    </w:p>
    <w:p w14:paraId="4E6ECA4C" w14:textId="77777777" w:rsidR="00893A3E" w:rsidRDefault="00282DF4">
      <w:pPr>
        <w:spacing w:after="40"/>
      </w:pPr>
      <w:r>
        <w:t>Please describe your involvement in school, community, volunteer, or leadership activities.</w:t>
      </w:r>
    </w:p>
    <w:p w14:paraId="0B53A200" w14:textId="5BA8A435" w:rsidR="00893A3E" w:rsidRDefault="00282DF4">
      <w:pPr>
        <w:spacing w:after="20"/>
      </w:pPr>
      <w:r>
        <w:t>_____________________________________________________________________________________________</w:t>
      </w:r>
    </w:p>
    <w:p w14:paraId="227A8C0E" w14:textId="43637F80" w:rsidR="00893A3E" w:rsidRDefault="00282DF4">
      <w:pPr>
        <w:spacing w:after="20"/>
      </w:pPr>
      <w:r>
        <w:t>_____________________________________________________________________________________________</w:t>
      </w:r>
    </w:p>
    <w:p w14:paraId="55396F91" w14:textId="77777777" w:rsidR="002B43E0" w:rsidRDefault="002B43E0" w:rsidP="002B43E0">
      <w:pPr>
        <w:spacing w:after="20"/>
      </w:pPr>
      <w:r>
        <w:t>_____________________________________________________________________________________________</w:t>
      </w:r>
    </w:p>
    <w:p w14:paraId="6B618F37" w14:textId="77777777" w:rsidR="002B43E0" w:rsidRDefault="002B43E0" w:rsidP="002B43E0">
      <w:pPr>
        <w:spacing w:after="20"/>
      </w:pPr>
      <w:r>
        <w:t>_____________________________________________________________________________________________</w:t>
      </w:r>
    </w:p>
    <w:p w14:paraId="18C02AAB" w14:textId="77777777" w:rsidR="002B43E0" w:rsidRDefault="002B43E0" w:rsidP="002B43E0">
      <w:pPr>
        <w:spacing w:after="20"/>
      </w:pPr>
      <w:r>
        <w:t>_____________________________________________________________________________________________</w:t>
      </w:r>
    </w:p>
    <w:p w14:paraId="1F319500" w14:textId="77777777" w:rsidR="002B43E0" w:rsidRDefault="002B43E0" w:rsidP="002B43E0">
      <w:pPr>
        <w:spacing w:after="20"/>
      </w:pPr>
      <w:r>
        <w:t>_____________________________________________________________________________________________</w:t>
      </w:r>
    </w:p>
    <w:p w14:paraId="234CD7BE" w14:textId="6482075E" w:rsidR="00893A3E" w:rsidRDefault="00893A3E">
      <w:pPr>
        <w:spacing w:after="20"/>
      </w:pPr>
    </w:p>
    <w:p w14:paraId="55FD5B21" w14:textId="77777777" w:rsidR="00893A3E" w:rsidRDefault="00282DF4">
      <w:r>
        <w:rPr>
          <w:b/>
        </w:rPr>
        <w:t>List any awards, honors, or accomplishments you would like the selection committee to consider:</w:t>
      </w:r>
    </w:p>
    <w:p w14:paraId="739DE949" w14:textId="4ADB09E6" w:rsidR="00893A3E" w:rsidRDefault="00282DF4">
      <w:pPr>
        <w:spacing w:after="20"/>
      </w:pPr>
      <w:r>
        <w:t>_____________________________________________________________________________________________</w:t>
      </w:r>
    </w:p>
    <w:p w14:paraId="0C0B8FBB" w14:textId="5F60E410" w:rsidR="00893A3E" w:rsidRDefault="00282DF4">
      <w:pPr>
        <w:spacing w:after="20"/>
      </w:pPr>
      <w:r>
        <w:t>_____________________________________________________________________________________________</w:t>
      </w:r>
    </w:p>
    <w:p w14:paraId="3295B64D" w14:textId="5FA6B82C" w:rsidR="00893A3E" w:rsidRDefault="00282DF4">
      <w:pPr>
        <w:spacing w:after="20"/>
      </w:pPr>
      <w:r>
        <w:t>_____________________________________________________________________________________________</w:t>
      </w:r>
    </w:p>
    <w:p w14:paraId="347F78BF" w14:textId="5293F527" w:rsidR="00893A3E" w:rsidRDefault="00282DF4">
      <w:pPr>
        <w:spacing w:after="20"/>
      </w:pPr>
      <w:r>
        <w:t>_____________________________________________________________________________________________</w:t>
      </w:r>
    </w:p>
    <w:p w14:paraId="78642B24" w14:textId="77777777" w:rsidR="002B43E0" w:rsidRDefault="002B43E0" w:rsidP="002B43E0">
      <w:pPr>
        <w:spacing w:after="20"/>
      </w:pPr>
      <w:r>
        <w:t>_____________________________________________________________________________________________</w:t>
      </w:r>
    </w:p>
    <w:p w14:paraId="35D8046E" w14:textId="77777777" w:rsidR="002B43E0" w:rsidRDefault="002B43E0" w:rsidP="002B43E0">
      <w:pPr>
        <w:spacing w:after="20"/>
      </w:pPr>
      <w:r>
        <w:t>_____________________________________________________________________________________________</w:t>
      </w:r>
    </w:p>
    <w:p w14:paraId="132AF298" w14:textId="77777777" w:rsidR="002B43E0" w:rsidRDefault="002B43E0">
      <w:pPr>
        <w:spacing w:after="20"/>
      </w:pPr>
    </w:p>
    <w:p w14:paraId="0DE0C50F" w14:textId="77777777" w:rsidR="002B43E0" w:rsidRDefault="002B43E0">
      <w:pPr>
        <w:spacing w:after="20"/>
      </w:pPr>
    </w:p>
    <w:p w14:paraId="7CF6C46B" w14:textId="77777777" w:rsidR="002B43E0" w:rsidRDefault="002B43E0">
      <w:pPr>
        <w:spacing w:after="20"/>
      </w:pPr>
    </w:p>
    <w:p w14:paraId="495DCD7F" w14:textId="77777777" w:rsidR="002B43E0" w:rsidRDefault="002B43E0">
      <w:pPr>
        <w:spacing w:after="20"/>
      </w:pPr>
    </w:p>
    <w:p w14:paraId="194809E3" w14:textId="77777777" w:rsidR="00893A3E" w:rsidRDefault="00282DF4">
      <w:pPr>
        <w:spacing w:before="160" w:after="80"/>
      </w:pPr>
      <w:r>
        <w:rPr>
          <w:b/>
          <w:sz w:val="26"/>
        </w:rPr>
        <w:lastRenderedPageBreak/>
        <w:t>Scholarship Information</w:t>
      </w:r>
    </w:p>
    <w:p w14:paraId="7BAFFC6A" w14:textId="77777777" w:rsidR="00893A3E" w:rsidRDefault="00282DF4">
      <w:r>
        <w:rPr>
          <w:b/>
        </w:rPr>
        <w:t>Why are you applying for the Cory “Moose” Mozak Youth Hockey Scholarship?</w:t>
      </w:r>
    </w:p>
    <w:p w14:paraId="29735C21" w14:textId="7D57F095" w:rsidR="00893A3E" w:rsidRDefault="00282DF4">
      <w:pPr>
        <w:spacing w:after="20"/>
      </w:pPr>
      <w:r>
        <w:t>_____________________________________________________________________________________________</w:t>
      </w:r>
    </w:p>
    <w:p w14:paraId="49A22DF0" w14:textId="418BA227" w:rsidR="00893A3E" w:rsidRDefault="00282DF4">
      <w:pPr>
        <w:spacing w:after="20"/>
      </w:pPr>
      <w:r>
        <w:t>_____________________________________________________________________________________________</w:t>
      </w:r>
    </w:p>
    <w:p w14:paraId="6DC922C2" w14:textId="5117B0C9" w:rsidR="00893A3E" w:rsidRDefault="00282DF4">
      <w:pPr>
        <w:spacing w:after="20"/>
      </w:pPr>
      <w:r>
        <w:t>_____________________________________________________________________________________________</w:t>
      </w:r>
    </w:p>
    <w:p w14:paraId="58474CC2" w14:textId="3C3B3D49" w:rsidR="00893A3E" w:rsidRDefault="00282DF4">
      <w:pPr>
        <w:spacing w:after="20"/>
      </w:pPr>
      <w:r>
        <w:t>_____________________________________________________________________________________________</w:t>
      </w:r>
    </w:p>
    <w:p w14:paraId="5007EEA5" w14:textId="77777777" w:rsidR="003C1DFE" w:rsidRDefault="003C1DFE" w:rsidP="003C1DFE">
      <w:pPr>
        <w:spacing w:after="20"/>
      </w:pPr>
      <w:r>
        <w:t>_____________________________________________________________________________________________</w:t>
      </w:r>
    </w:p>
    <w:p w14:paraId="5B5B2175" w14:textId="77777777" w:rsidR="003C1DFE" w:rsidRDefault="003C1DFE" w:rsidP="003C1DFE">
      <w:pPr>
        <w:spacing w:after="20"/>
      </w:pPr>
      <w:r>
        <w:t>_____________________________________________________________________________________________</w:t>
      </w:r>
    </w:p>
    <w:p w14:paraId="521F6676" w14:textId="77777777" w:rsidR="003C1DFE" w:rsidRDefault="003C1DFE" w:rsidP="003C1DFE">
      <w:pPr>
        <w:spacing w:after="20"/>
      </w:pPr>
      <w:r>
        <w:t>_____________________________________________________________________________________________</w:t>
      </w:r>
    </w:p>
    <w:p w14:paraId="011686D4" w14:textId="77777777" w:rsidR="003C1DFE" w:rsidRDefault="003C1DFE">
      <w:pPr>
        <w:spacing w:after="20"/>
      </w:pPr>
    </w:p>
    <w:p w14:paraId="4258980D" w14:textId="77777777" w:rsidR="00893A3E" w:rsidRDefault="00282DF4">
      <w:r>
        <w:rPr>
          <w:b/>
        </w:rPr>
        <w:t>How would this scholarship assist you in continuing your hockey experience?</w:t>
      </w:r>
    </w:p>
    <w:p w14:paraId="5BCE01F0" w14:textId="51123FEB" w:rsidR="00893A3E" w:rsidRDefault="00282DF4">
      <w:pPr>
        <w:spacing w:after="20"/>
      </w:pPr>
      <w:r>
        <w:t>_____________________________________________________________________________________________</w:t>
      </w:r>
    </w:p>
    <w:p w14:paraId="092D3E84" w14:textId="0412D33F" w:rsidR="00893A3E" w:rsidRDefault="00282DF4">
      <w:pPr>
        <w:spacing w:after="20"/>
      </w:pPr>
      <w:r>
        <w:t>_____________________________________________________________________________________________</w:t>
      </w:r>
    </w:p>
    <w:p w14:paraId="27C3F7C4" w14:textId="37CA45C0" w:rsidR="00893A3E" w:rsidRDefault="00282DF4">
      <w:pPr>
        <w:spacing w:after="20"/>
      </w:pPr>
      <w:r>
        <w:t>_____________________________________________________________________________________________</w:t>
      </w:r>
    </w:p>
    <w:p w14:paraId="2404DB51" w14:textId="53A1721D" w:rsidR="00893A3E" w:rsidRDefault="00282DF4">
      <w:pPr>
        <w:spacing w:after="20"/>
      </w:pPr>
      <w:r>
        <w:t>_____________________________________________________________________________________________</w:t>
      </w:r>
    </w:p>
    <w:p w14:paraId="08F3FE9D" w14:textId="77777777" w:rsidR="003C1DFE" w:rsidRDefault="003C1DFE" w:rsidP="003C1DFE">
      <w:pPr>
        <w:spacing w:after="20"/>
      </w:pPr>
      <w:r>
        <w:t>_____________________________________________________________________________________________</w:t>
      </w:r>
    </w:p>
    <w:p w14:paraId="137B7E1E" w14:textId="77777777" w:rsidR="003C1DFE" w:rsidRDefault="003C1DFE" w:rsidP="003C1DFE">
      <w:pPr>
        <w:spacing w:after="20"/>
      </w:pPr>
      <w:r>
        <w:t>_____________________________________________________________________________________________</w:t>
      </w:r>
    </w:p>
    <w:p w14:paraId="03A1F767" w14:textId="77777777" w:rsidR="003C1DFE" w:rsidRDefault="003C1DFE" w:rsidP="003C1DFE">
      <w:pPr>
        <w:spacing w:after="20"/>
      </w:pPr>
      <w:r>
        <w:t>_____________________________________________________________________________________________</w:t>
      </w:r>
    </w:p>
    <w:p w14:paraId="779CEE3A" w14:textId="77777777" w:rsidR="003C1DFE" w:rsidRDefault="003C1DFE" w:rsidP="003C1DFE">
      <w:pPr>
        <w:spacing w:after="20"/>
      </w:pPr>
      <w:r>
        <w:t>_____________________________________________________________________________________________</w:t>
      </w:r>
    </w:p>
    <w:p w14:paraId="659C0D17" w14:textId="77777777" w:rsidR="003C1DFE" w:rsidRDefault="003C1DFE">
      <w:pPr>
        <w:spacing w:after="20"/>
      </w:pPr>
    </w:p>
    <w:p w14:paraId="695E8658" w14:textId="77777777" w:rsidR="00893A3E" w:rsidRDefault="00282DF4">
      <w:pPr>
        <w:spacing w:before="160" w:after="80"/>
      </w:pPr>
      <w:r>
        <w:rPr>
          <w:b/>
          <w:sz w:val="26"/>
        </w:rPr>
        <w:t>Financial Information</w:t>
      </w:r>
    </w:p>
    <w:p w14:paraId="6A54C897" w14:textId="77777777" w:rsidR="00893A3E" w:rsidRDefault="00282DF4">
      <w:r>
        <w:rPr>
          <w:b/>
        </w:rPr>
        <w:t>Please briefly describe any financial circumstances or considerations you would like the scholarship committee to take into account:</w:t>
      </w:r>
    </w:p>
    <w:p w14:paraId="51A034E7" w14:textId="6A799997" w:rsidR="00893A3E" w:rsidRDefault="00282DF4">
      <w:pPr>
        <w:spacing w:after="20"/>
      </w:pPr>
      <w:r>
        <w:t>_____________________________________________________________________________________________</w:t>
      </w:r>
    </w:p>
    <w:p w14:paraId="0A1A58EA" w14:textId="71F299F5" w:rsidR="00893A3E" w:rsidRDefault="00282DF4">
      <w:pPr>
        <w:spacing w:after="20"/>
      </w:pPr>
      <w:r>
        <w:t>_____________________________________________________________________________________________</w:t>
      </w:r>
    </w:p>
    <w:p w14:paraId="2FD1B810" w14:textId="4DC52CF9" w:rsidR="00893A3E" w:rsidRDefault="00282DF4">
      <w:pPr>
        <w:spacing w:after="20"/>
      </w:pPr>
      <w:r>
        <w:t>_____________________________________________________________________________________________</w:t>
      </w:r>
    </w:p>
    <w:p w14:paraId="1B8F1A5A" w14:textId="6E66ECE6" w:rsidR="00893A3E" w:rsidRDefault="00282DF4">
      <w:pPr>
        <w:spacing w:after="20"/>
      </w:pPr>
      <w:r>
        <w:t>_____________________________________________________________________________________________</w:t>
      </w:r>
    </w:p>
    <w:p w14:paraId="0150D41D" w14:textId="77777777" w:rsidR="003C1DFE" w:rsidRDefault="003C1DFE" w:rsidP="003C1DFE">
      <w:pPr>
        <w:spacing w:after="20"/>
      </w:pPr>
      <w:r>
        <w:t>_____________________________________________________________________________________________</w:t>
      </w:r>
    </w:p>
    <w:p w14:paraId="14E60C58" w14:textId="77777777" w:rsidR="003C1DFE" w:rsidRDefault="003C1DFE" w:rsidP="003C1DFE">
      <w:pPr>
        <w:spacing w:after="20"/>
      </w:pPr>
      <w:r>
        <w:t>_____________________________________________________________________________________________</w:t>
      </w:r>
    </w:p>
    <w:p w14:paraId="58743B19" w14:textId="77777777" w:rsidR="003C1DFE" w:rsidRDefault="003C1DFE" w:rsidP="003C1DFE">
      <w:pPr>
        <w:spacing w:after="20"/>
      </w:pPr>
      <w:r>
        <w:t>_____________________________________________________________________________________________</w:t>
      </w:r>
    </w:p>
    <w:p w14:paraId="44ECB8EF" w14:textId="77777777" w:rsidR="003C1DFE" w:rsidRDefault="003C1DFE">
      <w:pPr>
        <w:spacing w:after="20"/>
      </w:pPr>
    </w:p>
    <w:p w14:paraId="5BF2AEAF" w14:textId="77777777" w:rsidR="00893A3E" w:rsidRDefault="00282DF4">
      <w:pPr>
        <w:spacing w:before="160" w:after="80"/>
      </w:pPr>
      <w:r>
        <w:rPr>
          <w:b/>
          <w:sz w:val="26"/>
        </w:rPr>
        <w:t>Applicant Certification</w:t>
      </w:r>
    </w:p>
    <w:p w14:paraId="08244E10" w14:textId="77777777" w:rsidR="00893A3E" w:rsidRDefault="00282DF4">
      <w:pPr>
        <w:spacing w:after="120"/>
      </w:pPr>
      <w:r>
        <w:t>I certify that the information provided in this application is true and complete to the best of my knowledge. I understand that submitting this application does not guarantee that I will receive a scholarship and that the scholarship committee's decision is final.</w:t>
      </w:r>
    </w:p>
    <w:p w14:paraId="73D37129" w14:textId="77777777" w:rsidR="00893A3E" w:rsidRDefault="00282DF4">
      <w:pPr>
        <w:spacing w:after="60"/>
      </w:pPr>
      <w:r>
        <w:t>Applicant Signature: ___________________________________________________________________________</w:t>
      </w:r>
    </w:p>
    <w:p w14:paraId="11A91853" w14:textId="77777777" w:rsidR="00893A3E" w:rsidRDefault="00282DF4">
      <w:pPr>
        <w:spacing w:after="60"/>
      </w:pPr>
      <w:r>
        <w:t>Date: ___________________________________________________________________________</w:t>
      </w:r>
    </w:p>
    <w:p w14:paraId="1F16E752" w14:textId="77777777" w:rsidR="00893A3E" w:rsidRDefault="00282DF4">
      <w:pPr>
        <w:spacing w:after="60"/>
      </w:pPr>
      <w:r>
        <w:t>Parent/Guardian Signature: ___________________________________________________________________________</w:t>
      </w:r>
    </w:p>
    <w:p w14:paraId="4CB4ECFC" w14:textId="77777777" w:rsidR="00893A3E" w:rsidRDefault="00282DF4">
      <w:pPr>
        <w:spacing w:after="60"/>
      </w:pPr>
      <w:r>
        <w:t>Date: ___________________________________________________________________________</w:t>
      </w:r>
    </w:p>
    <w:p w14:paraId="53F4623A" w14:textId="77777777" w:rsidR="00893A3E" w:rsidRDefault="00282DF4">
      <w:pPr>
        <w:spacing w:before="160" w:after="80"/>
      </w:pPr>
      <w:r>
        <w:rPr>
          <w:b/>
          <w:sz w:val="26"/>
        </w:rPr>
        <w:t>FOR SCHOLARSHIP COMMITTEE USE ONLY</w:t>
      </w:r>
    </w:p>
    <w:p w14:paraId="61692D60" w14:textId="77777777" w:rsidR="00893A3E" w:rsidRDefault="00282DF4">
      <w:pPr>
        <w:spacing w:after="60"/>
      </w:pPr>
      <w:r>
        <w:t>Application Received: ___________________________________________________________________________</w:t>
      </w:r>
    </w:p>
    <w:p w14:paraId="1AFEA1B5" w14:textId="77777777" w:rsidR="00893A3E" w:rsidRDefault="00282DF4">
      <w:pPr>
        <w:spacing w:after="60"/>
      </w:pPr>
      <w:r>
        <w:lastRenderedPageBreak/>
        <w:t>Eligible:   ☐ Yes   ☐ No ___________________________________________________________________________</w:t>
      </w:r>
    </w:p>
    <w:p w14:paraId="358E4A76" w14:textId="77777777" w:rsidR="00893A3E" w:rsidRDefault="00282DF4">
      <w:pPr>
        <w:spacing w:after="60"/>
      </w:pPr>
      <w:r>
        <w:t>Academic Information Reviewed:   ☐ ___________________________________________________________________________</w:t>
      </w:r>
    </w:p>
    <w:p w14:paraId="2ECB6311" w14:textId="77777777" w:rsidR="00893A3E" w:rsidRDefault="00282DF4">
      <w:pPr>
        <w:spacing w:after="60"/>
      </w:pPr>
      <w:r>
        <w:t>Hockey Information Reviewed:   ☐ ___________________________________________________________________________</w:t>
      </w:r>
    </w:p>
    <w:p w14:paraId="4BA4409E" w14:textId="77777777" w:rsidR="00893A3E" w:rsidRDefault="00282DF4">
      <w:pPr>
        <w:spacing w:after="60"/>
      </w:pPr>
      <w:r>
        <w:t>Community/Leadership Information Reviewed:   ☐ ___________________________________________________________________________</w:t>
      </w:r>
    </w:p>
    <w:p w14:paraId="774FC523" w14:textId="77777777" w:rsidR="00893A3E" w:rsidRDefault="00282DF4">
      <w:pPr>
        <w:spacing w:after="60"/>
      </w:pPr>
      <w:r>
        <w:t>Financial Information Reviewed:   ☐ ___________________________________________________________________________</w:t>
      </w:r>
    </w:p>
    <w:p w14:paraId="4A4AC474" w14:textId="77777777" w:rsidR="00893A3E" w:rsidRDefault="00282DF4">
      <w:pPr>
        <w:spacing w:after="60"/>
      </w:pPr>
      <w:r>
        <w:t>Scholarship Awarded:   ☐ Yes   ☐ No ___________________________________________________________________________</w:t>
      </w:r>
    </w:p>
    <w:p w14:paraId="315F6FFB" w14:textId="77777777" w:rsidR="00893A3E" w:rsidRDefault="00282DF4">
      <w:pPr>
        <w:spacing w:after="60"/>
      </w:pPr>
      <w:r>
        <w:t>Amount Awarded: $ ___________________________________________________________________________</w:t>
      </w:r>
    </w:p>
    <w:p w14:paraId="3557C1DB" w14:textId="77777777" w:rsidR="00893A3E" w:rsidRDefault="00282DF4">
      <w:r>
        <w:rPr>
          <w:b/>
        </w:rPr>
        <w:t>Committee Comments:</w:t>
      </w:r>
    </w:p>
    <w:p w14:paraId="02B4C7F4" w14:textId="13F36373" w:rsidR="00893A3E" w:rsidRDefault="00282DF4">
      <w:pPr>
        <w:spacing w:after="20"/>
      </w:pPr>
      <w:r>
        <w:t>_____________________________________________________________________________________________</w:t>
      </w:r>
    </w:p>
    <w:p w14:paraId="6C678380" w14:textId="7589BD04" w:rsidR="00893A3E" w:rsidRDefault="00282DF4">
      <w:pPr>
        <w:spacing w:after="20"/>
      </w:pPr>
      <w:r>
        <w:t>_____________________________________________________________________________________________</w:t>
      </w:r>
    </w:p>
    <w:p w14:paraId="5A2CB79E" w14:textId="3C3A22E6" w:rsidR="00893A3E" w:rsidRDefault="00282DF4">
      <w:pPr>
        <w:spacing w:after="20"/>
      </w:pPr>
      <w:r>
        <w:t>_____________________________________________________________________________________________</w:t>
      </w:r>
    </w:p>
    <w:p w14:paraId="6D01C245" w14:textId="77777777" w:rsidR="003C1DFE" w:rsidRDefault="00282DF4">
      <w:pPr>
        <w:spacing w:after="20"/>
      </w:pPr>
      <w:r>
        <w:t>_____________________________________________________________________________________________</w:t>
      </w:r>
    </w:p>
    <w:p w14:paraId="255420A4" w14:textId="77777777" w:rsidR="003C1DFE" w:rsidRDefault="003C1DFE">
      <w:pPr>
        <w:spacing w:after="20"/>
      </w:pPr>
    </w:p>
    <w:p w14:paraId="4D7A171B" w14:textId="77777777" w:rsidR="003C1DFE" w:rsidRDefault="003C1DFE">
      <w:pPr>
        <w:spacing w:after="20"/>
      </w:pPr>
    </w:p>
    <w:p w14:paraId="008D0B62" w14:textId="5446FAF5" w:rsidR="00893A3E" w:rsidRDefault="00893A3E">
      <w:pPr>
        <w:spacing w:after="20"/>
      </w:pPr>
    </w:p>
    <w:p w14:paraId="3DFA600E" w14:textId="77777777" w:rsidR="00893A3E" w:rsidRDefault="00282DF4">
      <w:pPr>
        <w:spacing w:after="60"/>
      </w:pPr>
      <w:r>
        <w:t>Committee Member Signature: ___________________________________________________________________________</w:t>
      </w:r>
    </w:p>
    <w:p w14:paraId="4943CE6E" w14:textId="69AE702A" w:rsidR="00893A3E" w:rsidRDefault="00282DF4">
      <w:pPr>
        <w:spacing w:after="60"/>
      </w:pPr>
      <w:r>
        <w:t>Date: ______________________________________________________________________</w:t>
      </w:r>
    </w:p>
    <w:sectPr w:rsidR="00893A3E" w:rsidSect="00034616">
      <w:footerReference w:type="default" r:id="rId9"/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49D155" w14:textId="77777777" w:rsidR="00282DF4" w:rsidRDefault="00282DF4">
      <w:pPr>
        <w:spacing w:after="0" w:line="240" w:lineRule="auto"/>
      </w:pPr>
      <w:r>
        <w:separator/>
      </w:r>
    </w:p>
  </w:endnote>
  <w:endnote w:type="continuationSeparator" w:id="0">
    <w:p w14:paraId="1976187D" w14:textId="77777777" w:rsidR="00282DF4" w:rsidRDefault="00282D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A40D71" w14:textId="77777777" w:rsidR="00893A3E" w:rsidRDefault="00282DF4">
    <w:pPr>
      <w:pStyle w:val="Footer"/>
      <w:jc w:val="center"/>
    </w:pPr>
    <w:r>
      <w:rPr>
        <w:sz w:val="16"/>
      </w:rPr>
      <w:t>Cory “Moose” Mozak Youth Hockey Scholarship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A47F02" w14:textId="77777777" w:rsidR="00282DF4" w:rsidRDefault="00282DF4">
      <w:pPr>
        <w:spacing w:after="0" w:line="240" w:lineRule="auto"/>
      </w:pPr>
      <w:r>
        <w:separator/>
      </w:r>
    </w:p>
  </w:footnote>
  <w:footnote w:type="continuationSeparator" w:id="0">
    <w:p w14:paraId="43CEFB82" w14:textId="77777777" w:rsidR="00282DF4" w:rsidRDefault="00282D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48855008">
    <w:abstractNumId w:val="8"/>
  </w:num>
  <w:num w:numId="2" w16cid:durableId="1422482303">
    <w:abstractNumId w:val="6"/>
  </w:num>
  <w:num w:numId="3" w16cid:durableId="485630402">
    <w:abstractNumId w:val="5"/>
  </w:num>
  <w:num w:numId="4" w16cid:durableId="1863667046">
    <w:abstractNumId w:val="4"/>
  </w:num>
  <w:num w:numId="5" w16cid:durableId="890653249">
    <w:abstractNumId w:val="7"/>
  </w:num>
  <w:num w:numId="6" w16cid:durableId="1690835385">
    <w:abstractNumId w:val="3"/>
  </w:num>
  <w:num w:numId="7" w16cid:durableId="449666561">
    <w:abstractNumId w:val="2"/>
  </w:num>
  <w:num w:numId="8" w16cid:durableId="1347945204">
    <w:abstractNumId w:val="1"/>
  </w:num>
  <w:num w:numId="9" w16cid:durableId="14707034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47890"/>
    <w:rsid w:val="0015074B"/>
    <w:rsid w:val="00282DF4"/>
    <w:rsid w:val="0029639D"/>
    <w:rsid w:val="002B43E0"/>
    <w:rsid w:val="00326F90"/>
    <w:rsid w:val="003C1DFE"/>
    <w:rsid w:val="00655776"/>
    <w:rsid w:val="007F1380"/>
    <w:rsid w:val="00893A3E"/>
    <w:rsid w:val="00AA1D8D"/>
    <w:rsid w:val="00B47730"/>
    <w:rsid w:val="00CB0664"/>
    <w:rsid w:val="00F5393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C809ADC"/>
  <w14:defaultImageDpi w14:val="300"/>
  <w15:docId w15:val="{C4BA52A0-E4AA-4922-85A9-79397CF9BF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1706</Words>
  <Characters>9728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11412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Angie Nemechek</cp:lastModifiedBy>
  <cp:revision>2</cp:revision>
  <dcterms:created xsi:type="dcterms:W3CDTF">2026-10-07T14:23:00Z</dcterms:created>
  <dcterms:modified xsi:type="dcterms:W3CDTF">2026-10-07T14:23:00Z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53b139ec410fa99d7e34640e5131759996d5cb8e2f1f36c46ab8b360aaa56338</vt:lpwstr>
  </property>
</Properties>
</file>