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BDD1" w14:textId="77777777" w:rsidR="00A41CD6" w:rsidRDefault="00000000">
      <w:pPr>
        <w:jc w:val="center"/>
      </w:pPr>
      <w:r>
        <w:rPr>
          <w:b/>
          <w:color w:val="1F4E79"/>
          <w:sz w:val="40"/>
        </w:rPr>
        <w:t>PLAYER POSITION PREFERENCE</w:t>
      </w:r>
    </w:p>
    <w:p w14:paraId="2642DB23" w14:textId="77777777" w:rsidR="00A41CD6" w:rsidRDefault="00000000">
      <w:pPr>
        <w:jc w:val="center"/>
        <w:rPr>
          <w:b/>
          <w:sz w:val="22"/>
        </w:rPr>
      </w:pPr>
      <w:r>
        <w:rPr>
          <w:b/>
          <w:sz w:val="22"/>
        </w:rPr>
        <w:t>2026-27 Hockey Season</w:t>
      </w:r>
    </w:p>
    <w:p w14:paraId="7180F7AC" w14:textId="77777777" w:rsidR="00B47E79" w:rsidRDefault="00B47E79">
      <w:pPr>
        <w:jc w:val="center"/>
      </w:pPr>
    </w:p>
    <w:p w14:paraId="6DDD89E1" w14:textId="130B76FA" w:rsidR="00A41CD6" w:rsidRDefault="00000000">
      <w:pPr>
        <w:spacing w:after="160"/>
        <w:rPr>
          <w:b/>
        </w:rPr>
      </w:pPr>
      <w:r>
        <w:rPr>
          <w:b/>
        </w:rPr>
        <w:t xml:space="preserve">Player Name: </w:t>
      </w:r>
    </w:p>
    <w:p w14:paraId="5519074F" w14:textId="77777777" w:rsidR="00B47E79" w:rsidRDefault="00B47E79">
      <w:pPr>
        <w:spacing w:after="160"/>
      </w:pPr>
    </w:p>
    <w:p w14:paraId="66FF7778" w14:textId="77777777" w:rsidR="00A41CD6" w:rsidRDefault="00000000">
      <w:pPr>
        <w:spacing w:before="100" w:after="60"/>
      </w:pPr>
      <w:r>
        <w:rPr>
          <w:b/>
          <w:sz w:val="21"/>
        </w:rPr>
        <w:t>1. What position would you MOST like to play this season?</w:t>
      </w:r>
    </w:p>
    <w:tbl>
      <w:tblPr>
        <w:tblW w:w="0" w:type="auto"/>
        <w:jc w:val="center"/>
        <w:tblLook w:val="04A0" w:firstRow="1" w:lastRow="0" w:firstColumn="1" w:lastColumn="0" w:noHBand="0" w:noVBand="1"/>
      </w:tblPr>
      <w:tblGrid>
        <w:gridCol w:w="2131"/>
        <w:gridCol w:w="2131"/>
        <w:gridCol w:w="2131"/>
        <w:gridCol w:w="2131"/>
        <w:gridCol w:w="2131"/>
      </w:tblGrid>
      <w:tr w:rsidR="00A41CD6" w14:paraId="43F966B9" w14:textId="77777777">
        <w:trPr>
          <w:jc w:val="center"/>
        </w:trPr>
        <w:tc>
          <w:tcPr>
            <w:tcW w:w="2131" w:type="dxa"/>
            <w:vAlign w:val="center"/>
          </w:tcPr>
          <w:p w14:paraId="719724D0" w14:textId="657BC537" w:rsidR="00A41CD6" w:rsidRDefault="00B47E79">
            <w:pPr>
              <w:jc w:val="center"/>
            </w:pPr>
            <w:sdt>
              <w:sdtPr>
                <w:rPr>
                  <w:sz w:val="19"/>
                </w:rPr>
                <w:id w:val="-84845067"/>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Center</w:t>
            </w:r>
          </w:p>
        </w:tc>
        <w:tc>
          <w:tcPr>
            <w:tcW w:w="2131" w:type="dxa"/>
            <w:vAlign w:val="center"/>
          </w:tcPr>
          <w:p w14:paraId="4E6C20D2" w14:textId="66844B10" w:rsidR="00A41CD6" w:rsidRDefault="00B47E79">
            <w:pPr>
              <w:jc w:val="center"/>
            </w:pPr>
            <w:sdt>
              <w:sdtPr>
                <w:rPr>
                  <w:sz w:val="19"/>
                </w:rPr>
                <w:id w:val="750788047"/>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Left Wing</w:t>
            </w:r>
          </w:p>
        </w:tc>
        <w:tc>
          <w:tcPr>
            <w:tcW w:w="2131" w:type="dxa"/>
            <w:vAlign w:val="center"/>
          </w:tcPr>
          <w:p w14:paraId="2533E970" w14:textId="7EF7D4E2" w:rsidR="00A41CD6" w:rsidRDefault="00B47E79">
            <w:pPr>
              <w:jc w:val="center"/>
            </w:pPr>
            <w:sdt>
              <w:sdtPr>
                <w:rPr>
                  <w:sz w:val="19"/>
                </w:rPr>
                <w:id w:val="957451476"/>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Right Wing</w:t>
            </w:r>
          </w:p>
        </w:tc>
        <w:tc>
          <w:tcPr>
            <w:tcW w:w="2131" w:type="dxa"/>
            <w:vAlign w:val="center"/>
          </w:tcPr>
          <w:p w14:paraId="538F3CA9" w14:textId="3F4082C8" w:rsidR="00A41CD6" w:rsidRDefault="00B47E79">
            <w:pPr>
              <w:jc w:val="center"/>
            </w:pPr>
            <w:sdt>
              <w:sdtPr>
                <w:rPr>
                  <w:sz w:val="19"/>
                </w:rPr>
                <w:id w:val="-1561939533"/>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Defense</w:t>
            </w:r>
          </w:p>
        </w:tc>
        <w:tc>
          <w:tcPr>
            <w:tcW w:w="2131" w:type="dxa"/>
            <w:vAlign w:val="center"/>
          </w:tcPr>
          <w:p w14:paraId="39170A78" w14:textId="48DFE210" w:rsidR="00A41CD6" w:rsidRDefault="00B47E79">
            <w:pPr>
              <w:jc w:val="center"/>
            </w:pPr>
            <w:sdt>
              <w:sdtPr>
                <w:rPr>
                  <w:sz w:val="19"/>
                </w:rPr>
                <w:id w:val="713388176"/>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Goalie</w:t>
            </w:r>
          </w:p>
        </w:tc>
      </w:tr>
    </w:tbl>
    <w:p w14:paraId="51E6ABD6" w14:textId="77777777" w:rsidR="00A41CD6" w:rsidRDefault="00000000">
      <w:pPr>
        <w:spacing w:before="100" w:after="60"/>
      </w:pPr>
      <w:r>
        <w:rPr>
          <w:b/>
          <w:sz w:val="21"/>
        </w:rPr>
        <w:t>2. What is your SECOND choice?</w:t>
      </w:r>
    </w:p>
    <w:tbl>
      <w:tblPr>
        <w:tblW w:w="0" w:type="auto"/>
        <w:jc w:val="center"/>
        <w:tblLook w:val="04A0" w:firstRow="1" w:lastRow="0" w:firstColumn="1" w:lastColumn="0" w:noHBand="0" w:noVBand="1"/>
      </w:tblPr>
      <w:tblGrid>
        <w:gridCol w:w="2131"/>
        <w:gridCol w:w="2131"/>
        <w:gridCol w:w="2131"/>
        <w:gridCol w:w="2131"/>
        <w:gridCol w:w="2131"/>
      </w:tblGrid>
      <w:tr w:rsidR="00A41CD6" w14:paraId="051A98AA" w14:textId="77777777">
        <w:trPr>
          <w:jc w:val="center"/>
        </w:trPr>
        <w:tc>
          <w:tcPr>
            <w:tcW w:w="2131" w:type="dxa"/>
            <w:vAlign w:val="center"/>
          </w:tcPr>
          <w:p w14:paraId="195B0869" w14:textId="5FF0B553" w:rsidR="00A41CD6" w:rsidRDefault="00B47E79">
            <w:pPr>
              <w:jc w:val="center"/>
            </w:pPr>
            <w:sdt>
              <w:sdtPr>
                <w:rPr>
                  <w:sz w:val="19"/>
                </w:rPr>
                <w:id w:val="1908796013"/>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Center</w:t>
            </w:r>
          </w:p>
        </w:tc>
        <w:tc>
          <w:tcPr>
            <w:tcW w:w="2131" w:type="dxa"/>
            <w:vAlign w:val="center"/>
          </w:tcPr>
          <w:p w14:paraId="545E6B8D" w14:textId="4149588A" w:rsidR="00A41CD6" w:rsidRDefault="00B47E79">
            <w:pPr>
              <w:jc w:val="center"/>
            </w:pPr>
            <w:sdt>
              <w:sdtPr>
                <w:rPr>
                  <w:sz w:val="19"/>
                </w:rPr>
                <w:id w:val="739986409"/>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Left Wing</w:t>
            </w:r>
          </w:p>
        </w:tc>
        <w:tc>
          <w:tcPr>
            <w:tcW w:w="2131" w:type="dxa"/>
            <w:vAlign w:val="center"/>
          </w:tcPr>
          <w:p w14:paraId="4550DE08" w14:textId="580C3F4F" w:rsidR="00A41CD6" w:rsidRDefault="00B47E79">
            <w:pPr>
              <w:jc w:val="center"/>
            </w:pPr>
            <w:sdt>
              <w:sdtPr>
                <w:rPr>
                  <w:sz w:val="19"/>
                </w:rPr>
                <w:id w:val="-1178964991"/>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Right Wing</w:t>
            </w:r>
          </w:p>
        </w:tc>
        <w:tc>
          <w:tcPr>
            <w:tcW w:w="2131" w:type="dxa"/>
            <w:vAlign w:val="center"/>
          </w:tcPr>
          <w:p w14:paraId="4A62C2A1" w14:textId="62AE82F9" w:rsidR="00A41CD6" w:rsidRDefault="00B47E79">
            <w:pPr>
              <w:jc w:val="center"/>
            </w:pPr>
            <w:sdt>
              <w:sdtPr>
                <w:rPr>
                  <w:sz w:val="19"/>
                </w:rPr>
                <w:id w:val="1214771695"/>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Defense</w:t>
            </w:r>
          </w:p>
        </w:tc>
        <w:tc>
          <w:tcPr>
            <w:tcW w:w="2131" w:type="dxa"/>
            <w:vAlign w:val="center"/>
          </w:tcPr>
          <w:p w14:paraId="49D17FA4" w14:textId="70CB9E6E" w:rsidR="00A41CD6" w:rsidRDefault="00B47E79">
            <w:pPr>
              <w:jc w:val="center"/>
            </w:pPr>
            <w:sdt>
              <w:sdtPr>
                <w:rPr>
                  <w:sz w:val="19"/>
                </w:rPr>
                <w:id w:val="387390967"/>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Goalie</w:t>
            </w:r>
          </w:p>
        </w:tc>
      </w:tr>
    </w:tbl>
    <w:p w14:paraId="685F5C51" w14:textId="77777777" w:rsidR="00A41CD6" w:rsidRDefault="00000000">
      <w:pPr>
        <w:spacing w:before="100" w:after="60"/>
        <w:rPr>
          <w:b/>
          <w:sz w:val="21"/>
        </w:rPr>
      </w:pPr>
      <w:r>
        <w:rPr>
          <w:b/>
          <w:sz w:val="21"/>
        </w:rPr>
        <w:t>3. Are there any positions you DO NOT want to play?</w:t>
      </w:r>
    </w:p>
    <w:p w14:paraId="2DA5DD62" w14:textId="77777777" w:rsidR="00B47E79" w:rsidRDefault="00B47E79">
      <w:pPr>
        <w:spacing w:before="100" w:after="60"/>
      </w:pPr>
    </w:p>
    <w:p w14:paraId="2D656FDC" w14:textId="17A8602D" w:rsidR="00A41CD6" w:rsidRDefault="00A41CD6">
      <w:pPr>
        <w:spacing w:after="20"/>
      </w:pPr>
    </w:p>
    <w:p w14:paraId="27811BFF" w14:textId="77777777" w:rsidR="00A41CD6" w:rsidRDefault="00000000">
      <w:pPr>
        <w:spacing w:before="100" w:after="60"/>
        <w:rPr>
          <w:b/>
          <w:sz w:val="21"/>
        </w:rPr>
      </w:pPr>
      <w:r>
        <w:rPr>
          <w:b/>
          <w:sz w:val="21"/>
        </w:rPr>
        <w:t>4. Have you played multiple positions before? If yes, which ones?</w:t>
      </w:r>
    </w:p>
    <w:p w14:paraId="14EE67E7" w14:textId="77777777" w:rsidR="00B47E79" w:rsidRDefault="00B47E79">
      <w:pPr>
        <w:spacing w:before="100" w:after="60"/>
      </w:pPr>
    </w:p>
    <w:p w14:paraId="1F1BCDA5" w14:textId="24B06034" w:rsidR="00A41CD6" w:rsidRDefault="00A41CD6">
      <w:pPr>
        <w:spacing w:after="20"/>
      </w:pPr>
    </w:p>
    <w:p w14:paraId="08ACFBC7" w14:textId="77777777" w:rsidR="00A41CD6" w:rsidRDefault="00000000">
      <w:pPr>
        <w:spacing w:before="100" w:after="60"/>
        <w:rPr>
          <w:b/>
          <w:sz w:val="21"/>
        </w:rPr>
      </w:pPr>
      <w:r>
        <w:rPr>
          <w:b/>
          <w:sz w:val="21"/>
        </w:rPr>
        <w:t>5. Why do you want to play your first-choice position?</w:t>
      </w:r>
    </w:p>
    <w:p w14:paraId="4CC59244" w14:textId="77777777" w:rsidR="00B47E79" w:rsidRDefault="00B47E79">
      <w:pPr>
        <w:spacing w:before="100" w:after="60"/>
      </w:pPr>
    </w:p>
    <w:p w14:paraId="10EB58BA" w14:textId="3D90CBC5" w:rsidR="00A41CD6" w:rsidRDefault="00A41CD6">
      <w:pPr>
        <w:spacing w:after="20"/>
      </w:pPr>
    </w:p>
    <w:p w14:paraId="73072606" w14:textId="77777777" w:rsidR="00B47E79" w:rsidRDefault="00B47E79">
      <w:pPr>
        <w:spacing w:after="20"/>
      </w:pPr>
    </w:p>
    <w:p w14:paraId="2FB79DA1" w14:textId="77777777" w:rsidR="00A41CD6" w:rsidRDefault="00000000">
      <w:pPr>
        <w:spacing w:before="100" w:after="60"/>
      </w:pPr>
      <w:r>
        <w:rPr>
          <w:b/>
          <w:sz w:val="21"/>
        </w:rPr>
        <w:t>6. Would you be willing to play another position if it helps the team?</w:t>
      </w:r>
    </w:p>
    <w:tbl>
      <w:tblPr>
        <w:tblW w:w="0" w:type="auto"/>
        <w:jc w:val="center"/>
        <w:tblLook w:val="04A0" w:firstRow="1" w:lastRow="0" w:firstColumn="1" w:lastColumn="0" w:noHBand="0" w:noVBand="1"/>
      </w:tblPr>
      <w:tblGrid>
        <w:gridCol w:w="3552"/>
        <w:gridCol w:w="3552"/>
        <w:gridCol w:w="3552"/>
      </w:tblGrid>
      <w:tr w:rsidR="00A41CD6" w14:paraId="616F4B01" w14:textId="77777777">
        <w:trPr>
          <w:jc w:val="center"/>
        </w:trPr>
        <w:tc>
          <w:tcPr>
            <w:tcW w:w="3552" w:type="dxa"/>
            <w:vAlign w:val="center"/>
          </w:tcPr>
          <w:p w14:paraId="3226FCF6" w14:textId="2DD22701" w:rsidR="00A41CD6" w:rsidRDefault="00B47E79">
            <w:pPr>
              <w:jc w:val="center"/>
            </w:pPr>
            <w:sdt>
              <w:sdtPr>
                <w:rPr>
                  <w:sz w:val="19"/>
                </w:rPr>
                <w:id w:val="-184986639"/>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Yes</w:t>
            </w:r>
          </w:p>
        </w:tc>
        <w:tc>
          <w:tcPr>
            <w:tcW w:w="3552" w:type="dxa"/>
            <w:vAlign w:val="center"/>
          </w:tcPr>
          <w:p w14:paraId="1CC32A2F" w14:textId="598A3224" w:rsidR="00A41CD6" w:rsidRDefault="00B47E79">
            <w:pPr>
              <w:jc w:val="center"/>
            </w:pPr>
            <w:sdt>
              <w:sdtPr>
                <w:rPr>
                  <w:sz w:val="19"/>
                </w:rPr>
                <w:id w:val="427002623"/>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No</w:t>
            </w:r>
          </w:p>
        </w:tc>
        <w:tc>
          <w:tcPr>
            <w:tcW w:w="3552" w:type="dxa"/>
            <w:vAlign w:val="center"/>
          </w:tcPr>
          <w:p w14:paraId="06360520" w14:textId="099AA3BC" w:rsidR="00B47E79" w:rsidRPr="00B47E79" w:rsidRDefault="00B47E79" w:rsidP="00B47E79">
            <w:pPr>
              <w:jc w:val="center"/>
              <w:rPr>
                <w:sz w:val="19"/>
              </w:rPr>
            </w:pPr>
            <w:sdt>
              <w:sdtPr>
                <w:rPr>
                  <w:sz w:val="19"/>
                </w:rPr>
                <w:id w:val="-417096153"/>
                <w14:checkbox>
                  <w14:checked w14:val="0"/>
                  <w14:checkedState w14:val="2612" w14:font="MS Gothic"/>
                  <w14:uncheckedState w14:val="2610" w14:font="MS Gothic"/>
                </w14:checkbox>
              </w:sdtPr>
              <w:sdtContent>
                <w:r>
                  <w:rPr>
                    <w:rFonts w:ascii="MS Gothic" w:eastAsia="MS Gothic" w:hAnsi="MS Gothic" w:hint="eastAsia"/>
                    <w:sz w:val="19"/>
                  </w:rPr>
                  <w:t>☐</w:t>
                </w:r>
              </w:sdtContent>
            </w:sdt>
            <w:r w:rsidR="00000000">
              <w:rPr>
                <w:sz w:val="19"/>
              </w:rPr>
              <w:t xml:space="preserve"> Maybe</w:t>
            </w:r>
          </w:p>
        </w:tc>
      </w:tr>
    </w:tbl>
    <w:p w14:paraId="059D4FEA" w14:textId="77777777" w:rsidR="00A41CD6" w:rsidRDefault="00A41CD6"/>
    <w:tbl>
      <w:tblPr>
        <w:tblW w:w="0" w:type="auto"/>
        <w:jc w:val="center"/>
        <w:tblLook w:val="04A0" w:firstRow="1" w:lastRow="0" w:firstColumn="1" w:lastColumn="0" w:noHBand="0" w:noVBand="1"/>
      </w:tblPr>
      <w:tblGrid>
        <w:gridCol w:w="10656"/>
      </w:tblGrid>
      <w:tr w:rsidR="00A41CD6" w14:paraId="1116CE53" w14:textId="77777777">
        <w:trPr>
          <w:jc w:val="center"/>
        </w:trPr>
        <w:tc>
          <w:tcPr>
            <w:tcW w:w="10656" w:type="dxa"/>
            <w:shd w:val="clear" w:color="auto" w:fill="EAF2F8"/>
            <w:vAlign w:val="center"/>
          </w:tcPr>
          <w:p w14:paraId="7F0F82B8" w14:textId="77777777" w:rsidR="00A41CD6" w:rsidRDefault="00000000">
            <w:pPr>
              <w:jc w:val="center"/>
            </w:pPr>
            <w:r>
              <w:rPr>
                <w:b/>
                <w:sz w:val="19"/>
              </w:rPr>
              <w:t>Your preferences matter and the coaches will take them into consideration. Positions are not guaranteed and may change throughout the season based on what is best for your development and the team.</w:t>
            </w:r>
          </w:p>
        </w:tc>
      </w:tr>
    </w:tbl>
    <w:p w14:paraId="32F5F4D5" w14:textId="77777777" w:rsidR="00A41CD6" w:rsidRDefault="00000000">
      <w:pPr>
        <w:spacing w:before="120"/>
        <w:jc w:val="center"/>
      </w:pPr>
      <w:r>
        <w:rPr>
          <w:b/>
          <w:color w:val="1F4E79"/>
          <w:sz w:val="18"/>
        </w:rPr>
        <w:t>PLAY HARD  •  BE A GREAT TEAMMATE  •  HAVE FUN</w:t>
      </w:r>
    </w:p>
    <w:sectPr w:rsidR="00A41CD6"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6984193">
    <w:abstractNumId w:val="8"/>
  </w:num>
  <w:num w:numId="2" w16cid:durableId="160047118">
    <w:abstractNumId w:val="6"/>
  </w:num>
  <w:num w:numId="3" w16cid:durableId="2023778856">
    <w:abstractNumId w:val="5"/>
  </w:num>
  <w:num w:numId="4" w16cid:durableId="831918536">
    <w:abstractNumId w:val="4"/>
  </w:num>
  <w:num w:numId="5" w16cid:durableId="967588642">
    <w:abstractNumId w:val="7"/>
  </w:num>
  <w:num w:numId="6" w16cid:durableId="1358579923">
    <w:abstractNumId w:val="3"/>
  </w:num>
  <w:num w:numId="7" w16cid:durableId="1673336806">
    <w:abstractNumId w:val="2"/>
  </w:num>
  <w:num w:numId="8" w16cid:durableId="991635406">
    <w:abstractNumId w:val="1"/>
  </w:num>
  <w:num w:numId="9" w16cid:durableId="1128549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E2CF8"/>
    <w:rsid w:val="00A41CD6"/>
    <w:rsid w:val="00AA1D8D"/>
    <w:rsid w:val="00B47730"/>
    <w:rsid w:val="00B47E79"/>
    <w:rsid w:val="00CB0664"/>
    <w:rsid w:val="00D93FBF"/>
    <w:rsid w:val="00EF34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30EF4"/>
  <w14:defaultImageDpi w14:val="300"/>
  <w15:docId w15:val="{25A723D2-B30A-4F8A-BAAB-2C601D34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120</Words>
  <Characters>686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Byrne</cp:lastModifiedBy>
  <cp:revision>3</cp:revision>
  <dcterms:created xsi:type="dcterms:W3CDTF">2026-09-09T17:35:00Z</dcterms:created>
  <dcterms:modified xsi:type="dcterms:W3CDTF">2026-09-10T22:17:00Z</dcterms:modified>
  <cp:category/>
</cp:coreProperties>
</file>